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Американці дивуються</w:t>
      </w:r>
    </w:p>
    <w:p>
      <w:r>
        <w:br/>
        <w:t xml:space="preserve"> Володимир Маяковський&lt;br /&gt;</w:t>
        <w:br/>
        <w:t>Американці дивуються</w:t>
      </w:r>
    </w:p>
    <w:p>
      <w:r>
        <w:br/>
        <w:t>Перекладач: Микола Бажан</w:t>
      </w:r>
    </w:p>
    <w:p>
      <w:r>
        <w:br/>
        <w:t>Обмірявши&lt;br /&gt;</w:t>
        <w:br/>
        <w:t>з далекого берега,&lt;br /&gt;</w:t>
        <w:br/>
        <w:t>в СРСР&lt;br /&gt;</w:t>
        <w:br/>
        <w:t>вперши погляд скнарий,&lt;br /&gt;</w:t>
        <w:br/>
        <w:t>навшпиньки ставши,&lt;br /&gt;</w:t>
        <w:br/>
        <w:t>зорить Америка,&lt;br /&gt;</w:t>
        <w:br/>
        <w:t>не блимаючи,&lt;br /&gt;</w:t>
        <w:br/>
        <w:t>в рогові окуляри.&lt;br /&gt;</w:t>
        <w:br/>
        <w:t>Що це за люди&lt;br /&gt;</w:t>
        <w:br/>
        <w:t>предивні?&lt;br /&gt;</w:t>
        <w:br/>
        <w:t>Звідки?&lt;br /&gt;</w:t>
        <w:br/>
        <w:t>Лазять по будовах,&lt;br /&gt;</w:t>
        <w:br/>
        <w:t>ладять&lt;br /&gt;</w:t>
        <w:br/>
        <w:t>плани й строки.&lt;br /&gt;</w:t>
        <w:br/>
        <w:t>Пофантазували&lt;br /&gt;</w:t>
        <w:br/>
        <w:t>про якусь п'ятилітку...&lt;br /&gt;</w:t>
        <w:br/>
        <w:t>А тепер&lt;br /&gt;</w:t>
        <w:br/>
        <w:t>виконують&lt;br /&gt;</w:t>
        <w:br/>
        <w:t>за 4 роки!&lt;br /&gt;</w:t>
        <w:br/>
        <w:t>Таких&lt;br /&gt;</w:t>
        <w:br/>
        <w:t>не зміриш&lt;br /&gt;</w:t>
        <w:br/>
        <w:t>американським мірилом.&lt;br /&gt;</w:t>
        <w:br/>
        <w:t>Їх не спокусить&lt;br /&gt;</w:t>
        <w:br/>
        <w:t>ні долар,&lt;br /&gt;</w:t>
        <w:br/>
        <w:t>ні злото,&lt;br /&gt;</w:t>
        <w:br/>
        <w:t>і вони&lt;br /&gt;</w:t>
        <w:br/>
        <w:t>на всю&lt;br /&gt;</w:t>
        <w:br/>
        <w:t>людську силу&lt;br /&gt;</w:t>
        <w:br/>
        <w:t>ведуть&lt;br /&gt;</w:t>
        <w:br/>
        <w:t>безперервну&lt;br /&gt;</w:t>
        <w:br/>
        <w:t>роботу.&lt;br /&gt;</w:t>
        <w:br/>
        <w:t>Що це за люди?&lt;br /&gt;</w:t>
        <w:br/>
        <w:t>В чім їх суть?&lt;br /&gt;</w:t>
        <w:br/>
        <w:t>Чого&lt;br /&gt;</w:t>
        <w:br/>
        <w:t>так&lt;br /&gt;</w:t>
        <w:br/>
        <w:t>працюють нині?&lt;br /&gt;</w:t>
        <w:br/>
        <w:t>Жодним дрючком&lt;br /&gt;</w:t>
        <w:br/>
        <w:t>їх&lt;br /&gt;</w:t>
        <w:br/>
        <w:t>не женуть,-&lt;br /&gt;</w:t>
        <w:br/>
        <w:t>а вони&lt;br /&gt;</w:t>
        <w:br/>
        <w:t>стискаються&lt;br /&gt;</w:t>
        <w:br/>
        <w:t>в стальній дисципліні!&lt;br /&gt;</w:t>
        <w:br/>
        <w:t>Містери,&lt;br /&gt;</w:t>
        <w:br/>
        <w:t>звички&lt;br /&gt;</w:t>
        <w:br/>
        <w:t>маєте ви старі&lt;br /&gt;</w:t>
        <w:br/>
        <w:t>будівничий хист&lt;br /&gt;</w:t>
        <w:br/>
        <w:t>купувать на долари.&lt;br /&gt;</w:t>
        <w:br/>
        <w:t>Ви&lt;br /&gt;</w:t>
        <w:br/>
        <w:t>не зрозумієте,&lt;br /&gt;</w:t>
        <w:br/>
        <w:t>пузаті містери,&lt;br /&gt;</w:t>
        <w:br/>
        <w:t>коріння&lt;br /&gt;</w:t>
        <w:br/>
        <w:t>запалу&lt;br /&gt;</w:t>
        <w:br/>
        <w:t>наших комунарів.&lt;br /&gt;</w:t>
        <w:br/>
        <w:t>Буржуї,&lt;br /&gt;</w:t>
        <w:br/>
        <w:t>дивуєтесь&lt;br /&gt;</w:t>
        <w:br/>
        <w:t>комуністичному берегу —&lt;br /&gt;</w:t>
        <w:br/>
        <w:t>літаком,&lt;br /&gt;</w:t>
        <w:br/>
        <w:t>вагоном,&lt;br /&gt;</w:t>
        <w:br/>
        <w:t>трудовим вогнем&lt;br /&gt;</w:t>
        <w:br/>
        <w:t>вашу&lt;br /&gt;</w:t>
        <w:br/>
        <w:t>бистроногу&lt;br /&gt;</w:t>
        <w:br/>
        <w:t>вславлену Америку&lt;br /&gt;</w:t>
        <w:br/>
        <w:t>ми&lt;br /&gt;</w:t>
        <w:br/>
        <w:t>і&lt;br /&gt;</w:t>
        <w:br/>
        <w:t>доженем,&lt;br /&gt;</w:t>
        <w:br/>
        <w:t>і переженем.</w:t>
      </w:r>
    </w:p>
    <w:p>
      <w:r>
        <w:br/>
        <w:t>1920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Американці дивуються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