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Анчар</w:t>
      </w:r>
    </w:p>
    <w:p>
      <w:r>
        <w:br/>
        <w:t xml:space="preserve"> В пустелі вбогій і скупій,&lt;br /&gt;</w:t>
        <w:br/>
        <w:t>Де вітер мчить піски нагріті.&lt;br /&gt;</w:t>
        <w:br/>
        <w:t>Анчар, як грізний вартовий,&lt;br /&gt;</w:t>
        <w:br/>
        <w:t>Стоїть один у всьому світі.</w:t>
      </w:r>
    </w:p>
    <w:p>
      <w:r>
        <w:br/>
        <w:t>Його зростила на біду&lt;br /&gt;</w:t>
        <w:br/>
        <w:t>Природа у годину люту,&lt;br /&gt;</w:t>
        <w:br/>
        <w:t>І в зелень мертвісно-бліду,&lt;br /&gt;</w:t>
        <w:br/>
        <w:t>І в корінь налила отруту.</w:t>
      </w:r>
    </w:p>
    <w:p>
      <w:r>
        <w:br/>
        <w:t>Отрута капає з кори,&lt;br /&gt;</w:t>
        <w:br/>
        <w:t>Стопившись вдень жарою-млою,&lt;br /&gt;</w:t>
        <w:br/>
        <w:t>І застигає в вечори&lt;br /&gt;</w:t>
        <w:br/>
        <w:t>Тужаво-світлою смолою.</w:t>
      </w:r>
    </w:p>
    <w:p>
      <w:r>
        <w:br/>
        <w:t>До нього й птиця не летить,&lt;br /&gt;</w:t>
        <w:br/>
        <w:t>І тигр не йде: лиш вихор буйний&lt;br /&gt;</w:t>
        <w:br/>
        <w:t>На древо смерті набіжить&lt;br /&gt;</w:t>
        <w:br/>
        <w:t>І мчиться геть, уже отруйний.</w:t>
      </w:r>
    </w:p>
    <w:p>
      <w:r>
        <w:br/>
        <w:t>І якщо тучі грозові&lt;br /&gt;</w:t>
        <w:br/>
        <w:t>Обмиють пагілля дрімучі,&lt;br /&gt;</w:t>
        <w:br/>
        <w:t>То вже краплини дощові&lt;br /&gt;</w:t>
        <w:br/>
        <w:t>Спадають труйні та жагучі.</w:t>
      </w:r>
    </w:p>
    <w:p>
      <w:r>
        <w:br/>
        <w:t>Та владним поглядом у путь&lt;br /&gt;</w:t>
        <w:br/>
        <w:t>Людина іншу шле людину, —&lt;br /&gt;</w:t>
        <w:br/>
        <w:t>І та крізь ночі каламуть&lt;br /&gt;</w:t>
        <w:br/>
        <w:t>Їй принесла смолу загину.</w:t>
      </w:r>
    </w:p>
    <w:p>
      <w:r>
        <w:br/>
        <w:t>І владар мертву взяв смолу,&lt;br /&gt;</w:t>
        <w:br/>
        <w:t>Гілля з посохлими листками,&lt;br /&gt;</w:t>
        <w:br/>
        <w:t>В раба ж по зблідлому чолу&lt;br /&gt;</w:t>
        <w:br/>
        <w:t>Холодний піт стікав струмками.</w:t>
      </w:r>
    </w:p>
    <w:p>
      <w:r>
        <w:br/>
        <w:t>Блідий, знесилений він зліг&lt;br /&gt;</w:t>
        <w:br/>
        <w:t>Під шалашем, на всохлім лику,&lt;br /&gt;</w:t>
        <w:br/>
        <w:t>І вмер біля владарських ніг&lt;br /&gt;</w:t>
        <w:br/>
        <w:t>Той раб замучений без крику.</w:t>
      </w:r>
    </w:p>
    <w:p>
      <w:r>
        <w:br/>
        <w:t>А князь тим ядом напоїв&lt;br /&gt;</w:t>
        <w:br/>
        <w:t>Свої швидкі, слухняні стріли,&lt;br /&gt;</w:t>
        <w:br/>
        <w:t>І до навколишніх країв&lt;br /&gt;</w:t>
        <w:br/>
        <w:t>Вони із смертю полетіли.</w:t>
      </w:r>
    </w:p>
    <w:p>
      <w:r>
        <w:br/>
        <w:t>1828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Анчар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