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Мазепу</w:t>
      </w:r>
    </w:p>
    <w:p>
      <w:r>
        <w:br/>
        <w:t xml:space="preserve"> Тією ж уздою, що твердо тримав він завше,&lt;br /&gt;</w:t>
        <w:br/>
        <w:t>Його прив'язали до спини його ж таки румака,—&lt;br /&gt;</w:t>
        <w:br/>
        <w:t>Той гнівно шарпнувся, рідні простори згадавши&lt;br /&gt;</w:t>
        <w:br/>
        <w:t>І заіржавши, цькований, в темряву поскакав.</w:t>
      </w:r>
    </w:p>
    <w:p>
      <w:r>
        <w:br/>
        <w:t>Так його прив'язали, аж огирю біль звірячий&lt;br /&gt;</w:t>
        <w:br/>
        <w:t>Не дозволяв спинитись ані на хвилю одну,&lt;br /&gt;</w:t>
        <w:br/>
        <w:t>Ще й так, що він анічого, крім неба, не бачив,&lt;br /&gt;</w:t>
        <w:br/>
        <w:t>Яке вороним стало, ширшим, дальшим за далину.</w:t>
      </w:r>
    </w:p>
    <w:p>
      <w:r>
        <w:br/>
        <w:t>Як вірна дружина, огир за ним побивався,&lt;br /&gt;</w:t>
        <w:br/>
        <w:t>Від навісної зграї рятував його, ніс навпрямки,—&lt;br /&gt;</w:t>
        <w:br/>
        <w:t>Він судомно пручався, лихих ворогів жахався,&lt;br /&gt;</w:t>
        <w:br/>
        <w:t>Повіддя глибше вгризалось у кровоточиві боки.</w:t>
      </w:r>
    </w:p>
    <w:p>
      <w:r>
        <w:br/>
        <w:t>Ввечері незвичайно вигравала небесна чара:&lt;br /&gt;</w:t>
        <w:br/>
        <w:t>Птаство чуже, вороння і коршаки навздогін&lt;br /&gt;</w:t>
        <w:br/>
        <w:t>За ним безмовно пливли, як розворушена хмара —&lt;br /&gt;</w:t>
        <w:br/>
        <w:t>Згори вони пантрували задиханий гін.</w:t>
      </w:r>
    </w:p>
    <w:p>
      <w:r>
        <w:br/>
        <w:t>Три дні коняка несла його знавісніло,&lt;br /&gt;</w:t>
        <w:br/>
        <w:t>Нестямно іржала до вічних начал,&lt;br /&gt;</w:t>
        <w:br/>
        <w:t>Де небо швидше тьмяніло й ясніло,&lt;br /&gt;</w:t>
        <w:br/>
        <w:t>Де безмір неба — непідвладний очам.</w:t>
      </w:r>
    </w:p>
    <w:p>
      <w:r>
        <w:br/>
        <w:t>Три дні — мерщій, хутчій, щодуху, щосили,&lt;br /&gt;</w:t>
        <w:br/>
        <w:t>Немов три вічності вмах, прожогом промчав,&lt;br /&gt;</w:t>
        <w:br/>
        <w:t>Де небо швидше тьмяніло й ясніло,&lt;br /&gt;</w:t>
        <w:br/>
        <w:t>Де безмір неба — непідвладний очам.</w:t>
      </w:r>
    </w:p>
    <w:p>
      <w:r>
        <w:br/>
        <w:t>Три дні він смерті благав, просив, наче раю.&lt;br /&gt;</w:t>
        <w:br/>
        <w:t>І в небо злетіти не міг, не потрапив з трави.&lt;br /&gt;</w:t>
        <w:br/>
        <w:t>І птаство дике чатувало, коли він сконає,&lt;br /&gt;</w:t>
        <w:br/>
        <w:t>Розпачливо кружляло над стервом живим.</w:t>
      </w:r>
    </w:p>
    <w:p>
      <w:r>
        <w:br/>
        <w:t>Три дні, аж поки йому не послабилось путо,&lt;br /&gt;</w:t>
        <w:br/>
        <w:t>Між небом зеленим і попелиськом трави.&lt;br /&gt;</w:t>
        <w:br/>
        <w:t>Гей, сварилося вже, скублось, билося люто&lt;br /&gt;</w:t>
        <w:br/>
        <w:t>Вороння й коршаки над стервом живим.</w:t>
      </w:r>
    </w:p>
    <w:p>
      <w:r>
        <w:br/>
        <w:t>Він гнав прудкіше — вони за ним, наче горе,&lt;br /&gt;</w:t>
        <w:br/>
        <w:t>Кричав гучніше — кричали вони, як один.&lt;br /&gt;</w:t>
        <w:br/>
        <w:t>Заступаючи сонце і заступаючи зорі,&lt;br /&gt;</w:t>
        <w:br/>
        <w:t>Пантрували вони його задиханий гін.</w:t>
      </w:r>
    </w:p>
    <w:p>
      <w:r>
        <w:br/>
        <w:t>Три дні, а тоді сталось те, що бути й повинно:&lt;br /&gt;</w:t>
        <w:br/>
        <w:t>Небо мир дарувало, мовчання дала земля,—&lt;br /&gt;</w:t>
        <w:br/>
        <w:t>Він вимчав таки, одуривши гонитву невпинну,&lt;br /&gt;</w:t>
        <w:br/>
        <w:t>З конем і степом, з мовчанням і довготерпінням,&lt;br /&gt;</w:t>
        <w:br/>
        <w:t>Коршаки і небо знайшлися десь опісля.</w:t>
      </w:r>
    </w:p>
    <w:p>
      <w:r>
        <w:br/>
        <w:t>Три дні він мчав крізь суцільні світанки і смерки,&lt;br /&gt;</w:t>
        <w:br/>
        <w:t>Вже йому й не боліло, до того безсилий зробивсь,&lt;br /&gt;</w:t>
        <w:br/>
        <w:t>Аж поки, знеможений, не врятувався верхи&lt;br /&gt;</w:t>
        <w:br/>
        <w:t>Та, ніби до сховку, до забуття не прибивсь.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Мазепу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