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Банк рустикальний</w:t>
      </w:r>
    </w:p>
    <w:p>
      <w:r>
        <w:br/>
        <w:t xml:space="preserve"> &lt;p&gt;Мені припала задача заявити одному вбогому мужикові, вітцеві чотирьох малих дітей, що його господарство має ліцитуватися. [5] На тім його малім господарстві тяжів уже віддавна в рустикальнім [6] банку довг його родичів. Якісь товариші його, прості, темні мужики, порадили переписати поле на своє ім'я, реченець плати продовжити і таким способом "урятувати" майно, на которе чигав і ждав уже здавна один маючий жид з того самого села. Вислухавши їх поради, сповнив совісно їх прикази! Просив в банку, щоб йому ще кілька років "банк ждав", що бог банкові за се заплатить, а йому допоможе виплатити і довг, і проценти. "Тії проценти,— жалівся він,— множилися, немов гріхи, і висисали з нього послідню краплю крові". Останній реченець виплати минув, а він не виплатив нічого.</w:t>
      </w:r>
    </w:p>
    <w:p>
      <w:r>
        <w:br/>
        <w:t>Був злим спекулянтом, [7] а останні роки були, тяжкі і неурожайні, і він жив лише з того, що заробляв між другими. Всі люди в селі знали, що він не збере потрібної суми, котра, збільшена процентами, перевищала далеко його дрібне майно, і тому (мені уста дрижали, коли я представив йому стан речей) мусило господарство ліцитуватися. Під час розмови переслідувала мене неустанно думка, що сей бідолаха не зазнав від колиски доброї хвилини. Часом запивався. Тоді проживав і найкращі свої хвилі.</w:t>
      </w:r>
    </w:p>
    <w:p>
      <w:r>
        <w:br/>
        <w:t>Заявив я йому, врешті, що його жде.</w:t>
      </w:r>
    </w:p>
    <w:p>
      <w:r>
        <w:br/>
        <w:t>По якійсь хвилині зрозумів мене.</w:t>
      </w:r>
    </w:p>
    <w:p>
      <w:r>
        <w:br/>
        <w:t>На його устах завмер втомлений усміх, вони стали білі, штивні, а очі, ті очі, що звичайно так добродушно дивилися, гляділи тепер на мене напів з переляком, напів з отупінням.</w:t>
      </w:r>
    </w:p>
    <w:p>
      <w:r>
        <w:br/>
        <w:t>— Але ж я не брав ніяких грошей! — зойкнув, врешті, не своїм голосом.</w:t>
      </w:r>
    </w:p>
    <w:p>
      <w:r>
        <w:br/>
        <w:t>— Нічо, бадіко, [8] але ви казали переписати задовжений грунт на себе... а там чи ви не знали? Сей банк не держиться осіб, лише землі. Якби ви були платили хоч проценти, то банк був би й ваших внуків ждав, а так ви не платили ні процентів, ні капіталу, і тому, бачите...</w:t>
      </w:r>
    </w:p>
    <w:p>
      <w:r>
        <w:br/>
        <w:t>— Ох боженьку! Як же се може бути! — крикнув з розпукою.— Як може він мою землю пожирати, коли я... нехай засохнуть мені губи, коли кажу неправду!.. коли я не брав, не зичив сам ніколи ані одного феника? А люди говорили, що сам цісар позволив, аби той банк був і нам, мужикам, помагав.</w:t>
      </w:r>
    </w:p>
    <w:p>
      <w:r>
        <w:br/>
        <w:t>І він засміявся так, що йому сльози станули в очах.</w:t>
      </w:r>
    </w:p>
    <w:p>
      <w:r>
        <w:br/>
        <w:t>— Правда,— говорив він дальше,— я не перший, що йде через нього в жебри, а й не послідній. Щодруге, третє господарство обмотане ним, немов змією, висисуване до крові. А жиди, тота погана невіра, панують в нім і кермують мужицькою долею...</w:t>
      </w:r>
    </w:p>
    <w:p>
      <w:r>
        <w:br/>
        <w:t>А відтак я до сьогоднішньої днини не знаю, чи він се зі сміхом, чи з плачем сказав:</w:t>
      </w:r>
    </w:p>
    <w:p>
      <w:r>
        <w:br/>
        <w:t>— Боже мій! А нині працював я так тяжко, що з оцих мозолів тут на долонях стануть завтра рани, а вона віднесла послідній кусник полотна, щоби обміняти його за дрібку муки... і я мав би забиратися з моєї хати? З моєї хати, що мені її батько полишив, і йти в жебри? О правдонько, де ти?! Жебрати, жебрати!.. Я! Я, що мій дід був заможним газдою і першим церковним братом, був двірником! Де батько мій помер, як чесний господар, я би мав... Я піду хоч би і нині! — кликнув по якійсь розпучливій задумі з несказанною горестю.— Для мене рік нужди більше або менше — байка; я вже й так майже каліка, змарнував всю силу на тяжкій роботі, зійшов і так на собаку... але мої хробаки... лиш моїх хробаків жаль мені!..</w:t>
      </w:r>
    </w:p>
    <w:p>
      <w:r>
        <w:br/>
        <w:t>І спершись до стіни, закрив від грубої праці покривленими пальцями лице, від жури зморщинами пооране. Тихий, серце роздираючий стогін виривався з його грудей...</w:t>
      </w:r>
    </w:p>
    <w:p>
      <w:r>
        <w:br/>
        <w:t>Відтак прокинувся, вхопив шапку, махнув рукою, немов відрікався всього, і пішов.</w:t>
      </w:r>
    </w:p>
    <w:p>
      <w:r>
        <w:br/>
        <w:t>Надворі стояв пізній осінній вечір, і зимний гострий вітер гнав і вив полями. Далеко й широко виднілася лише свіжорозорана земля і десь-не-десь мала сільська хатина.</w:t>
      </w:r>
    </w:p>
    <w:p>
      <w:r>
        <w:br/>
        <w:t>Пішов.</w:t>
      </w:r>
    </w:p>
    <w:p>
      <w:r>
        <w:br/>
        <w:t>Іде полем вузькою стежкою, що в’ється скісно, й заточується, опустивши голову на груди, немов п'яний. Вертає додому сим разом наскрізь знищений, безпомічний. Йому не поможе ніхто. Він надто убогий, щоб кому-небудь виплатилось подати йому помічну руку, він се знає, або щоб доля його стиснула кого-небудь за серце.</w:t>
      </w:r>
    </w:p>
    <w:p>
      <w:r>
        <w:br/>
        <w:t>Перші живі сотворіння, котрі вітають його — і сим разом, як завсігди, радісно,— се його два великі чорні пси, сторожі його хатини і його добра.</w:t>
      </w:r>
    </w:p>
    <w:p>
      <w:r>
        <w:br/>
        <w:t>Трохи згодом вступає в хату.</w:t>
      </w:r>
    </w:p>
    <w:p>
      <w:r>
        <w:br/>
        <w:t>В ній темно.</w:t>
      </w:r>
    </w:p>
    <w:p>
      <w:r>
        <w:br/>
        <w:t>Коло печі, в котрій жаряться в попелі поодинокі вуглі, збилися в купку діти, сидить вона, і вижидають нетерпеливо батька. Він пішов за світлом в село і бавився чогось так довго. Дітям страшно впотемку, їм здається, Що щось страшне заглядає з вікон, з кутів і туй-туй присунеться до них, та й їй сумно й важко чогось на серці...</w:t>
      </w:r>
    </w:p>
    <w:p>
      <w:r>
        <w:br/>
        <w:t>Двері рипнули — з'явився батько.</w:t>
      </w:r>
    </w:p>
    <w:p>
      <w:r>
        <w:br/>
        <w:t>— Тато прийшов! — крикнув утішно найстарший хлопчик, кидаючись до батька.— Тато приніс вже світло!</w:t>
      </w:r>
    </w:p>
    <w:p>
      <w:r>
        <w:br/>
        <w:t>— Тато приніс світло! — повторила менша сестричка, зсуваючись скоро з лавки.</w:t>
      </w:r>
    </w:p>
    <w:p>
      <w:r>
        <w:br/>
        <w:t>— Плиніс світло! — забелькотіло найменше й собі.— Плиніс світло...</w:t>
      </w:r>
    </w:p>
    <w:p>
      <w:r>
        <w:br/>
        <w:t>А він — нічо.</w:t>
      </w:r>
    </w:p>
    <w:p>
      <w:r>
        <w:br/>
        <w:t>Кинувши малу свічечку на стіл, не обзивається ні одним словечком, неначе й не бачить їх усіх і не чує.</w:t>
      </w:r>
    </w:p>
    <w:p>
      <w:r>
        <w:br/>
        <w:t>Вона глянула журливим поглядом на нього. Що йому? Не обзивається, немов німий, не зняв навіть шапки... чи не п’яний знов?.. А й хід у нього непевний... ні, се вже, певно, він п'яний. Його знов упоїв, як і оногди, той проклятий невіра, хоче його затуманити, щоб йому висапав запівдурно кукурудзу... Він прецінь добрий робітник; чому його не використати? А він (бог би йому не простив!) — піддався гадюці.</w:t>
      </w:r>
    </w:p>
    <w:p>
      <w:r>
        <w:br/>
        <w:t>Гіркий жаль стиснув її знов за серце, і жорстокі, болючі слова так і вирвалися на уста.</w:t>
      </w:r>
    </w:p>
    <w:p>
      <w:r>
        <w:br/>
        <w:t>— Ти знов п'яний, Петре! — промовила перша впів-голос, зажигаючи світло.</w:t>
      </w:r>
    </w:p>
    <w:p>
      <w:r>
        <w:br/>
        <w:t>— П'яний. Докійко... гей, гей, який п'яний! Сьогодні упився я тим, що і я, і ти, і наші діти підемо за вісім день з торбами!</w:t>
      </w:r>
    </w:p>
    <w:p>
      <w:r>
        <w:br/>
        <w:t>В ній зойкнуло серце, і вона видивилася на нього. Його лице було бліде, немов смерть, а очі горіли грізно.</w:t>
      </w:r>
    </w:p>
    <w:p>
      <w:r>
        <w:br/>
        <w:t>— Ні, нині він не п'яний!.. Однак чому ж уже лучче не п’яний?..</w:t>
      </w:r>
    </w:p>
    <w:p>
      <w:r>
        <w:br/>
        <w:t>[5] — Ліцитуватися — продаватися з торгів.</w:t>
      </w:r>
    </w:p>
    <w:p>
      <w:r>
        <w:br/>
        <w:t>[6] — Рустикальний — селянський (від латин, rusticus — сільський).</w:t>
      </w:r>
    </w:p>
    <w:p>
      <w:r>
        <w:br/>
        <w:t>[7] — Тобто погано орієнтувався у фінансових справах.</w:t>
      </w:r>
    </w:p>
    <w:p>
      <w:r>
        <w:br/>
        <w:t>[8] — Б а д і к а — дядько.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 рустикальний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