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Бояриня</w:t>
      </w:r>
    </w:p>
    <w:p>
      <w:r>
        <w:br/>
        <w:t xml:space="preserve"> Драматична поема</w:t>
      </w:r>
    </w:p>
    <w:p>
      <w:r>
        <w:br/>
        <w:t>І</w:t>
      </w:r>
    </w:p>
    <w:p>
      <w:r>
        <w:br/>
        <w:t>Садок перед будинком не дуже багатого, але значного козака з старшини О л е к с и П е р е б і й н о г о. Будинок виходить у садок великим рундуком, що тягнеться вздовж цілої стіни. На рундуку стіл, дзиґлики, на столі прилагоджено до вечері. Стара П е р е б і й н и х а дає останній лад на столі, їй помагає дочка її О к с а н а і с л у ж е б к а.&lt;br /&gt;</w:t>
        <w:br/>
        <w:t>Через садок до рундука ідуть П е р е б і й н и й і С т е п а н, молодий парубок у московському боярському вбранні, хоча з обличчя його видко одразу, що він не москаль.</w:t>
      </w:r>
    </w:p>
    <w:p>
      <w:r>
        <w:br/>
        <w:t>П е р е б і й н и й (до гостя)&lt;br /&gt;</w:t>
        <w:br/>
        <w:t>Моя стара управилась хутенько!&lt;br /&gt;</w:t>
        <w:br/>
        <w:t>Дивись, уже спорудила й вечерю,&lt;br /&gt;</w:t>
        <w:br/>
        <w:t>поки ми там на цвинтарі балачки&lt;br /&gt;</w:t>
        <w:br/>
        <w:t>провадили.&lt;br /&gt;</w:t>
        <w:br/>
        <w:t>П е р е б і й н и х а&lt;br /&gt;</w:t>
        <w:br/>
        <w:t>(зіходить трохи з рундука назустріч гостеві)&lt;br /&gt;</w:t>
        <w:br/>
        <w:t>Боярине, прошу&lt;br /&gt;</w:t>
        <w:br/>
        <w:t>зажити з нами хліба-солі.&lt;br /&gt;</w:t>
        <w:br/>
        <w:t>С т е п а н (уклоняючись)&lt;br /&gt;</w:t>
        <w:br/>
        <w:t>Рад би,&lt;br /&gt;</w:t>
        <w:br/>
        <w:t>шановна паніматко, та не смію,&lt;br /&gt;</w:t>
        <w:br/>
        <w:t>коли б не гнівались старі бояри, —&lt;br /&gt;</w:t>
        <w:br/>
        <w:t>я й так уже давно від них одбився.&lt;br /&gt;</w:t>
        <w:br/>
        <w:t>П е р е б і й н и й&lt;br /&gt;</w:t>
        <w:br/>
        <w:t>Про них ти не турбуйся. Підкоморій&lt;br /&gt;</w:t>
        <w:br/>
        <w:t>їх запросив на бенкет, а тебе&lt;br /&gt;</w:t>
        <w:br/>
        <w:t>я випрохав до нас: "Я сам, — кажу їм, —&lt;br /&gt;</w:t>
        <w:br/>
        <w:t>щось недугую трохи, то не можу&lt;br /&gt;</w:t>
        <w:br/>
        <w:t>на бенкетах гуляти, а Степана,&lt;br /&gt;</w:t>
        <w:br/>
        <w:t>по давній приязні до його батька,&lt;br /&gt;</w:t>
        <w:br/>
        <w:t>хотів би пригостити в себе в хаті.&lt;br /&gt;</w:t>
        <w:br/>
        <w:t>Він молодик, йому ще не пристало&lt;br /&gt;</w:t>
        <w:br/>
        <w:t>на бенкети великі учащати".&lt;br /&gt;</w:t>
        <w:br/>
        <w:t>Боярам, видко, вже запах медок&lt;br /&gt;</w:t>
        <w:br/>
        <w:t>та варенуха, отже, роздобрились&lt;br /&gt;</w:t>
        <w:br/>
        <w:t>та й мовили: "Нехай собі п а р н і н к а&lt;br /&gt;</w:t>
        <w:br/>
        <w:t>сидить у тебе хоч і до від'їзду.&lt;br /&gt;</w:t>
        <w:br/>
        <w:t>Навіщо він нам здався?"&lt;br /&gt;</w:t>
        <w:br/>
        <w:t>С т е п а н&lt;br /&gt;</w:t>
        <w:br/>
        <w:t>От спасибі,&lt;br /&gt;</w:t>
        <w:br/>
        <w:t>панотченьку!&lt;br /&gt;</w:t>
        <w:br/>
        <w:t>(Зіходить на рундук з господарями).&lt;br /&gt;</w:t>
        <w:br/>
        <w:t>П е р е б і й н и й&lt;br /&gt;</w:t>
        <w:br/>
        <w:t>Я джурі накажу,&lt;br /&gt;</w:t>
        <w:br/>
        <w:t>нехай перенесе твоє манаття&lt;br /&gt;</w:t>
        <w:br/>
        <w:t>до нас, та й заберу тебе в полон,&lt;br /&gt;</w:t>
        <w:br/>
        <w:t>поки не визволять бояри.&lt;br /&gt;</w:t>
        <w:br/>
        <w:t>С т е п а н&lt;br /&gt;</w:t>
        <w:br/>
        <w:t>Боже!&lt;br /&gt;</w:t>
        <w:br/>
        <w:t>Такий полон миліший од визволу.&lt;br /&gt;</w:t>
        <w:br/>
        <w:t>П е р е б і й н и х а (до Оксани)&lt;br /&gt;</w:t>
        <w:br/>
        <w:t>Піди лиш, доню, там пошли Семена.&lt;br /&gt;</w:t>
        <w:br/>
        <w:t>(Оксана виходить і незабаром вертається).&lt;br /&gt;</w:t>
        <w:br/>
        <w:t>С т е п а н&lt;br /&gt;</w:t>
        <w:br/>
        <w:t>Якби лиш я не став вам на заваді...&lt;br /&gt;</w:t>
        <w:br/>
        <w:t>П е р е б і й н и х а&lt;br /&gt;</w:t>
        <w:br/>
        <w:t>Ото б таки! Ще в нас у хаті стане&lt;br /&gt;</w:t>
        <w:br/>
        <w:t>для гостя місця!&lt;br /&gt;</w:t>
        <w:br/>
        <w:t>П е р е б і й н и й&lt;br /&gt;</w:t>
        <w:br/>
        <w:t>Ти, синашу, в мене&lt;br /&gt;</w:t>
        <w:br/>
        <w:t>забудь всі церегелі. Таж зо мною&lt;br /&gt;</w:t>
        <w:br/>
        <w:t>небіжчик батько твій хліб-сіль водив,&lt;br /&gt;</w:t>
        <w:br/>
        <w:t>укупі ми й козакували.&lt;br /&gt;</w:t>
        <w:br/>
        <w:t>(Садовить Степана ( сам сідає при столі. До Оксани).&lt;br /&gt;</w:t>
        <w:br/>
        <w:t>Дочко,&lt;br /&gt;</w:t>
        <w:br/>
        <w:t>ти б нас почастувала на початок.&lt;br /&gt;</w:t>
        <w:br/>
        <w:t>(Оксана наливає з сулійки дві чарки — батькові й гостеві).&lt;br /&gt;</w:t>
        <w:br/>
        <w:t>О к с а н а&lt;br /&gt;</w:t>
        <w:br/>
        <w:t>Боярине, будь ласка, призволяйся.&lt;br /&gt;</w:t>
        <w:br/>
        <w:t>С т е п а н&lt;br /&gt;</w:t>
        <w:br/>
        <w:t>(узявши чарку, встає і вклоняється Оксані)&lt;br /&gt;</w:t>
        <w:br/>
        <w:t>Дай боже, панночко, тобі щасливу&lt;br /&gt;</w:t>
        <w:br/>
        <w:t>та красну долю!&lt;br /&gt;</w:t>
        <w:br/>
        <w:t>О к с а н а&lt;br /&gt;</w:t>
        <w:br/>
        <w:t>Будь здоровий, пивши.&lt;br /&gt;</w:t>
        <w:br/>
        <w:t>(Степан, випивши, знов сідає. Оксана частує батька.&lt;br /&gt;</w:t>
        <w:br/>
        <w:t>Всі вечеряють).&lt;br /&gt;</w:t>
        <w:br/>
        <w:t>П е р е б і й н и й (до Оксани)&lt;br /&gt;</w:t>
        <w:br/>
        <w:t>А він спочатку не пізнав тебе,&lt;br /&gt;</w:t>
        <w:br/>
        <w:t>ти знаєш? Запитав: "Яка то панна&lt;br /&gt;</w:t>
        <w:br/>
        <w:t>у першій парі корогву несе?"&lt;br /&gt;</w:t>
        <w:br/>
        <w:t>О к с а н а (усміхаючись і поглядаючи на Степана)&lt;br /&gt;</w:t>
        <w:br/>
        <w:t>Коли?&lt;br /&gt;</w:t>
        <w:br/>
        <w:t>П е р е б і й н и й&lt;br /&gt;</w:t>
        <w:br/>
        <w:t>Та отоді ж, як ти на трійцю&lt;br /&gt;</w:t>
        <w:br/>
        <w:t>в процесії між братчицями йшла.&lt;br /&gt;</w:t>
        <w:br/>
        <w:t>С т е п а н&lt;br /&gt;</w:t>
        <w:br/>
        <w:t>Ти завжди носиш корогву?&lt;br /&gt;</w:t>
        <w:br/>
        <w:t>О к с а н а (з певною самовтіхою)&lt;br /&gt;</w:t>
        <w:br/>
        <w:t>Аякже,&lt;br /&gt;</w:t>
        <w:br/>
        <w:t>я перша братчиця в дівочім братстві.&lt;br /&gt;</w:t>
        <w:br/>
        <w:t>П е р е б і й н и й (жартівливо підморгнувши)&lt;br /&gt;</w:t>
        <w:br/>
        <w:t>Се вже тобі не та мала Оксанка,&lt;br /&gt;</w:t>
        <w:br/>
        <w:t>що ти, було, їй робиш веретенця.&lt;br /&gt;</w:t>
        <w:br/>
        <w:t>О к с а н а&lt;br /&gt;</w:t>
        <w:br/>
        <w:t>Ті веретенця й досі в мене є...&lt;br /&gt;</w:t>
        <w:br/>
        <w:t>(Замовкає, засоромившись).&lt;br /&gt;</w:t>
        <w:br/>
        <w:t>С т е п а н (втішений)&lt;br /&gt;</w:t>
        <w:br/>
        <w:t>Невже?&lt;br /&gt;</w:t>
        <w:br/>
        <w:t>О к с а н а&lt;br /&gt;</w:t>
        <w:br/>
        <w:t>(перебиваючи ніякову для неї розмову. До матері)&lt;br /&gt;</w:t>
        <w:br/>
        <w:t>А де се, мамо, наш Іван?&lt;br /&gt;</w:t>
        <w:br/>
        <w:t>П е р е б і й н и х а&lt;br /&gt;</w:t>
        <w:br/>
        <w:t>Та де ж? На вулиці між товариством.&lt;br /&gt;</w:t>
        <w:br/>
        <w:t>І в а н&lt;br /&gt;</w:t>
        <w:br/>
        <w:t>(Оксанин брат, молодий козак, увіходить з будинку).&lt;br /&gt;</w:t>
        <w:br/>
        <w:t>Ба ні, я тут. Давайте, мамо, їсти.&lt;br /&gt;</w:t>
        <w:br/>
        <w:t>П е р е б і й н и х а&lt;br /&gt;</w:t>
        <w:br/>
        <w:t>Ти б уперед хоч привітався з гостем!&lt;br /&gt;</w:t>
        <w:br/>
        <w:t>І в а н (сідаючи, недбало)&lt;br /&gt;</w:t>
        <w:br/>
        <w:t>Ми вже віталися там, коло церкви.&lt;br /&gt;</w:t>
        <w:br/>
        <w:t>П е р е б і й н и й&lt;br /&gt;</w:t>
        <w:br/>
        <w:t>Він буде мешкати в нас до від'їзду.&lt;br /&gt;</w:t>
        <w:br/>
        <w:t>І в а н (так само)&lt;br /&gt;</w:t>
        <w:br/>
        <w:t>От як? Що ж, добре... Слухай-но, Оксано,&lt;br /&gt;</w:t>
        <w:br/>
        <w:t>ця страва вже простигла, принеси&lt;br /&gt;</w:t>
        <w:br/>
        <w:t>свіжішої.&lt;br /&gt;</w:t>
        <w:br/>
        <w:t>О к с а н а (уражена його недбалим тоном)&lt;br /&gt;</w:t>
        <w:br/>
        <w:t>Служебка зараз прийде,&lt;br /&gt;</w:t>
        <w:br/>
        <w:t>то й накажи їй.&lt;br /&gt;</w:t>
        <w:br/>
        <w:t>І в а н&lt;br /&gt;</w:t>
        <w:br/>
        <w:t>Ба, яка ти горда.&lt;br /&gt;</w:t>
        <w:br/>
        <w:t>(До Степана).&lt;br /&gt;</w:t>
        <w:br/>
        <w:t>У вас там на Москві, либонь, дівчата&lt;br /&gt;</w:t>
        <w:br/>
        <w:t>так бришкати не сміють?&lt;br /&gt;</w:t>
        <w:br/>
        <w:t>С т е п а н&lt;br /&gt;</w:t>
        <w:br/>
        <w:t>Я московських&lt;br /&gt;</w:t>
        <w:br/>
        <w:t>дівчат не знаю.&lt;br /&gt;</w:t>
        <w:br/>
        <w:t>О к с а н а&lt;br /&gt;</w:t>
        <w:br/>
        <w:t>Як же се?&lt;br /&gt;</w:t>
        <w:br/>
        <w:t>С т е п а н&lt;br /&gt;</w:t>
        <w:br/>
        <w:t>Я, власне,&lt;br /&gt;</w:t>
        <w:br/>
        <w:t>недавнє на Москві. Поки ще батько&lt;br /&gt;</w:t>
        <w:br/>
        <w:t>живі були, я в Києві, в науці,&lt;br /&gt;</w:t>
        <w:br/>
        <w:t>при Академії здебільше пробував,&lt;br /&gt;</w:t>
        <w:br/>
        <w:t>а вже як батько вмерли, я поїхав&lt;br /&gt;</w:t>
        <w:br/>
        <w:t>до матері на поміч.&lt;br /&gt;</w:t>
        <w:br/>
        <w:t>П е р е б і й н и х а&lt;br /&gt;</w:t>
        <w:br/>
        <w:t>Чом ти ліпше&lt;br /&gt;</w:t>
        <w:br/>
        <w:t>сюди не перевіз матусі?&lt;br /&gt;</w:t>
        <w:br/>
        <w:t>С т е п а н&lt;br /&gt;</w:t>
        <w:br/>
        <w:t>Трудно.&lt;br /&gt;</w:t>
        <w:br/>
        <w:t>Нема при чім нам жити на Вкраїні.&lt;br /&gt;</w:t>
        <w:br/>
        <w:t>Самі здорові, знаєте, — садибу&lt;br /&gt;</w:t>
        <w:br/>
        <w:t>сплюндровано було нам до цеглини&lt;br /&gt;</w:t>
        <w:br/>
        <w:t>ще за Виговщини. Були ми зроду&lt;br /&gt;</w:t>
        <w:br/>
        <w:t>не дуже так маєтні, а тоді&lt;br /&gt;</w:t>
        <w:br/>
        <w:t>й ті невеликі добра утеряли.&lt;br /&gt;</w:t>
        <w:br/>
        <w:t>Поки чогось добувся на Москві,&lt;br /&gt;</w:t>
        <w:br/>
        <w:t>мій батько тяжко бідував із нами.&lt;br /&gt;</w:t>
        <w:br/>
        <w:t>На раді Переяславській мій батько,&lt;br /&gt;</w:t>
        <w:br/>
        <w:t>подавши слово за Москву, додержав&lt;br /&gt;</w:t>
        <w:br/>
        <w:t>те слово вірне.&lt;br /&gt;</w:t>
        <w:br/>
        <w:t>І в а н&lt;br /&gt;</w:t>
        <w:br/>
        <w:t>Мав кому держати!&lt;br /&gt;</w:t>
        <w:br/>
        <w:t>Лихий їх спокусив давати слово!&lt;br /&gt;</w:t>
        <w:br/>
        <w:t>П е р е б і й н и й&lt;br /&gt;</w:t>
        <w:br/>
        <w:t>Тоді ще, сину, надвоє гадалось,&lt;br /&gt;</w:t>
        <w:br/>
        <w:t>ніхто не знав, як справа обернеться...&lt;br /&gt;</w:t>
        <w:br/>
        <w:t>а потім... присягу не кожне зрадить...&lt;br /&gt;</w:t>
        <w:br/>
        <w:t>І в а н (іронічно)&lt;br /&gt;</w:t>
        <w:br/>
        <w:t>Та певне! краще зрадити Вкраїну!&lt;br /&gt;</w:t>
        <w:br/>
        <w:t>С т е п а н (спалахнув, але стримався)&lt;br /&gt;</w:t>
        <w:br/>
        <w:t>Не зраджував України мій батько!&lt;br /&gt;</w:t>
        <w:br/>
        <w:t>Він їй служив з-під царської руки&lt;br /&gt;</w:t>
        <w:br/>
        <w:t>не гірш, ніж вороги його служили&lt;br /&gt;</w:t>
        <w:br/>
        <w:t>з-під польської корони.&lt;br /&gt;</w:t>
        <w:br/>
        <w:t>І в а н&lt;br /&gt;</w:t>
        <w:br/>
        <w:t>Та, звичайне,&lt;br /&gt;</w:t>
        <w:br/>
        <w:t>однаково, чиї лизати п'яти,&lt;br /&gt;</w:t>
        <w:br/>
        <w:t>чи лядські, чи московські!..&lt;br /&gt;</w:t>
        <w:br/>
        <w:t>С т е п а н&lt;br /&gt;</w:t>
        <w:br/>
        <w:t>А багато&lt;br /&gt;</w:t>
        <w:br/>
        <w:t>було таких, що самостійно стали?&lt;br /&gt;</w:t>
        <w:br/>
        <w:t>П е р е б і й н и й (до Івана)&lt;br /&gt;</w:t>
        <w:br/>
        <w:t>Сутужна, сину мій, вкраїнська справа...&lt;br /&gt;</w:t>
        <w:br/>
        <w:t>Старий Богдан уже ж був не дурніший&lt;br /&gt;</w:t>
        <w:br/>
        <w:t>від нас з тобою, а проте ж і він&lt;br /&gt;</w:t>
        <w:br/>
        <w:t>не вдержався при власній силі.&lt;br /&gt;</w:t>
        <w:br/>
        <w:t>(Перебійниха, нахилившись синові до вуха,&lt;br /&gt;</w:t>
        <w:br/>
        <w:t>шепоче щось Той нетерпляче стріпує чубом).&lt;br /&gt;</w:t>
        <w:br/>
        <w:t>І в а н&lt;br /&gt;</w:t>
        <w:br/>
        <w:t>Батьку!&lt;br /&gt;</w:t>
        <w:br/>
        <w:t>Що там замазувать? Кажімо правду!&lt;br /&gt;</w:t>
        <w:br/>
        <w:t>Се річ не власна, се громадська справа!&lt;br /&gt;</w:t>
        <w:br/>
        <w:t>Якби таких було між нами менше,&lt;br /&gt;</w:t>
        <w:br/>
        <w:t>що, дома чесний статок прочесавши,&lt;br /&gt;</w:t>
        <w:br/>
        <w:t>понадились на соболі московські&lt;br /&gt;</w:t>
        <w:br/>
        <w:t>та руки простягали до тієї&lt;br /&gt;</w:t>
        <w:br/>
        <w:t>"казни", як кажуть москалі...&lt;br /&gt;</w:t>
        <w:br/>
        <w:t>П е р е б і й н и х а&lt;br /&gt;</w:t>
        <w:br/>
        <w:t>І в а не!&lt;br /&gt;</w:t>
        <w:br/>
        <w:t>(Сіпає сина за полу).&lt;br /&gt;</w:t>
        <w:br/>
        <w:t>С т е п а н&lt;br /&gt;</w:t>
        <w:br/>
        <w:t>Не задля соболів, не для казни&lt;br /&gt;</w:t>
        <w:br/>
        <w:t>подався на Москву небіжчик батько!&lt;br /&gt;</w:t>
        <w:br/>
        <w:t>Чужим панам служити в ріднім краю&lt;br /&gt;</w:t>
        <w:br/>
        <w:t>він не хотів, волів вже на чужині&lt;br /&gt;</w:t>
        <w:br/>
        <w:t>служити рідній вірі, помагати&lt;br /&gt;</w:t>
        <w:br/>
        <w:t>хоч здалека пригнобленим братам,&lt;br /&gt;</w:t>
        <w:br/>
        <w:t>єднаючи для них цареву ласку.&lt;br /&gt;</w:t>
        <w:br/>
        <w:t>Старий він був обстоювати збройне&lt;br /&gt;</w:t>
        <w:br/>
        <w:t>за честь України...&lt;br /&gt;</w:t>
        <w:br/>
        <w:t>І в а н&lt;br /&gt;</w:t>
        <w:br/>
        <w:t>Ти ж молодий, —&lt;br /&gt;</w:t>
        <w:br/>
        <w:t>чому ж ти не підіймеш тої зброї,&lt;br /&gt;</w:t>
        <w:br/>
        <w:t>що батькові з старечих рук упала?&lt;br /&gt;</w:t>
        <w:br/>
        <w:t>С т е п а н&lt;br /&gt;</w:t>
        <w:br/>
        <w:t>Як поясню тобі?.. Коли ще змалку&lt;br /&gt;</w:t>
        <w:br/>
        <w:t>навчав мене з письма святого батько,&lt;br /&gt;</w:t>
        <w:br/>
        <w:t>то він мені казав напам'ять вивчить&lt;br /&gt;</w:t>
        <w:br/>
        <w:t>про Каїна та Авеля. "Мій сину, —&lt;br /&gt;</w:t>
        <w:br/>
        <w:t>мовляв, — пильнуй, щоб міг ти з ясним оком,&lt;br /&gt;</w:t>
        <w:br/>
        <w:t>а не тьмяним, не тремтячи, мов Каїн,&lt;br /&gt;</w:t>
        <w:br/>
        <w:t>небесному отцеві одповісти,&lt;br /&gt;</w:t>
        <w:br/>
        <w:t>коли тебе спитає: "Де твій брат?"&lt;br /&gt;</w:t>
        <w:br/>
        <w:t>А як же можу я на Україні&lt;br /&gt;</w:t>
        <w:br/>
        <w:t>здійняти зброю так, щоб не діткнути&lt;br /&gt;</w:t>
        <w:br/>
        <w:t>ніколи нею брата?.. І невже&lt;br /&gt;</w:t>
        <w:br/>
        <w:t>мушкет і шабля мають більше сили&lt;br /&gt;</w:t>
        <w:br/>
        <w:t>та честі, ніж перо та щире слово?&lt;br /&gt;</w:t>
        <w:br/>
        <w:t>Ні, учено мене, що се не так!&lt;br /&gt;</w:t>
        <w:br/>
        <w:t>П е р е б і й н и й&lt;br /&gt;</w:t>
        <w:br/>
        <w:t>Не звикли якось ми такого чути...&lt;br /&gt;</w:t>
        <w:br/>
        <w:t>проте... було б на світі, може, менше&lt;br /&gt;</w:t>
        <w:br/>
        <w:t>гріха і лиха, якби всі гадали&lt;br /&gt;</w:t>
        <w:br/>
        <w:t>по-твоєму...&lt;br /&gt;</w:t>
        <w:br/>
        <w:t>І в а н (згірдно)&lt;br /&gt;</w:t>
        <w:br/>
        <w:t>Се в Києві ченці&lt;br /&gt;</w:t>
        <w:br/>
        <w:t>навчають отакого!&lt;br /&gt;</w:t>
        <w:br/>
        <w:t>О к с а н а&lt;br /&gt;</w:t>
        <w:br/>
        <w:t>Ти ж, Іване,&lt;br /&gt;</w:t>
        <w:br/>
        <w:t>у Києві не вчився. Звідки знаєш,&lt;br /&gt;</w:t>
        <w:br/>
        <w:t>чого там научають?&lt;br /&gt;</w:t>
        <w:br/>
        <w:t>І в а н (зачеплений)&lt;br /&gt;</w:t>
        <w:br/>
        <w:t>От знайшлася&lt;br /&gt;</w:t>
        <w:br/>
        <w:t>зненацька оборонниця для тебе,&lt;br /&gt;</w:t>
        <w:br/>
        <w:t>боярине!&lt;br /&gt;</w:t>
        <w:br/>
        <w:t>О к с а н а&lt;br /&gt;</w:t>
        <w:br/>
        <w:t>Я тільки правду мовлю...&lt;br /&gt;</w:t>
        <w:br/>
        <w:t>(Засоромлена, подається з рундука в садок.&lt;br /&gt;</w:t>
        <w:br/>
        <w:t>Увіходить з будинку на рундук джура).&lt;br /&gt;</w:t>
        <w:br/>
        <w:t>Д ж у р а&lt;br /&gt;</w:t>
        <w:br/>
        <w:t>Там, пане, я приніс для гостя речі.&lt;br /&gt;</w:t>
        <w:br/>
        <w:t>П е р е б і й н и й&lt;br /&gt;</w:t>
        <w:br/>
        <w:t>Ходім, Степане,&lt;br /&gt;</w:t>
        <w:br/>
        <w:t>покажу, де маєш в нас мешкати.&lt;br /&gt;</w:t>
        <w:br/>
        <w:t>С т е п а н (до Перебіинихи)&lt;br /&gt;</w:t>
        <w:br/>
        <w:t>Спасибі, паніматко,&lt;br /&gt;</w:t>
        <w:br/>
        <w:t>за хліб, за сіль!&lt;br /&gt;</w:t>
        <w:br/>
        <w:t>П е р е б і й н и х а (з косим поглядом на сина)&lt;br /&gt;</w:t>
        <w:br/>
        <w:t>Пробач, коли що, може,&lt;br /&gt;</w:t>
        <w:br/>
        <w:t>прийшлось на перший раз не до сподоби...&lt;br /&gt;</w:t>
        <w:br/>
        <w:t>(Степан з Перебійним і джурою йдуть у будинок).&lt;br /&gt;</w:t>
        <w:br/>
        <w:t>П е р е б і й н и х а (до Івана нишком)&lt;br /&gt;</w:t>
        <w:br/>
        <w:t>Ну й ти ж таки! Хто ж так говорить з гостем?&lt;br /&gt;</w:t>
        <w:br/>
        <w:t>І в а н&lt;br /&gt;</w:t>
        <w:br/>
        <w:t>Ат! Хай же він хоч раз почує правду!&lt;br /&gt;</w:t>
        <w:br/>
        <w:t>П е р е б і й н и х а&lt;br /&gt;</w:t>
        <w:br/>
        <w:t>Адже ти чув, що він казав...&lt;br /&gt;</w:t>
        <w:br/>
        <w:t>І в а н&lt;br /&gt;</w:t>
        <w:br/>
        <w:t>Овва!&lt;br /&gt;</w:t>
        <w:br/>
        <w:t>бурсак, та щоб не вмів замилить очі!&lt;br /&gt;</w:t>
        <w:br/>
        <w:t>П е р е б і й н и х а&lt;br /&gt;</w:t>
        <w:br/>
        <w:t>Мені він до сподоби, — добрий хлопець,&lt;br /&gt;</w:t>
        <w:br/>
        <w:t>такий увічливий...&lt;br /&gt;</w:t>
        <w:br/>
        <w:t>І в а н&lt;br /&gt;</w:t>
        <w:br/>
        <w:t>Та вам вже, звісно,&lt;br /&gt;</w:t>
        <w:br/>
        <w:t>язиком приподобатись недовго.&lt;br /&gt;</w:t>
        <w:br/>
        <w:t>П е р е б і й н и х а&lt;br /&gt;</w:t>
        <w:br/>
        <w:t>Чи сяк, чи так, а вдруге ти не будь&lt;br /&gt;</w:t>
        <w:br/>
        <w:t>таким до гостя гострим! Се ж неначе&lt;br /&gt;</w:t>
        <w:br/>
        <w:t>на те його ми в хату запросили,&lt;br /&gt;</w:t>
        <w:br/>
        <w:t>щоб ним помітувати. Незвичайно!&lt;br /&gt;</w:t>
        <w:br/>
        <w:t>І в а н&lt;br /&gt;</w:t>
        <w:br/>
        <w:t>Та вже гаразд, не буду зачіпати.&lt;br /&gt;</w:t>
        <w:br/>
        <w:t>(Зіходить з рундука).&lt;br /&gt;</w:t>
        <w:br/>
        <w:t>П е р е б і й н и х а&lt;br /&gt;</w:t>
        <w:br/>
        <w:t>Куди ти?&lt;br /&gt;</w:t>
        <w:br/>
        <w:t>І в а н&lt;br /&gt;</w:t>
        <w:br/>
        <w:t>От піду до товариства.&lt;br /&gt;</w:t>
        <w:br/>
        <w:t>(Їде через садок, перескакує через тин і зникає.&lt;br /&gt;</w:t>
        <w:br/>
        <w:t>Увіходить служебка і збирає зі стола).&lt;br /&gt;</w:t>
        <w:br/>
        <w:t>П е р е б і й н и х а&lt;br /&gt;</w:t>
        <w:br/>
        <w:t>Де ти, Оксано?&lt;br /&gt;</w:t>
        <w:br/>
        <w:t>О к с а н а (виходить із-за куща з кухликом в руці)&lt;br /&gt;</w:t>
        <w:br/>
        <w:t>Ось я тута, мамо.&lt;br /&gt;</w:t>
        <w:br/>
        <w:t>Се я барвінок поливаю.&lt;br /&gt;</w:t>
        <w:br/>
        <w:t>П е р е б і й н и х а&lt;br /&gt;</w:t>
        <w:br/>
        <w:t>Справді,&lt;br /&gt;</w:t>
        <w:br/>
        <w:t>полити слід, — зовсім посох на сонці.&lt;br /&gt;</w:t>
        <w:br/>
        <w:t>Полий же й те, що ми пересадили.</w:t>
      </w:r>
    </w:p>
    <w:p>
      <w:r>
        <w:br/>
        <w:t>П е р е б і й н и х а і служебка, зібравши зі стола, йдуть у будинок. Оксана,&lt;br /&gt;</w:t>
        <w:br/>
        <w:t>поливаючи квіти, співає веснянки. В садку сутеніє.&lt;br /&gt;</w:t>
        <w:br/>
        <w:t>С т е п а н нишком вилазить вікном з своєї кімнати на рундук,&lt;br /&gt;</w:t>
        <w:br/>
        <w:t>прудко та звинно зіскакує з рундука на землю і підходить до Оксани.</w:t>
      </w:r>
    </w:p>
    <w:p>
      <w:r>
        <w:br/>
        <w:t>О к с а н а (уриває спів і впускає кухля)&lt;br /&gt;</w:t>
        <w:br/>
        <w:t>Ой лихо! Хто се?..&lt;br /&gt;</w:t>
        <w:br/>
        <w:t>С т е п а н&lt;br /&gt;</w:t>
        <w:br/>
        <w:t>Панночко, се я.&lt;br /&gt;</w:t>
        <w:br/>
        <w:t>Прости мене. Ти гніватись не мусиш,&lt;br /&gt;</w:t>
        <w:br/>
        <w:t>бо ти ж мене сама причарувала&lt;br /&gt;</w:t>
        <w:br/>
        <w:t>і звабила, як соловейко, співом.&lt;br /&gt;</w:t>
        <w:br/>
        <w:t>Я не своєю силою прийшов...&lt;br /&gt;</w:t>
        <w:br/>
        <w:t>О к с а н а (засоромлено і разом гордовито)&lt;br /&gt;</w:t>
        <w:br/>
        <w:t>Боярине, до чого сії речі?&lt;br /&gt;</w:t>
        <w:br/>
        <w:t>Мені їх слухати не випадає.&lt;br /&gt;</w:t>
        <w:br/>
        <w:t>(Хоче йти).&lt;br /&gt;</w:t>
        <w:br/>
        <w:t>С т е п а н (затримує її за руку)&lt;br /&gt;</w:t>
        <w:br/>
        <w:t>Ні, ти не підеш так...&lt;br /&gt;</w:t>
        <w:br/>
        <w:t>О к с а н а (вражена, вириває руку)&lt;br /&gt;</w:t>
        <w:br/>
        <w:t>Се що за звичай?&lt;br /&gt;</w:t>
        <w:br/>
        <w:t>Я не холопка з в о т ч и н и твоєї!&lt;br /&gt;</w:t>
        <w:br/>
        <w:t>С т е п а н (знищений)&lt;br /&gt;</w:t>
        <w:br/>
        <w:t>Я не хотів образити тебе.&lt;br /&gt;</w:t>
        <w:br/>
        <w:t>Запевне, вільна ти... Яка журба&lt;br /&gt;</w:t>
        <w:br/>
        <w:t>тобі, що я поїду на чужину&lt;br /&gt;</w:t>
        <w:br/>
        <w:t>з розбитим серцем, що коханий спогад&lt;br /&gt;</w:t>
        <w:br/>
        <w:t>про зустріч милу обіллє отрута?&lt;br /&gt;</w:t>
        <w:br/>
        <w:t>Тобі дарма, дівчино-гордівнице...&lt;br /&gt;</w:t>
        <w:br/>
        <w:t>Хто я для тебе? Зайда, заволока...&lt;br /&gt;</w:t>
        <w:br/>
        <w:t>Адже мене усюди так зовуть...&lt;br /&gt;</w:t>
        <w:br/>
        <w:t>Ти завтра вже про мене й не згадаєш...&lt;br /&gt;</w:t>
        <w:br/>
        <w:t>О к с а н а (спустивши очі)&lt;br /&gt;</w:t>
        <w:br/>
        <w:t>Хіба ти завтра їдеш?&lt;br /&gt;</w:t>
        <w:br/>
        <w:t>С т е п а н&lt;br /&gt;</w:t>
        <w:br/>
        <w:t>Що ж я маю&lt;br /&gt;</w:t>
        <w:br/>
        <w:t>тобі тут очі мулити собою?&lt;br /&gt;</w:t>
        <w:br/>
        <w:t>О к с а н а&lt;br /&gt;</w:t>
        <w:br/>
        <w:t>Виходить, наче я тебе жену...&lt;br /&gt;</w:t>
        <w:br/>
        <w:t>Я ще ж тобі не мовила ні слова...&lt;br /&gt;</w:t>
        <w:br/>
        <w:t>С т е п а н&lt;br /&gt;</w:t>
        <w:br/>
        <w:t>Невже я маю ще й того діждатись,&lt;br /&gt;</w:t>
        <w:br/>
        <w:t>щоб ти мені сказала: "Вибирайся"?&lt;br /&gt;</w:t>
        <w:br/>
        <w:t>О к с а н а&lt;br /&gt;</w:t>
        <w:br/>
        <w:t>(збентежена, зриває з вишні листочки,&lt;br /&gt;</w:t>
        <w:br/>
        <w:t>кусає їх (розщипує в руках)&lt;br /&gt;</w:t>
        <w:br/>
        <w:t>Який же ти чудний! Ну, що ж я мала&lt;br /&gt;</w:t>
        <w:br/>
        <w:t>тобі казати? Я не звикла так...&lt;br /&gt;</w:t>
        <w:br/>
        <w:t>Я інших паничів роками знаю&lt;br /&gt;</w:t>
        <w:br/>
        <w:t>і ще від них такого не чувала...&lt;br /&gt;</w:t>
        <w:br/>
        <w:t>а ти... недавно що приїхав...&lt;br /&gt;</w:t>
        <w:br/>
        <w:t>С т е п а н&lt;br /&gt;</w:t>
        <w:br/>
        <w:t>Панно!&lt;br /&gt;</w:t>
        <w:br/>
        <w:t>Ті паничі безжурно походжають&lt;br /&gt;</w:t>
        <w:br/>
        <w:t>не. щирому дозвіллі по садочках&lt;br /&gt;</w:t>
        <w:br/>
        <w:t>та вибирають квітку для забави,&lt;br /&gt;</w:t>
        <w:br/>
        <w:t>і тільки ждуть, щоб краще розцвілася.&lt;br /&gt;</w:t>
        <w:br/>
        <w:t>А я ж, як в'язень, що на час короткий&lt;br /&gt;</w:t>
        <w:br/>
        <w:t>з темниці вирвався і має хутко&lt;br /&gt;</w:t>
        <w:br/>
        <w:t>з веселим світом знову попрощатись&lt;br /&gt;</w:t>
        <w:br/>
        <w:t>і розцвіту не має часу ждати.&lt;br /&gt;</w:t>
        <w:br/>
        <w:t>Мені була б не для забави квітка,&lt;br /&gt;</w:t>
        <w:br/>
        <w:t>я бачу в ній життя і волі образ&lt;br /&gt;</w:t>
        <w:br/>
        <w:t>і краю рідного красу. Для мене&lt;br /&gt;</w:t>
        <w:br/>
        <w:t>куточок той, де б посадив я квітку,&lt;br /&gt;</w:t>
        <w:br/>
        <w:t>здавався б цілим світом... Я забув,&lt;br /&gt;</w:t>
        <w:br/>
        <w:t>що ти живеш на волі, що для тебе&lt;br /&gt;</w:t>
        <w:br/>
        <w:t>привабного нема нічого там,&lt;br /&gt;</w:t>
        <w:br/>
        <w:t>де я живу, і навіть буть не може...&lt;br /&gt;</w:t>
        <w:br/>
        <w:t>О к с а н а (стиха, похиливши голову)&lt;br /&gt;</w:t>
        <w:br/>
        <w:t>Чого ж ти так у тому певен?&lt;br /&gt;</w:t>
        <w:br/>
        <w:t>Ти наче думаєш, що я вже справді&lt;br /&gt;</w:t>
        <w:br/>
        <w:t>якась ростина, що в мені немає&lt;br /&gt;</w:t>
        <w:br/>
        <w:t>ні серця, ні душі...&lt;br /&gt;</w:t>
        <w:br/>
        <w:t>(В голосі злегка бринять сльози Вона уриває).&lt;br /&gt;</w:t>
        <w:br/>
        <w:t>С т е п а н (знов бере Ті за руку, вона не боронить)&lt;br /&gt;</w:t>
        <w:br/>
        <w:t>Оксано, зоре!..&lt;br /&gt;</w:t>
        <w:br/>
        <w:t>Пробач... я сам не знаю... я не смію...&lt;br /&gt;</w:t>
        <w:br/>
        <w:t>(з поривом)&lt;br /&gt;</w:t>
        <w:br/>
        <w:t>Ні, я не можу, я не маю сили&lt;br /&gt;</w:t>
        <w:br/>
        <w:t>тебе зректися!&lt;br /&gt;</w:t>
        <w:br/>
        <w:t>(Пригортає Оксану).&lt;br /&gt;</w:t>
        <w:br/>
        <w:t>Серденько, скажи,&lt;br /&gt;</w:t>
        <w:br/>
        <w:t>чи любиш ти мене! Промов же слово!&lt;br /&gt;</w:t>
        <w:br/>
        <w:t>О к с а н а&lt;br /&gt;</w:t>
        <w:br/>
        <w:t>Хіба ж би я з тобою так стояла?&lt;br /&gt;</w:t>
        <w:br/>
        <w:t>(Ховає обличчя у нього на грудях. Німа сцена).&lt;br /&gt;</w:t>
        <w:br/>
        <w:t>С т е п а н&lt;br /&gt;</w:t>
        <w:br/>
        <w:t>Я завтра старостів зашлю до тебе.&lt;br /&gt;</w:t>
        <w:br/>
        <w:t>Чи батько твій їх прийме?&lt;br /&gt;</w:t>
        <w:br/>
        <w:t>О к с а н а&lt;br /&gt;</w:t>
        <w:br/>
        <w:t>Татко дуже&lt;br /&gt;</w:t>
        <w:br/>
        <w:t>тебе вподобав і матуся теж.&lt;br /&gt;</w:t>
        <w:br/>
        <w:t>С т е п а н&lt;br /&gt;</w:t>
        <w:br/>
        <w:t>Що тільки дам тобі я на чужині&lt;br /&gt;</w:t>
        <w:br/>
        <w:t>замість веселощів рідного краю?&lt;br /&gt;</w:t>
        <w:br/>
        <w:t>Своє кохання вірне, більш нічого...&lt;br /&gt;</w:t>
        <w:br/>
        <w:t>О к с а н а&lt;br /&gt;</w:t>
        <w:br/>
        <w:t>Не думай, ніби я пуста панянка,&lt;br /&gt;</w:t>
        <w:br/>
        <w:t>що тільки має на умі забави&lt;br /&gt;</w:t>
        <w:br/>
        <w:t>та залицяння. Сі трудні часи&lt;br /&gt;</w:t>
        <w:br/>
        <w:t>думок поважних І дівчат навчили.&lt;br /&gt;</w:t>
        <w:br/>
        <w:t>Якби ти знав, як туга кров гнітить!.. ,&lt;br /&gt;</w:t>
        <w:br/>
        <w:t>С т е п а н&lt;br /&gt;</w:t>
        <w:br/>
        <w:t>Кров?&lt;br /&gt;</w:t>
        <w:br/>
        <w:t>О к с а н а&lt;br /&gt;</w:t>
        <w:br/>
        <w:t>Так. Не раз, вернувшися з походу,&lt;br /&gt;</w:t>
        <w:br/>
        <w:t>лицарство з нами бавиться при танцях.&lt;br /&gt;</w:t>
        <w:br/>
        <w:t>Простягне руку лицар, щоб узяти&lt;br /&gt;</w:t>
        <w:br/>
        <w:t>мене до танцю, а мені здається,&lt;br /&gt;</w:t>
        <w:br/>
        <w:t>що та рука червона вся від крові,&lt;br /&gt;</w:t>
        <w:br/>
        <w:t>від крові братньої... Такі забави&lt;br /&gt;</w:t>
        <w:br/>
        <w:t>не веселять мене... Либонь, ніколи&lt;br /&gt;</w:t>
        <w:br/>
        <w:t>не прийняла б я перстеня з руки&lt;br /&gt;</w:t>
        <w:br/>
        <w:t>такого лицаря...&lt;br /&gt;</w:t>
        <w:br/>
        <w:t>(Гладить йому руку).&lt;br /&gt;</w:t>
        <w:br/>
        <w:t>Оця рука&lt;br /&gt;</w:t>
        <w:br/>
        <w:t>від крові чиста.&lt;br /&gt;</w:t>
        <w:br/>
        <w:t>С т е п а н&lt;br /&gt;</w:t>
        <w:br/>
        <w:t>Се не всі вважають&lt;br /&gt;</w:t>
        <w:br/>
        <w:t>за честь.&lt;br /&gt;</w:t>
        <w:br/>
        <w:t>О к с а н а&lt;br /&gt;</w:t>
        <w:br/>
        <w:t>А я відразу привернулась&lt;br /&gt;</w:t>
        <w:br/>
        <w:t>до тебе серцем за твою лагідність.&lt;br /&gt;</w:t>
        <w:br/>
        <w:t>Скажи, чи всі такі в твоїй родині?&lt;br /&gt;</w:t>
        <w:br/>
        <w:t>С т е п а н&lt;br /&gt;</w:t>
        <w:br/>
        <w:t>Родина в нас мала: сестра, й матуся,&lt;br /&gt;</w:t>
        <w:br/>
        <w:t>та брат маленький. Так, вони у мене&lt;br /&gt;</w:t>
        <w:br/>
        <w:t>всі не лихі.&lt;br /&gt;</w:t>
        <w:br/>
        <w:t>О к с а н а&lt;br /&gt;</w:t>
        <w:br/>
        <w:t>Твоя матуся, може,&lt;br /&gt;</w:t>
        <w:br/>
        <w:t>не злюбить незнайомої невістки?..&lt;br /&gt;</w:t>
        <w:br/>
        <w:t>Що я тоді почну там на чужині,&lt;br /&gt;</w:t>
        <w:br/>
        <w:t>далеко так від роду?&lt;br /&gt;</w:t>
        <w:br/>
        <w:t>С т е п а н&lt;br /&gt;</w:t>
        <w:br/>
        <w:t>Ні, Оксано,&lt;br /&gt;</w:t>
        <w:br/>
        <w:t>того не бійся. Мати будуть раді,&lt;br /&gt;</w:t>
        <w:br/>
        <w:t>що привезу я жінку з України, —&lt;br /&gt;</w:t>
        <w:br/>
        <w:t>мій батько, умираючи, бажав,&lt;br /&gt;</w:t>
        <w:br/>
        <w:t>щоб я десь в ріднім краю одружився.&lt;br /&gt;</w:t>
        <w:br/>
        <w:t>Тебе ж малою мати пам'ятають.&lt;br /&gt;</w:t>
        <w:br/>
        <w:t>(Знов пригортає її).&lt;br /&gt;</w:t>
        <w:br/>
        <w:t>Та й хто ж би не злюбив моєї долі,&lt;br /&gt;</w:t>
        <w:br/>
        <w:t>голубоньки Оксаночки моєї?&lt;br /&gt;</w:t>
        <w:br/>
        <w:t>Се тільки в пісні всі свекрухи люті,&lt;br /&gt;</w:t>
        <w:br/>
        <w:t>а ти побачиш, як моя матуся&lt;br /&gt;</w:t>
        <w:br/>
        <w:t>тобі за рідну стане.&lt;br /&gt;</w:t>
        <w:br/>
        <w:t>О к с а н а&lt;br /&gt;</w:t>
        <w:br/>
        <w:t>Дай-то боже!&lt;br /&gt;</w:t>
        <w:br/>
        <w:t>С т е п а н&lt;br /&gt;</w:t>
        <w:br/>
        <w:t>Мені тепер здається, що нігде&lt;br /&gt;</w:t>
        <w:br/>
        <w:t>на цілім світі вже нема чужини,&lt;br /&gt;</w:t>
        <w:br/>
        <w:t>поки ми вдвох з тобою. От побачиш,&lt;br /&gt;</w:t>
        <w:br/>
        <w:t>яке ми там кубелечко зів'ємо,&lt;br /&gt;</w:t>
        <w:br/>
        <w:t>хоч і в Москві. Нічого ж там чужого&lt;br /&gt;</w:t>
        <w:br/>
        <w:t>у нашій хатоньці не буде, — правда?&lt;br /&gt;</w:t>
        <w:br/>
        <w:t>О к с а н а&lt;br /&gt;</w:t>
        <w:br/>
        <w:t>Авжеж. І, знаєш, якось я не дуже&lt;br /&gt;</w:t>
        <w:br/>
        <w:t>боюся тої чужини.&lt;br /&gt;</w:t>
        <w:br/>
        <w:t>С т е п а н&lt;br /&gt;</w:t>
        <w:br/>
        <w:t>Зо мною?&lt;br /&gt;</w:t>
        <w:br/>
        <w:t>О к с а н а (усміхається)&lt;br /&gt;</w:t>
        <w:br/>
        <w:t>Тим певне, що з тобою. Але й так,&lt;br /&gt;</w:t>
        <w:br/>
        <w:t>хіба ж то вже така чужа країна?&lt;br /&gt;</w:t>
        <w:br/>
        <w:t>Таж віра там однакова, і мову&lt;br /&gt;</w:t>
        <w:br/>
        <w:t>я наче трохи тямлю, як говорять.&lt;br /&gt;</w:t>
        <w:br/>
        <w:t>С т е п а н&lt;br /&gt;</w:t>
        <w:br/>
        <w:t>Та мови вже ж навчитися недовго...&lt;br /&gt;</w:t>
        <w:br/>
        <w:t>ну ніби трохи тверда... Та дарма!&lt;br /&gt;</w:t>
        <w:br/>
        <w:t>Оксаночка у мене розумниця, —&lt;br /&gt;</w:t>
        <w:br/>
        <w:t>всього навчиться.&lt;br /&gt;</w:t>
        <w:br/>
        <w:t>О к с а н а&lt;br /&gt;</w:t>
        <w:br/>
        <w:t>Не хвали занадто,&lt;br /&gt;</w:t>
        <w:br/>
        <w:t>бо ще наврочиш!&lt;br /&gt;</w:t>
        <w:br/>
        <w:t>(Трохи посмутніла).&lt;br /&gt;</w:t>
        <w:br/>
        <w:t>Я вже й так боюся...&lt;br /&gt;</w:t>
        <w:br/>
        <w:t>С т е п а н&lt;br /&gt;</w:t>
        <w:br/>
        <w:t>Чого, єдина?&lt;br /&gt;</w:t>
        <w:br/>
        <w:t>О к с а н а&lt;br /&gt;</w:t>
        <w:br/>
        <w:t>Якось так упало&lt;br /&gt;</w:t>
        <w:br/>
        <w:t>се щастя раптом. Я такого зроду&lt;br /&gt;</w:t>
        <w:br/>
        <w:t>не бачила... Всі подруги мої,&lt;br /&gt;</w:t>
        <w:br/>
        <w:t>ті, що побралися, багато мали&lt;br /&gt;</w:t>
        <w:br/>
        <w:t>і горя, й клопоту перед весіллям,&lt;br /&gt;</w:t>
        <w:br/>
        <w:t>а я...&lt;br /&gt;</w:t>
        <w:br/>
        <w:t>С т е п а н&lt;br /&gt;</w:t>
        <w:br/>
        <w:t>Та ще пожди! От, може, завтра&lt;br /&gt;</w:t>
        <w:br/>
        <w:t>твій батенько мені поріг покаже.&lt;br /&gt;</w:t>
        <w:br/>
        <w:t>О к с а н а&lt;br /&gt;</w:t>
        <w:br/>
        <w:t>Ні, ні, сього не буде, я вже певна.&lt;br /&gt;</w:t>
        <w:br/>
        <w:t>С т е п а н (жартуючи)&lt;br /&gt;</w:t>
        <w:br/>
        <w:t>Здається, панночка не раді з того?&lt;br /&gt;</w:t>
        <w:br/>
        <w:t>Коли б ще й гарбуза не покотили?..&lt;br /&gt;</w:t>
        <w:br/>
        <w:t>О к с а н а&lt;br /&gt;</w:t>
        <w:br/>
        <w:t>Та годі! Що за жарти?&lt;br /&gt;</w:t>
        <w:br/>
        <w:t>С т е п а н&lt;br /&gt;</w:t>
        <w:br/>
        <w:t>От ніяк&lt;br /&gt;</w:t>
        <w:br/>
        <w:t>не догоджу тобі словами! Добре ж,&lt;br /&gt;</w:t>
        <w:br/>
        <w:t>не буду говорити, коли так!&lt;br /&gt;</w:t>
        <w:br/>
        <w:t>(Без слів пригортає й милує її. Вона спершу пручається,&lt;br /&gt;</w:t>
        <w:br/>
        <w:t>потім піддається його пестощам).&lt;br /&gt;</w:t>
        <w:br/>
        <w:t>Г о л о с м а т е р і (з будинку)&lt;br /&gt;</w:t>
        <w:br/>
        <w:t>Оксано! Годі вже там поливати!&lt;br /&gt;</w:t>
        <w:br/>
        <w:t>Вже пізно!&lt;br /&gt;</w:t>
        <w:br/>
        <w:t>О к с а н а (кинулась)&lt;br /&gt;</w:t>
        <w:br/>
        <w:t>Мати кличуть.&lt;br /&gt;</w:t>
        <w:br/>
        <w:t>(Зривається йти).&lt;br /&gt;</w:t>
        <w:br/>
        <w:t>С т е п а н (утримує її. Пристрасно)&lt;br /&gt;</w:t>
        <w:br/>
        <w:t>Ще хвилинку!..&lt;br /&gt;</w:t>
        <w:br/>
        <w:t>Хвилоночку!&lt;br /&gt;</w:t>
        <w:br/>
        <w:t>О к с а н а&lt;br /&gt;</w:t>
        <w:br/>
        <w:t>Я вийду ще до тебе,&lt;br /&gt;</w:t>
        <w:br/>
        <w:t>як мати ляжуть спати.&lt;br /&gt;</w:t>
        <w:br/>
        <w:t>С т е п а н&lt;br /&gt;</w:t>
        <w:br/>
        <w:t>Вийди, люба!&lt;br /&gt;</w:t>
        <w:br/>
        <w:t>Я виглядатиму тебе до світа!&lt;br /&gt;</w:t>
        <w:br/>
        <w:t>Г о л о с м а т е р і&lt;br /&gt;</w:t>
        <w:br/>
        <w:t>Оксано, де ти?&lt;br /&gt;</w:t>
        <w:br/>
        <w:t>О к с а н а&lt;br /&gt;</w:t>
        <w:br/>
        <w:t>Ось я йду, матусю!&lt;br /&gt;</w:t>
        <w:br/>
        <w:t>(Ще раз на прощання обіймає Степана&lt;br /&gt;</w:t>
        <w:br/>
        <w:t>і йде до будинку).</w:t>
      </w:r>
    </w:p>
    <w:p>
      <w:r>
        <w:br/>
        <w:t>II</w:t>
      </w:r>
    </w:p>
    <w:p>
      <w:r>
        <w:br/>
        <w:t>У М о с к в і.</w:t>
      </w:r>
    </w:p>
    <w:p>
      <w:r>
        <w:br/>
        <w:t>Світлиця у Степановім дому прибрана по-святковому. Знадвору чутно гомін дзвонів. М а т и Степанова і О к с а н а увіходять убрані по-вкраїнськи, — мати в намітці і в темній сукні з широким виложистим коміром. Оксана в кораблику, в шнурівці та в кунтуші.</w:t>
      </w:r>
    </w:p>
    <w:p>
      <w:r>
        <w:br/>
        <w:t>М а т и (сідає на ослоні, важко дишучи)&lt;br /&gt;</w:t>
        <w:br/>
        <w:t>Спочину трохи, поки йти у терем…&lt;br /&gt;</w:t>
        <w:br/>
        <w:t>Стара... не носять ноги...&lt;br /&gt;</w:t>
        <w:br/>
        <w:t>О к с а н а (сідає поруч)&lt;br /&gt;</w:t>
        <w:br/>
        <w:t>Ви, матусю,&lt;br /&gt;</w:t>
        <w:br/>
        <w:t>казали б ліжко перенести в діл,&lt;br /&gt;</w:t>
        <w:br/>
        <w:t>бо вам сутужно лазити на сходи.&lt;br /&gt;</w:t>
        <w:br/>
        <w:t>М а т и&lt;br /&gt;</w:t>
        <w:br/>
        <w:t>Ой ні, голубонько, нехай вже там,&lt;br /&gt;</w:t>
        <w:br/>
        <w:t>у теремі... Тут, на Москві, не звичай,&lt;br /&gt;</w:t>
        <w:br/>
        <w:t>щоб жінка мешкала на долі. Скажуть:&lt;br /&gt;</w:t>
        <w:br/>
        <w:t>ото, стара, а звичаю не тямить.&lt;br /&gt;</w:t>
        <w:br/>
        <w:t>О к с а н а&lt;br /&gt;</w:t>
        <w:br/>
        <w:t>Ви ж не в тутешніх звичаях зросли.&lt;br /&gt;</w:t>
        <w:br/>
        <w:t>М а т и&lt;br /&gt;</w:t>
        <w:br/>
        <w:t>То що? Вони, Оксанко, не питають,&lt;br /&gt;</w:t>
        <w:br/>
        <w:t>хто як там зріс... Адже ми тута зайди, —&lt;br /&gt;</w:t>
        <w:br/>
        <w:t>з вовками жий, по-вовчи й вий.&lt;br /&gt;</w:t>
        <w:br/>
        <w:t>О к с а н а (зо сміхом)&lt;br /&gt;</w:t>
        <w:br/>
        <w:t>Ой лихо!&lt;br /&gt;</w:t>
        <w:br/>
        <w:t>чи тобто й я по-вовчи маю вити?&lt;br /&gt;</w:t>
        <w:br/>
        <w:t>М а т и&lt;br /&gt;</w:t>
        <w:br/>
        <w:t>А ти б як думала? Сьогодні в церкві&lt;br /&gt;</w:t>
        <w:br/>
        <w:t>що шепоту було навколо нас:&lt;br /&gt;</w:t>
        <w:br/>
        <w:t>"Черкашенки! Хохлуши!"&lt;br /&gt;</w:t>
        <w:br/>
        <w:t>О к с а н а (трохи посмутнівши)&lt;br /&gt;</w:t>
        <w:br/>
        <w:t>Та... я чула...&lt;br /&gt;</w:t>
        <w:br/>
        <w:t>гріха десь не бояться: в церкві божій,&lt;br /&gt;</w:t>
        <w:br/>
        <w:t>замість молитися, людей все гудять,&lt;br /&gt;</w:t>
        <w:br/>
        <w:t>а ще й виносяться так благочестям&lt;br /&gt;</w:t>
        <w:br/>
        <w:t>поперед нас...&lt;br /&gt;</w:t>
        <w:br/>
        <w:t>М а т и&lt;br /&gt;</w:t>
        <w:br/>
        <w:t>Так скрізь воно по світі:&lt;br /&gt;</w:t>
        <w:br/>
        <w:t>що сторона — то звичай, а що город —&lt;br /&gt;</w:t>
        <w:br/>
        <w:t>то й норов, кажуть люди. Дивно їм&lt;br /&gt;</w:t>
        <w:br/>
        <w:t>на наше вбрання. Тут жінки зап'яті,&lt;br /&gt;</w:t>
        <w:br/>
        <w:t>а ми, бач, не вкриваємо обличчя.&lt;br /&gt;</w:t>
        <w:br/>
        <w:t>О к с а н а&lt;br /&gt;</w:t>
        <w:br/>
        <w:t>Чи ми ж туркені?&lt;br /&gt;</w:t>
        <w:br/>
        <w:t>М а т и&lt;br /&gt;</w:t>
        <w:br/>
        <w:t>Хай господь боронить!&lt;br /&gt;</w:t>
        <w:br/>
        <w:t>Воно ж пак і московки не туркені,&lt;br /&gt;</w:t>
        <w:br/>
        <w:t>а так чомусь ото в них повелося.&lt;br /&gt;</w:t>
        <w:br/>
        <w:t>Та вже ж як ти бояриня московська,&lt;br /&gt;</w:t>
        <w:br/>
        <w:t>неначебто воно тобі й годиться&lt;br /&gt;</w:t>
        <w:br/>
        <w:t>вбиратися по-їхньому.&lt;br /&gt;</w:t>
        <w:br/>
        <w:t>О к с а н а&lt;br /&gt;</w:t>
        <w:br/>
        <w:t>А ви ж?&lt;br /&gt;</w:t>
        <w:br/>
        <w:t>Адже ж і ви бояринова мати.&lt;br /&gt;</w:t>
        <w:br/>
        <w:t>М а т и&lt;br /&gt;</w:t>
        <w:br/>
        <w:t>Що мати, то не жінка. Люди бачать,&lt;br /&gt;</w:t>
        <w:br/>
        <w:t>що я вже лагоджусь у божу путь,&lt;br /&gt;</w:t>
        <w:br/>
        <w:t>то де ж таки мені міняти вбори.&lt;br /&gt;</w:t>
        <w:br/>
        <w:t>(З лагідним і журливим усміхом).&lt;br /&gt;</w:t>
        <w:br/>
        <w:t>Не варт уже й справляти щось нового.&lt;br /&gt;</w:t>
        <w:br/>
        <w:t>Адже й старенький мій — нехай царствує! —&lt;br /&gt;</w:t>
        <w:br/>
        <w:t>в козацькому жупані вік дожив,&lt;br /&gt;</w:t>
        <w:br/>
        <w:t>так і на смерть його я нарядила —&lt;br /&gt;</w:t>
        <w:br/>
        <w:t>в мережану сорочку...&lt;br /&gt;</w:t>
        <w:br/>
        <w:t>(Втирає хустинкою очі. Оксана, зворушена,&lt;br /&gt;</w:t>
        <w:br/>
        <w:t>дивиться на неї. Коротке мовчання).&lt;br /&gt;</w:t>
        <w:br/>
        <w:t>О к с а н а&lt;br /&gt;</w:t>
        <w:br/>
        <w:t>І навіщо&lt;br /&gt;</w:t>
        <w:br/>
        <w:t>Степан убрався в те боярське фантя?&lt;br /&gt;</w:t>
        <w:br/>
        <w:t>От як стояв зо мною під вінцем&lt;br /&gt;</w:t>
        <w:br/>
        <w:t>у кармазиновім жупані, мамо,&lt;br /&gt;</w:t>
        <w:br/>
        <w:t>ото був...&lt;br /&gt;</w:t>
        <w:br/>
        <w:t>(Засоромившись, уриває).&lt;br /&gt;</w:t>
        <w:br/>
        <w:t>М а т и (добродушно киває їй головою)&lt;br /&gt;</w:t>
        <w:br/>
        <w:t>Та, либонь, був до сподоби&lt;br /&gt;</w:t>
        <w:br/>
        <w:t>тоді комусь...&lt;br /&gt;</w:t>
        <w:br/>
        <w:t>(поважніше)&lt;br /&gt;</w:t>
        <w:br/>
        <w:t>Проте ж не можна, дочко,&lt;br /&gt;</w:t>
        <w:br/>
        <w:t>йому царського нехтувати вбрання.&lt;br /&gt;</w:t>
        <w:br/>
        <w:t>О к с а н а&lt;br /&gt;</w:t>
        <w:br/>
        <w:t>А батько ж...&lt;br /&gt;</w:t>
        <w:br/>
        <w:t>М а т и&lt;br /&gt;</w:t>
        <w:br/>
        <w:t>Батько, донечко, старий&lt;br /&gt;</w:t>
        <w:br/>
        <w:t>і немічний вже був, коли назвався&lt;br /&gt;</w:t>
        <w:br/>
        <w:t>боярином. Не трапилось йому&lt;br /&gt;</w:t>
        <w:br/>
        <w:t>виходити вже й з дому після того.&lt;br /&gt;</w:t>
        <w:br/>
        <w:t>Степан же й на царські беседи ходить,&lt;br /&gt;</w:t>
        <w:br/>
        <w:t>і в думу, і в приказ.&lt;br /&gt;</w:t>
        <w:br/>
        <w:t>О к с а н а&lt;br /&gt;</w:t>
        <w:br/>
        <w:t>Хіба ж то сором,&lt;br /&gt;</w:t>
        <w:br/>
        <w:t>якби він по-козацькому вбирався?&lt;br /&gt;</w:t>
        <w:br/>
        <w:t>М а т и&lt;br /&gt;</w:t>
        <w:br/>
        <w:t>Не то що сором... От чудна ти, доню,&lt;br /&gt;</w:t>
        <w:br/>
        <w:t>уже ж таки твій чоловік боярин,&lt;br /&gt;</w:t>
        <w:br/>
        <w:t>а не козак, чи ти ж не розумієш?&lt;br /&gt;</w:t>
        <w:br/>
        <w:t>О к с а н а (смутно)&lt;br /&gt;</w:t>
        <w:br/>
        <w:t>Чому не розумію?..&lt;br /&gt;</w:t>
        <w:br/>
        <w:t>М а т и&lt;br /&gt;</w:t>
        <w:br/>
        <w:t>Отже, бачиш,&lt;br /&gt;</w:t>
        <w:br/>
        <w:t>я й Ганну по-московському вбираю,&lt;br /&gt;</w:t>
        <w:br/>
        <w:t>бо Ганні вже судилась тута пара,&lt;br /&gt;</w:t>
        <w:br/>
        <w:t>вона вже ж не поїде на Вкраїну.&lt;br /&gt;</w:t>
        <w:br/>
        <w:t>О к с а н а&lt;br /&gt;</w:t>
        <w:br/>
        <w:t>Чому ж її Степан не взяв з собою,&lt;br /&gt;</w:t>
        <w:br/>
        <w:t>як був у.нас?&lt;br /&gt;</w:t>
        <w:br/>
        <w:t>М а т и&lt;br /&gt;</w:t>
        <w:br/>
        <w:t>Та дівці мандрувати&lt;br /&gt;</w:t>
        <w:br/>
        <w:t>неначе неподоба; скажуть люди:&lt;br /&gt;</w:t>
        <w:br/>
        <w:t>"Поїхала там женихів ловити".&lt;br /&gt;</w:t>
        <w:br/>
        <w:t>Нехай вже тута шарахвани носить,&lt;br /&gt;</w:t>
        <w:br/>
        <w:t>коли судилося.&lt;br /&gt;</w:t>
        <w:br/>
        <w:t>О к с а н а&lt;br /&gt;</w:t>
        <w:br/>
        <w:t>Та ще дівочий&lt;br /&gt;</w:t>
        <w:br/>
        <w:t>той шарахван неначеб форемніший,&lt;br /&gt;</w:t>
        <w:br/>
        <w:t>а що жіночий, то такий бахматий&lt;br /&gt;</w:t>
        <w:br/>
        <w:t>та довгий-довгий, мов попівська ряса!&lt;br /&gt;</w:t>
        <w:br/>
        <w:t>Аж сумно, як се я його надіну?&lt;br /&gt;</w:t>
        <w:br/>
        <w:t>Ото й на голову такий підситок&lt;br /&gt;</w:t>
        <w:br/>
        <w:t>надіти треба? Зап'ясти обличчя?&lt;br /&gt;</w:t>
        <w:br/>
        <w:t>М а т и&lt;br /&gt;</w:t>
        <w:br/>
        <w:t>Та вже ж не як.&lt;br /&gt;</w:t>
        <w:br/>
        <w:t>О к с а н а (помовчавши, ніяково)&lt;br /&gt;</w:t>
        <w:br/>
        <w:t>Боюся я, матусю.&lt;br /&gt;</w:t>
        <w:br/>
        <w:t>М а т и&lt;br /&gt;</w:t>
        <w:br/>
        <w:t>Чого ти, донечко, скажи, чого?&lt;br /&gt;</w:t>
        <w:br/>
        <w:t>О к с а н а&lt;br /&gt;</w:t>
        <w:br/>
        <w:t>Та ніяк мовити...&lt;br /&gt;</w:t>
        <w:br/>
        <w:t>М а т и&lt;br /&gt;</w:t>
        <w:br/>
        <w:t>Ти не соромся.&lt;br /&gt;</w:t>
        <w:br/>
        <w:t>Вже ж я тобі за рідну матір тута.&lt;br /&gt;</w:t>
        <w:br/>
        <w:t>О к с а н а (цілує їй руку)&lt;br /&gt;</w:t>
        <w:br/>
        <w:t>Так, матінко. То я... собі гадаю...&lt;br /&gt;</w:t>
        <w:br/>
        <w:t>коли б я не спротивилася часом,&lt;br /&gt;</w:t>
        <w:br/>
        <w:t>Степанові в такій одежі...&lt;br /&gt;</w:t>
        <w:br/>
        <w:t>М а т и (сміючись)&lt;br /&gt;</w:t>
        <w:br/>
        <w:t>От ще&lt;br /&gt;</w:t>
        <w:br/>
        <w:t>що вигадала! А тобі Степан&lt;br /&gt;</w:t>
        <w:br/>
        <w:t>ще не спротивився, що не в жупані?&lt;br /&gt;</w:t>
        <w:br/>
        <w:t>О к с а н а&lt;br /&gt;</w:t>
        <w:br/>
        <w:t>Та то ж мені...&lt;br /&gt;</w:t>
        <w:br/>
        <w:t>М а т и&lt;br /&gt;</w:t>
        <w:br/>
        <w:t>І не вигадуй, дочко!&lt;br /&gt;</w:t>
        <w:br/>
        <w:t>Хіба ж таки Степан мала дитина,&lt;br /&gt;</w:t>
        <w:br/>
        <w:t>що інако вберись, то й не пізнає?&lt;br /&gt;</w:t>
        <w:br/>
        <w:t>О к с а н а&lt;br /&gt;</w:t>
        <w:br/>
        <w:t>Пізнати то впізнає...&lt;br /&gt;</w:t>
        <w:br/>
        <w:t>М а т и (глянувши у вікно)&lt;br /&gt;</w:t>
        <w:br/>
        <w:t>А поглянь&lt;br /&gt;</w:t>
        <w:br/>
        <w:t>молодшими очима, хто то йде?&lt;br /&gt;</w:t>
        <w:br/>
        <w:t>Чи не Степан бува?&lt;br /&gt;</w:t>
        <w:br/>
        <w:t>О к с а н а&lt;br /&gt;</w:t>
        <w:br/>
        <w:t>Еге ж, то він.&lt;br /&gt;</w:t>
        <w:br/>
        <w:t>а з ним ще два якісь.&lt;br /&gt;</w:t>
        <w:br/>
        <w:t>М а т и&lt;br /&gt;</w:t>
        <w:br/>
        <w:t>Тікаймо, дочко!&lt;br /&gt;</w:t>
        <w:br/>
        <w:t>(Підводиться й подається до дверей).&lt;br /&gt;</w:t>
        <w:br/>
        <w:t>О к с а н а&lt;br /&gt;</w:t>
        <w:br/>
        <w:t>Чого се, хай бог милує, тікати,&lt;br /&gt;</w:t>
        <w:br/>
        <w:t>як від татар?&lt;br /&gt;</w:t>
        <w:br/>
        <w:t>М а т и&lt;br /&gt;</w:t>
        <w:br/>
        <w:t>Ще осміють, дитинко;&lt;br /&gt;</w:t>
        <w:br/>
        <w:t>нема тут звичаю з чоловіками&lt;br /&gt;</w:t>
        <w:br/>
        <w:t>жіноцтву пробувати при беседі.&lt;br /&gt;</w:t>
        <w:br/>
        <w:t>(Одчиняє двері й спішиться по сходах у терем).&lt;br /&gt;</w:t>
        <w:br/>
        <w:t>О к с а н а (іде за нею)&lt;br /&gt;</w:t>
        <w:br/>
        <w:t>Ой господи, які се тут звичаї!&lt;br /&gt;</w:t>
        <w:br/>
        <w:t>Оце — але!</w:t>
      </w:r>
    </w:p>
    <w:p>
      <w:r>
        <w:br/>
        <w:t>Сцена швидко переміняється. Терем. Крім О к с а н и і м а т е р і, в теремі ще є Г а н н а, молода дівчина, сестра Степанова. Ганна убрана як бояришня.</w:t>
      </w:r>
    </w:p>
    <w:p>
      <w:r>
        <w:br/>
        <w:t>М а т и (підходить до великої скрині)&lt;br /&gt;</w:t>
        <w:br/>
        <w:t>Отут, моя дитино,&lt;br /&gt;</w:t>
        <w:br/>
        <w:t>твоє боярське вбрання. Я придбала.&lt;br /&gt;</w:t>
        <w:br/>
        <w:t>О к с а н а (гречно, але без радощів)&lt;br /&gt;</w:t>
        <w:br/>
        <w:t>Спасибі, мамо.&lt;br /&gt;</w:t>
        <w:br/>
        <w:t>М а т и&lt;br /&gt;</w:t>
        <w:br/>
        <w:t>Хочеш подивитись&lt;br /&gt;</w:t>
        <w:br/>
        <w:t>або приміряти?&lt;br /&gt;</w:t>
        <w:br/>
        <w:t>О к с а н а&lt;br /&gt;</w:t>
        <w:br/>
        <w:t>Хай трошки згодом.&lt;br /&gt;</w:t>
        <w:br/>
        <w:t>Щось я втомилася. Та вже ж нікуди&lt;br /&gt;</w:t>
        <w:br/>
        <w:t>сьогодні не піду, то ще поспію&lt;br /&gt;</w:t>
        <w:br/>
        <w:t>перевдягтися.&lt;br /&gt;</w:t>
        <w:br/>
        <w:t>М а т и&lt;br /&gt;</w:t>
        <w:br/>
        <w:t>До твоєї волі.&lt;br /&gt;</w:t>
        <w:br/>
        <w:t>Спочинь собі. Та й я піду спочину,&lt;br /&gt;</w:t>
        <w:br/>
        <w:t>воно й годиться в свято.&lt;br /&gt;</w:t>
        <w:br/>
        <w:t>(Іде в бічну кімнату).&lt;br /&gt;</w:t>
        <w:br/>
        <w:t>Г а н н а (що досі сиділа, лузаючи гарбузове насіння)&lt;br /&gt;</w:t>
        <w:br/>
        <w:t>Ой сестричко,&lt;br /&gt;</w:t>
        <w:br/>
        <w:t>і нащо ті свята потрібні в світі?&lt;br /&gt;</w:t>
        <w:br/>
        <w:t>О к с а н а&lt;br /&gt;</w:t>
        <w:br/>
        <w:t>Ото спитала! Що тобі біг дав?&lt;br /&gt;</w:t>
        <w:br/>
        <w:t>Г а н н а&lt;br /&gt;</w:t>
        <w:br/>
        <w:t>Та нудно ж, господи!&lt;br /&gt;</w:t>
        <w:br/>
        <w:t>О к с а н а&lt;br /&gt;</w:t>
        <w:br/>
        <w:t>Сидиш, то й нудно.&lt;br /&gt;</w:t>
        <w:br/>
        <w:t>А ти піди між челядь, погуляй.&lt;br /&gt;</w:t>
        <w:br/>
        <w:t>Г а н н а&lt;br /&gt;</w:t>
        <w:br/>
        <w:t>Куди ж се я піду? Яка там челядь?&lt;br /&gt;</w:t>
        <w:br/>
        <w:t>О к с а н а&lt;br /&gt;</w:t>
        <w:br/>
        <w:t>А ти хіба товаришок не маєш?&lt;br /&gt;</w:t>
        <w:br/>
        <w:t>Г а н н а&lt;br /&gt;</w:t>
        <w:br/>
        <w:t>Товаришок?.. От декого там знаю&lt;br /&gt;</w:t>
        <w:br/>
        <w:t>з бояришень... Та як до їх ходити?&lt;br /&gt;</w:t>
        <w:br/>
        <w:t>Матуся вже не здужають, не хочуть&lt;br /&gt;</w:t>
        <w:br/>
        <w:t>зо мною йти... А ти ще не пізналась&lt;br /&gt;</w:t>
        <w:br/>
        <w:t>тут з ними... З мамкою сама не хочу,&lt;br /&gt;</w:t>
        <w:br/>
        <w:t>вона така...&lt;br /&gt;</w:t>
        <w:br/>
        <w:t>О к с а н а&lt;br /&gt;</w:t>
        <w:br/>
        <w:t>Чого ж тебе водити?&lt;br /&gt;</w:t>
        <w:br/>
        <w:t>Уже ж ти не маленька. Йди сама.&lt;br /&gt;</w:t>
        <w:br/>
        <w:t>Ще й веселіше буде вам без старших.&lt;br /&gt;</w:t>
        <w:br/>
        <w:t>Г а н н а&lt;br /&gt;</w:t>
        <w:br/>
        <w:t>Самій не можна по Москві ходити.&lt;br /&gt;</w:t>
        <w:br/>
        <w:t>О к с а н а&lt;br /&gt;</w:t>
        <w:br/>
        <w:t>Хіба хто нападе?&lt;br /&gt;</w:t>
        <w:br/>
        <w:t>Г а н н а&lt;br /&gt;</w:t>
        <w:br/>
        <w:t>Ні, так, не звичай.&lt;br /&gt;</w:t>
        <w:br/>
        <w:t>О к с а н а&lt;br /&gt;</w:t>
        <w:br/>
        <w:t>Ну, вже ті звичаї отут у вас!&lt;br /&gt;</w:t>
        <w:br/>
        <w:t>Г а н н а&lt;br /&gt;</w:t>
        <w:br/>
        <w:t>Та й що мені бояришні ті скажуть?&lt;br /&gt;</w:t>
        <w:br/>
        <w:t>Сидять по теремах, от як і я,&lt;br /&gt;</w:t>
        <w:br/>
        <w:t>не бачать світа. Що з їх за веселість?&lt;br /&gt;</w:t>
        <w:br/>
        <w:t>О к с а н а&lt;br /&gt;</w:t>
        <w:br/>
        <w:t>Чого ж ви сидите? Пішли б укупі&lt;br /&gt;</w:t>
        <w:br/>
        <w:t>кудись на вигой або в гай над річку&lt;br /&gt;</w:t>
        <w:br/>
        <w:t>та заспівали б. Я, бувало, дома&lt;br /&gt;</w:t>
        <w:br/>
        <w:t>годинки в хаті не просиджу святом.&lt;br /&gt;</w:t>
        <w:br/>
        <w:t>Г а н н а&lt;br /&gt;</w:t>
        <w:br/>
        <w:t>Ба в тебе дома! Там же не Москва.&lt;br /&gt;</w:t>
        <w:br/>
        <w:t>Такого тут ізроду не чували, —&lt;br /&gt;</w:t>
        <w:br/>
        <w:t>співати по гаях!..&lt;br /&gt;</w:t>
        <w:br/>
        <w:t>О к с а н а&lt;br /&gt;</w:t>
        <w:br/>
        <w:t>То ти й не знаєш,&lt;br /&gt;</w:t>
        <w:br/>
        <w:t>як на Вкраїні в нас гуляє челядь?&lt;br /&gt;</w:t>
        <w:br/>
        <w:t>Г а н н а&lt;br /&gt;</w:t>
        <w:br/>
        <w:t>Я мало що Вкраїну пам'ятаю,&lt;br /&gt;</w:t>
        <w:br/>
        <w:t>а Ванька тут уже й вродився.&lt;br /&gt;</w:t>
        <w:br/>
        <w:t>О к с а н а&lt;br /&gt;</w:t>
        <w:br/>
        <w:t>Ванька?&lt;br /&gt;</w:t>
        <w:br/>
        <w:t>Чому ж би не Івась?&lt;br /&gt;</w:t>
        <w:br/>
        <w:t>Г а н н а&lt;br /&gt;</w:t>
        <w:br/>
        <w:t>Так тут зовуть,&lt;br /&gt;</w:t>
        <w:br/>
        <w:t>та й ми вже звикли. Він і сам так звик.&lt;br /&gt;</w:t>
        <w:br/>
        <w:t>Мене ж матуся тільки та Степан&lt;br /&gt;</w:t>
        <w:br/>
        <w:t>зовуть іще Ганнусею.&lt;br /&gt;</w:t>
        <w:br/>
        <w:t>О к с а н а&lt;br /&gt;</w:t>
        <w:br/>
        <w:t>А як же&lt;br /&gt;</w:t>
        <w:br/>
        <w:t>ти тута звешся?&lt;br /&gt;</w:t>
        <w:br/>
        <w:t>Г а н н а&lt;br /&gt;</w:t>
        <w:br/>
        <w:t>Аннушка.&lt;br /&gt;</w:t>
        <w:br/>
        <w:t>О к с а н а&lt;br /&gt;</w:t>
        <w:br/>
        <w:t>Чи ба!&lt;br /&gt;</w:t>
        <w:br/>
        <w:t>(немов ухваляючи)&lt;br /&gt;</w:t>
        <w:br/>
        <w:t>"Ганнушка".&lt;br /&gt;</w:t>
        <w:br/>
        <w:t>Г а н н а (поправляюш)&lt;br /&gt;</w:t>
        <w:br/>
        <w:t>Ні-бо, "Аннушка", Оксано.&lt;br /&gt;</w:t>
        <w:br/>
        <w:t>О к с а н а&lt;br /&gt;</w:t>
        <w:br/>
        <w:t>Не вимовлю. Проте ж воно нічого&lt;br /&gt;</w:t>
        <w:br/>
        <w:t>і по-московському, хто добре вміє.&lt;br /&gt;</w:t>
        <w:br/>
        <w:t>А як по-їхньому Оксана буде?&lt;br /&gt;</w:t>
        <w:br/>
        <w:t>Г а н н а&lt;br /&gt;</w:t>
        <w:br/>
        <w:t>Аксинья чи Аксюша.&lt;br /&gt;</w:t>
        <w:br/>
        <w:t>О к с а н а&lt;br /&gt;</w:t>
        <w:br/>
        <w:t>Щось негарно.&lt;br /&gt;</w:t>
        <w:br/>
        <w:t>Оксана мовби краще. Ти, Ганнусю,&lt;br /&gt;</w:t>
        <w:br/>
        <w:t>мене таки Оксаною зови.&lt;br /&gt;</w:t>
        <w:br/>
        <w:t>Г а н н а (лащиться до Оксани)&lt;br /&gt;</w:t>
        <w:br/>
        <w:t>Як хочеш, так і зватиму, сестричко.&lt;br /&gt;</w:t>
        <w:br/>
        <w:t>Я так тебе люблю! Зраділа, боже,&lt;br /&gt;</w:t>
        <w:br/>
        <w:t>як брат тебе з України привіз!&lt;br /&gt;</w:t>
        <w:br/>
        <w:t>О к с а н а&lt;br /&gt;</w:t>
        <w:br/>
        <w:t>Ти ще мене, Ганнусенько, не знаєш,&lt;br /&gt;</w:t>
        <w:br/>
        <w:t>а може ж, я лиха...&lt;br /&gt;</w:t>
        <w:br/>
        <w:t>Г а н н а&lt;br /&gt;</w:t>
        <w:br/>
        <w:t>Ні, ні, ти добра!&lt;br /&gt;</w:t>
        <w:br/>
        <w:t>Ти, бач, усе до мене: "Погуляй,&lt;br /&gt;</w:t>
        <w:br/>
        <w:t>забався, не сиди!" А ти б почула,&lt;br /&gt;</w:t>
        <w:br/>
        <w:t>як інші всі боярині спиняють&lt;br /&gt;</w:t>
        <w:br/>
        <w:t>своїх сестер та дочок. Їй же богу,&lt;br /&gt;</w:t>
        <w:br/>
        <w:t>ні за поріг не випустять ніколи.&lt;br /&gt;</w:t>
        <w:br/>
        <w:t>(Ще більше лащиться)&lt;br /&gt;</w:t>
        <w:br/>
        <w:t>Оксаночко... ріднесенька... я маю&lt;br /&gt;</w:t>
        <w:br/>
        <w:t>тебе щось попрохати...&lt;br /&gt;</w:t>
        <w:br/>
        <w:t>О к с а н а&lt;br /&gt;</w:t>
        <w:br/>
        <w:t>Що, сестричко?&lt;br /&gt;</w:t>
        <w:br/>
        <w:t>(Ганна мовчить збентежена)&lt;br /&gt;</w:t>
        <w:br/>
        <w:t>Хотіла б, може, що з моїх уборів?&lt;br /&gt;</w:t>
        <w:br/>
        <w:t>Бери, що хочеш. Дам тобі й намисто,&lt;br /&gt;</w:t>
        <w:br/>
        <w:t>ще й коси у дрібушки заплету,&lt;br /&gt;</w:t>
        <w:br/>
        <w:t>вберу тебе, неначе гетьманівну.&lt;br /&gt;</w:t>
        <w:br/>
        <w:t>Г а н н а (смутно)&lt;br /&gt;</w:t>
        <w:br/>
        <w:t>Та ні, сього матуся не дозволять...&lt;br /&gt;</w:t>
        <w:br/>
        <w:t>Я не об тім... Я хочу попрохати,&lt;br /&gt;</w:t>
        <w:br/>
        <w:t>щоб ти... пішла зо мною у садок...&lt;br /&gt;</w:t>
        <w:br/>
        <w:t>О к с а н а&lt;br /&gt;</w:t>
        <w:br/>
        <w:t>Ото й всього? Було про що просити.&lt;br /&gt;</w:t>
        <w:br/>
        <w:t>Ходім хоч зараз.&lt;br /&gt;</w:t>
        <w:br/>
        <w:t>Г а н н а&lt;br /&gt;</w:t>
        <w:br/>
        <w:t>Ні, не зараз, потім...&lt;br /&gt;</w:t>
        <w:br/>
        <w:t>О к с а н а&lt;br /&gt;</w:t>
        <w:br/>
        <w:t>Коли ти схочеш. Що ж там у садку?&lt;br /&gt;</w:t>
        <w:br/>
        <w:t>Г а н н а&lt;br /&gt;</w:t>
        <w:br/>
        <w:t>Та, бач... самій отам в садку сидіти&lt;br /&gt;</w:t>
        <w:br/>
        <w:t>мені не можна...&lt;br /&gt;</w:t>
        <w:br/>
        <w:t>О к с а н а&lt;br /&gt;</w:t>
        <w:br/>
        <w:t>Вже й сього не можна?&lt;br /&gt;</w:t>
        <w:br/>
        <w:t>Г а н н а&lt;br /&gt;</w:t>
        <w:br/>
        <w:t>А з мамкою піти — вона розплеще&lt;br /&gt;</w:t>
        <w:br/>
        <w:t>усім про те, чого я там сиджу.&lt;br /&gt;</w:t>
        <w:br/>
        <w:t>О к с а н а (сміючись)&lt;br /&gt;</w:t>
        <w:br/>
        <w:t>А ти ж там що ворожиш?&lt;br /&gt;</w:t>
        <w:br/>
        <w:t>От хитруха!&lt;br /&gt;</w:t>
        <w:br/>
        <w:t>Г а н н а&lt;br /&gt;</w:t>
        <w:br/>
        <w:t>Та я нічого... тільки виглядаю,&lt;br /&gt;</w:t>
        <w:br/>
        <w:t>чи не проїдуть вулицею часом&lt;br /&gt;</w:t>
        <w:br/>
        <w:t>царські стрільці. Вони надвечір їздять.&lt;br /&gt;</w:t>
        <w:br/>
        <w:t>О к с а н а&lt;br /&gt;</w:t>
        <w:br/>
        <w:t>Либонь, царський стрілець тобі устрелив&lt;br /&gt;</w:t>
        <w:br/>
        <w:t>дівоче серденько?&lt;br /&gt;</w:t>
        <w:br/>
        <w:t>Г а н н а&lt;br /&gt;</w:t>
        <w:br/>
        <w:t>Та я ж, Оксано,&lt;br /&gt;</w:t>
        <w:br/>
        <w:t>заручена.&lt;br /&gt;</w:t>
        <w:br/>
        <w:t>О к с а н а&lt;br /&gt;</w:t>
        <w:br/>
        <w:t>За царського стрільця?&lt;br /&gt;</w:t>
        <w:br/>
        <w:t>Г а н н а&lt;br /&gt;</w:t>
        <w:br/>
        <w:t>Авжеж.&lt;br /&gt;</w:t>
        <w:br/>
        <w:t>О к с а н а&lt;br /&gt;</w:t>
        <w:br/>
        <w:t>То чом же він до нас не прийде?&lt;br /&gt;</w:t>
        <w:br/>
        <w:t>Г а н н а&lt;br /&gt;</w:t>
        <w:br/>
        <w:t>Хоч би й прийшов, то я ж хіба побачу?&lt;br /&gt;</w:t>
        <w:br/>
        <w:t>Я в теремі, а він там, у світлиці.&lt;br /&gt;</w:t>
        <w:br/>
        <w:t>О к с а н а&lt;br /&gt;</w:t>
        <w:br/>
        <w:t>То вам і бачитись не можна?&lt;br /&gt;</w:t>
        <w:br/>
        <w:t>Г а н н а&lt;br /&gt;</w:t>
        <w:br/>
        <w:t>Де ж там!&lt;br /&gt;</w:t>
        <w:br/>
        <w:t>О к с а н а&lt;br /&gt;</w:t>
        <w:br/>
        <w:t>Прилюдно — ні, а тільки крадькома?&lt;br /&gt;</w:t>
        <w:br/>
        <w:t>Г а н н а&lt;br /&gt;</w:t>
        <w:br/>
        <w:t>Ні, як то крадькома?&lt;br /&gt;</w:t>
        <w:br/>
        <w:t>О к с а н а&lt;br /&gt;</w:t>
        <w:br/>
        <w:t>А ти ж хотіла&lt;br /&gt;</w:t>
        <w:br/>
        <w:t>до нього вийти у садок.&lt;br /&gt;</w:t>
        <w:br/>
        <w:t>Г а н н а&lt;br /&gt;</w:t>
        <w:br/>
        <w:t>До нього?&lt;br /&gt;</w:t>
        <w:br/>
        <w:t>Ні, я ще сорому не загубила!&lt;br /&gt;</w:t>
        <w:br/>
        <w:t>І як се ти подумати могла,&lt;br /&gt;</w:t>
        <w:br/>
        <w:t>що я тебе просила проводжати&lt;br /&gt;</w:t>
        <w:br/>
        <w:t>мене на сходини?.. Невже, Оксано,&lt;br /&gt;</w:t>
        <w:br/>
        <w:t>вважаєш ти, що я така нечесна?&lt;br /&gt;</w:t>
        <w:br/>
        <w:t>О к с а н а&lt;br /&gt;</w:t>
        <w:br/>
        <w:t>Та бог з тобою! Де ж, яка ж тут нечесть?&lt;br /&gt;</w:t>
        <w:br/>
        <w:t>Як дівчина постоїть на розмові&lt;br /&gt;</w:t>
        <w:br/>
        <w:t>з своїм зарученим, то вже й нечесна?&lt;br /&gt;</w:t>
        <w:br/>
        <w:t>Г а н н а&lt;br /&gt;</w:t>
        <w:br/>
        <w:t>Авжеж, тут так.&lt;br /&gt;</w:t>
        <w:br/>
        <w:t>О к с а н а&lt;br /&gt;</w:t>
        <w:br/>
        <w:t>Навіщо ж ти виходиш&lt;br /&gt;</w:t>
        <w:br/>
        <w:t>туди в садок?&lt;br /&gt;</w:t>
        <w:br/>
        <w:t>Г а н н а&lt;br /&gt;</w:t>
        <w:br/>
        <w:t>Я здалека дивлюся,&lt;br /&gt;</w:t>
        <w:br/>
        <w:t>як він там вулицею проїздить.&lt;br /&gt;</w:t>
        <w:br/>
        <w:t>Інакше ж я його нігде не бачу,&lt;br /&gt;</w:t>
        <w:br/>
        <w:t>хіба що в церкві.&lt;br /&gt;</w:t>
        <w:br/>
        <w:t>О к с а н а&lt;br /&gt;</w:t>
        <w:br/>
        <w:t>Де ж ви розмовляли?&lt;br /&gt;</w:t>
        <w:br/>
        <w:t>Г а н н а&lt;br /&gt;</w:t>
        <w:br/>
        <w:t>Нігде.&lt;br /&gt;</w:t>
        <w:br/>
        <w:t>О к с а н а&lt;br /&gt;</w:t>
        <w:br/>
        <w:t>А як же він тебе посватав?&lt;br /&gt;</w:t>
        <w:br/>
        <w:t>Г а н н а&lt;br /&gt;</w:t>
        <w:br/>
        <w:t>Як? Через сваху. Як звичайно всі.&lt;br /&gt;</w:t>
        <w:br/>
        <w:t>О к с а н а&lt;br /&gt;</w:t>
        <w:br/>
        <w:t>Я щось не розберу.&lt;br /&gt;</w:t>
        <w:br/>
        <w:t>Г а н н а&lt;br /&gt;</w:t>
        <w:br/>
        <w:t>Бо ти не знаєш&lt;br /&gt;</w:t>
        <w:br/>
        <w:t>тутешніх звичаїв. Нехай лиш мати&lt;br /&gt;</w:t>
        <w:br/>
        <w:t>тобі розкажуть, бо всього достоту&lt;br /&gt;</w:t>
        <w:br/>
        <w:t>і я не знаю.&lt;br /&gt;</w:t>
        <w:br/>
        <w:t>О к с а н а&lt;br /&gt;</w:t>
        <w:br/>
        <w:t>Нібито виходить,&lt;br /&gt;</w:t>
        <w:br/>
        <w:t>що ви отак, не мовивши ні слова,&lt;br /&gt;</w:t>
        <w:br/>
        <w:t>і поберетесь?&lt;br /&gt;</w:t>
        <w:br/>
        <w:t>Г а н н а&lt;br /&gt;</w:t>
        <w:br/>
        <w:t>Так найпристойніше.&lt;br /&gt;</w:t>
        <w:br/>
        <w:t>О к с а н а&lt;br /&gt;</w:t>
        <w:br/>
        <w:t>Чудна тут молодь!..&lt;br /&gt;</w:t>
        <w:br/>
        <w:t>(Усміхається якимсь спогадам мовчки.&lt;br /&gt;</w:t>
        <w:br/>
        <w:t>Потім стиха, мрійливо).&lt;br /&gt;</w:t>
        <w:br/>
        <w:t>Я ж було щовечір&lt;br /&gt;</w:t>
        <w:br/>
        <w:t>виходжу до Степана на розмову.&lt;br /&gt;</w:t>
        <w:br/>
        <w:t>Г а н н а&lt;br /&gt;</w:t>
        <w:br/>
        <w:t>Як заручились?&lt;br /&gt;</w:t>
        <w:br/>
        <w:t>О к с а н а&lt;br /&gt;</w:t>
        <w:br/>
        <w:t>Та... як заручились...&lt;br /&gt;</w:t>
        <w:br/>
        <w:t>Ну, раз стояла з ним, не заручившись,&lt;br /&gt;</w:t>
        <w:br/>
        <w:t>інакше хто ж засвататися може?&lt;br /&gt;</w:t>
        <w:br/>
        <w:t>Г а н н а (закриваючись)&lt;br /&gt;</w:t>
        <w:br/>
        <w:t>Ой лихо, сором!&lt;br /&gt;</w:t>
        <w:br/>
        <w:t>(Оксана мовчки знизує плечима).&lt;br /&gt;</w:t>
        <w:br/>
        <w:t>Г а н н а&lt;br /&gt;</w:t>
        <w:br/>
        <w:t>А твоя матуся&lt;br /&gt;</w:t>
        <w:br/>
        <w:t>не знає й досі про твої стрівання?&lt;br /&gt;</w:t>
        <w:br/>
        <w:t>О к с а н а&lt;br /&gt;</w:t>
        <w:br/>
        <w:t>Чому не знає?&lt;br /&gt;</w:t>
        <w:br/>
        <w:t>Г а н н а&lt;br /&gt;</w:t>
        <w:br/>
        <w:t>Що ж, вона простила,&lt;br /&gt;</w:t>
        <w:br/>
        <w:t>не прокляла тебе?&lt;br /&gt;</w:t>
        <w:br/>
        <w:t>О к с а н а&lt;br /&gt;</w:t>
        <w:br/>
        <w:t>Та за що, Ганно?&lt;br /&gt;</w:t>
        <w:br/>
        <w:t>Самі ж вони були пак молоді,&lt;br /&gt;</w:t>
        <w:br/>
        <w:t>то знають, що то любощі.&lt;br /&gt;</w:t>
        <w:br/>
        <w:t>Г а н н а&lt;br /&gt;</w:t>
        <w:br/>
        <w:t>Оксано!&lt;br /&gt;</w:t>
        <w:br/>
        <w:t>Що тільки ти говориш?&lt;br /&gt;</w:t>
        <w:br/>
        <w:t>(Знову закриваєтьс я)&lt;br /&gt;</w:t>
        <w:br/>
        <w:t>О к с а н а (сміється)&lt;br /&gt;</w:t>
        <w:br/>
        <w:t>От дурненька!&lt;br /&gt;</w:t>
        <w:br/>
        <w:t>С т е п а н (увіходить поспішно)&lt;br /&gt;</w:t>
        <w:br/>
        <w:t>Оксаночко, перевдягнися швидше&lt;br /&gt;</w:t>
        <w:br/>
        <w:t>в московське вбрання. Там прийшли бояри.&lt;br /&gt;</w:t>
        <w:br/>
        <w:t>О к с а н а&lt;br /&gt;</w:t>
        <w:br/>
        <w:t>Та мати ж кажуть, що жінкам не можна&lt;br /&gt;</w:t>
        <w:br/>
        <w:t>між чоловіцтвом бути.&lt;br /&gt;</w:t>
        <w:br/>
        <w:t>С т е п а н&lt;br /&gt;</w:t>
        <w:br/>
        <w:t>Бачиш, любко,&lt;br /&gt;</w:t>
        <w:br/>
        <w:t>ти маєш тільки їх почастувати&lt;br /&gt;</w:t>
        <w:br/>
        <w:t>та й знов у терем вернешся.&lt;br /&gt;</w:t>
        <w:br/>
        <w:t>О к с а н а&lt;br /&gt;</w:t>
        <w:br/>
        <w:t>Отак?&lt;br /&gt;</w:t>
        <w:br/>
        <w:t>А як же частувати їх, Степане?&lt;br /&gt;</w:t>
        <w:br/>
        <w:t>По-нашому, чи, може, як інакше?&lt;br /&gt;</w:t>
        <w:br/>
        <w:t>С т е п а н&lt;br /&gt;</w:t>
        <w:br/>
        <w:t>Ти винесеш їм на тарелі меду, —&lt;br /&gt;</w:t>
        <w:br/>
        <w:t>матуся прилаштують, як там треба, —&lt;br /&gt;</w:t>
        <w:br/>
        <w:t>уклонишся, боярин поцілує&lt;br /&gt;</w:t>
        <w:br/>
        <w:t>тебе в уста...&lt;br /&gt;</w:t>
        <w:br/>
        <w:t>О к с а н а&lt;br /&gt;</w:t>
        <w:br/>
        <w:t>Степане! Що ти кажеш?&lt;br /&gt;</w:t>
        <w:br/>
        <w:t>Мене бояри цілувати мають?&lt;br /&gt;</w:t>
        <w:br/>
        <w:t>Чи се мені причулося?&lt;br /&gt;</w:t>
        <w:br/>
        <w:t>С т е п а н&lt;br /&gt;</w:t>
        <w:br/>
        <w:t>Ні, серце,&lt;br /&gt;</w:t>
        <w:br/>
        <w:t>воно так є, та в тім нічого злого, —&lt;br /&gt;</w:t>
        <w:br/>
        <w:t>то тільки звичай!&lt;br /&gt;</w:t>
        <w:br/>
        <w:t>О к с а н а&lt;br /&gt;</w:t>
        <w:br/>
        <w:t>Се ще так же звичай!&lt;br /&gt;</w:t>
        <w:br/>
        <w:t>Нехай йому абищо! Не піду!&lt;br /&gt;</w:t>
        <w:br/>
        <w:t>С т е п а н (понуро)&lt;br /&gt;</w:t>
        <w:br/>
        <w:t>Як хочеш, тільки ти нас тим загубиш.&lt;br /&gt;</w:t>
        <w:br/>
        <w:t>О к с а н а&lt;br /&gt;</w:t>
        <w:br/>
        <w:t>Таке вигадуєш!&lt;br /&gt;</w:t>
        <w:br/>
        <w:t>С т е п а н&lt;br /&gt;</w:t>
        <w:br/>
        <w:t>Ба ти не знаєш,&lt;br /&gt;</w:t>
        <w:br/>
        <w:t>які тут люди мстиві... За зневагу&lt;br /&gt;</w:t>
        <w:br/>
        <w:t>старий боярин візьме, як не вийдеш,&lt;br /&gt;</w:t>
        <w:br/>
        <w:t>а він же думний дяк, він має силу —&lt;br /&gt;</w:t>
        <w:br/>
        <w:t>он син його ще молодий, — вже стольник;&lt;br /&gt;</w:t>
        <w:br/>
        <w:t>він оклепає нас перед царем,&lt;br /&gt;</w:t>
        <w:br/>
        <w:t>а там уже й готово "слово й діло".&lt;br /&gt;</w:t>
        <w:br/>
        <w:t>О к с а н а&lt;br /&gt;</w:t>
        <w:br/>
        <w:t>Ти не жартуєш?&lt;br /&gt;</w:t>
        <w:br/>
        <w:t>С т е п а н (ще понуріше)&lt;br /&gt;</w:t>
        <w:br/>
        <w:t>Як тобі здається?&lt;br /&gt;</w:t>
        <w:br/>
        <w:t>О к с а н а (з жахом)&lt;br /&gt;</w:t>
        <w:br/>
        <w:t>Степане, та куди ж се ми попались?&lt;br /&gt;</w:t>
        <w:br/>
        <w:t>Та се ж якась неволя бусурменська.&lt;br /&gt;</w:t>
        <w:br/>
        <w:t>С т е п а н&lt;br /&gt;</w:t>
        <w:br/>
        <w:t>Я й не казав тобі, що тута воля.&lt;br /&gt;</w:t>
        <w:br/>
        <w:t>Та якби ми не гнули тута спини,&lt;br /&gt;</w:t>
        <w:br/>
        <w:t>то на Україні, либонь, зігнули б&lt;br /&gt;</w:t>
        <w:br/>
        <w:t>у три погибелі родину нашу&lt;br /&gt;</w:t>
        <w:br/>
        <w:t>московські воєводи... Ось ти млієш&lt;br /&gt;</w:t>
        <w:br/>
        <w:t>з огиди, що тебе якийсь там дід&lt;br /&gt;</w:t>
        <w:br/>
        <w:t>торкне губами, а як я повинен&lt;br /&gt;</w:t>
        <w:br/>
        <w:t>"холопом Стьопкою" себе взивати&lt;br /&gt;</w:t>
        <w:br/>
        <w:t>та руки цілувати, як невільник,&lt;br /&gt;</w:t>
        <w:br/>
        <w:t>то се нічого?&lt;br /&gt;</w:t>
        <w:br/>
        <w:t>О к с а н а&lt;br /&gt;</w:t>
        <w:br/>
        <w:t>Боже мій... Степане!&lt;br /&gt;</w:t>
        <w:br/>
        <w:t>Хто ж каже, що нічого?&lt;br /&gt;</w:t>
        <w:br/>
        <w:t>С т е п а н&lt;br /&gt;</w:t>
        <w:br/>
        <w:t>Отже, бачиш...&lt;br /&gt;</w:t>
        <w:br/>
        <w:t>Та що я тут розводжуся? Там дяк&lt;br /&gt;</w:t>
        <w:br/>
        <w:t>мене чекає. То скажи, Оксано,&lt;br /&gt;</w:t>
        <w:br/>
        <w:t>ти вийдеш?&lt;br /&gt;</w:t>
        <w:br/>
        <w:t>О к с а н а&lt;br /&gt;</w:t>
        <w:br/>
        <w:t>Я не знаю...&lt;br /&gt;</w:t>
        <w:br/>
        <w:t>М а т и (виходить з кімнати)&lt;br /&gt;</w:t>
        <w:br/>
        <w:t>Вийди, доню,&lt;br /&gt;</w:t>
        <w:br/>
        <w:t>голубонько! І я тебе прошу!&lt;br /&gt;</w:t>
        <w:br/>
        <w:t>Не дай мені, старій, на очі бачить&lt;br /&gt;</w:t>
        <w:br/>
        <w:t>Степанової згуби!&lt;br /&gt;</w:t>
        <w:br/>
        <w:t>Г а н н а&lt;br /&gt;</w:t>
        <w:br/>
        <w:t>Ой сестричко,&lt;br /&gt;</w:t>
        <w:br/>
        <w:t>якби ти знала, що за лютий дід&lt;br /&gt;</w:t>
        <w:br/>
        <w:t>отой боярин!.. Я тебе благаю!&lt;br /&gt;</w:t>
        <w:br/>
        <w:t>Сестриченько! Не загуби ж ти нас!&lt;br /&gt;</w:t>
        <w:br/>
        <w:t>(Ридаючи, кидається до Оксани)&lt;br /&gt;</w:t>
        <w:br/>
        <w:t>О к с а н а (до Ганни холодно, якось надміру спокійно)&lt;br /&gt;</w:t>
        <w:br/>
        <w:t>Я вийду. Дай мені московське вбрання.&lt;br /&gt;</w:t>
        <w:br/>
        <w:t>(Ганна кидається до скрині).&lt;br /&gt;</w:t>
        <w:br/>
        <w:t>А ви, матусю, наготуйте меду.&lt;br /&gt;</w:t>
        <w:br/>
        <w:t>їди, Степане, бав тим часом гості.</w:t>
      </w:r>
    </w:p>
    <w:p>
      <w:r>
        <w:br/>
        <w:t>Степан, похиливши голову, виходить. Оксана, бліда як смерть, здіймає з голови кораблика.</w:t>
      </w:r>
    </w:p>
    <w:p>
      <w:r>
        <w:br/>
        <w:t>III</w:t>
      </w:r>
    </w:p>
    <w:p>
      <w:r>
        <w:br/>
        <w:t>Дальня кімнатка у горішньому поверсі в Степановім домі.</w:t>
      </w:r>
    </w:p>
    <w:p>
      <w:r>
        <w:br/>
        <w:t>С т е п а н (уводить г о с т я козака)&lt;br /&gt;</w:t>
        <w:br/>
        <w:t>Ось тута поговорим, пане-брате,&lt;br /&gt;</w:t>
        <w:br/>
        <w:t>бо, знаєш, там... тут буде захисніше.&lt;br /&gt;</w:t>
        <w:br/>
        <w:t>(Оглядає сіни через двері, потім замикає двері&lt;br /&gt;</w:t>
        <w:br/>
        <w:t>на замок і зачиняє вікна Сідає з гостем далі&lt;br /&gt;</w:t>
        <w:br/>
        <w:t>від дверей Розмова ведеться неголосно).&lt;br /&gt;</w:t>
        <w:br/>
        <w:t>Великі чиняться там кривди, кажеш?&lt;br /&gt;</w:t>
        <w:br/>
        <w:t>Г і с т ь&lt;br /&gt;</w:t>
        <w:br/>
        <w:t>Та там такі напасті, що крий боже!&lt;br /&gt;</w:t>
        <w:br/>
        <w:t>І просвітку нікому не дають&lt;br /&gt;</w:t>
        <w:br/>
        <w:t>московські посіпаки. Все нам в очі&lt;br /&gt;</w:t>
        <w:br/>
        <w:t>тією присягою тичуть...&lt;br /&gt;</w:t>
        <w:br/>
        <w:t>С т е п а н&lt;br /&gt;</w:t>
        <w:br/>
        <w:t>Правда,&lt;br /&gt;</w:t>
        <w:br/>
        <w:t>що присяга таки велика річ.&lt;br /&gt;</w:t>
        <w:br/>
        <w:t>Г і с т ь (голосніше)&lt;br /&gt;</w:t>
        <w:br/>
        <w:t>Чому ж вони самі забули бога?&lt;br /&gt;</w:t>
        <w:br/>
        <w:t>С т е п а н&lt;br /&gt;</w:t>
        <w:br/>
        <w:t>Помалу, пане-брате, ще підслуха&lt;br /&gt;</w:t>
        <w:br/>
        <w:t>який слуга.&lt;br /&gt;</w:t>
        <w:br/>
        <w:t>Г і с т ь&lt;br /&gt;</w:t>
        <w:br/>
        <w:t>Та правда... Я й забув...&lt;br /&gt;</w:t>
        <w:br/>
        <w:t>(Тихше)&lt;br /&gt;</w:t>
        <w:br/>
        <w:t>Ми присяги не хочемо ламати,&lt;br /&gt;</w:t>
        <w:br/>
        <w:t>але нехай же цар нас оборонить&lt;br /&gt;</w:t>
        <w:br/>
        <w:t>від тої галичі.&lt;br /&gt;</w:t>
        <w:br/>
        <w:t>С т е п а н&lt;br /&gt;</w:t>
        <w:br/>
        <w:t>То трудна справа.&lt;br /&gt;</w:t>
        <w:br/>
        <w:t>Адже когось він там держати мусить&lt;br /&gt;</w:t>
        <w:br/>
        <w:t>для нагляду, а всі ті воєводи&lt;br /&gt;</w:t>
        <w:br/>
        <w:t>один від одного не ліпші. Звісно,&lt;br /&gt;</w:t>
        <w:br/>
        <w:t>за ними й інші всі порозпускались...&lt;br /&gt;</w:t>
        <w:br/>
        <w:t>Г і с т ь&lt;br /&gt;</w:t>
        <w:br/>
        <w:t>Послав би цар з українців кого,&lt;br /&gt;</w:t>
        <w:br/>
        <w:t>в Москві ж тут є такі, от хоч би й ти,&lt;br /&gt;</w:t>
        <w:br/>
        <w:t>що здавна і цареві служать вірне,&lt;br /&gt;</w:t>
        <w:br/>
        <w:t>і рідний звичай вміють шанувати.&lt;br /&gt;</w:t>
        <w:br/>
        <w:t>С т е п а н&lt;br /&gt;</w:t>
        <w:br/>
        <w:t>Нас не пошлють...&lt;br /&gt;</w:t>
        <w:br/>
        <w:t>Г і с т ь&lt;br /&gt;</w:t>
        <w:br/>
        <w:t>Чому?&lt;br /&gt;</w:t>
        <w:br/>
        <w:t>С т е п а н&lt;br /&gt;</w:t>
        <w:br/>
        <w:t>Бо нам не вірять.&lt;br /&gt;</w:t>
        <w:br/>
        <w:t>Г і с т ь&lt;br /&gt;</w:t>
        <w:br/>
        <w:t>Отак! Та ви ж тут наче всі у ласці!&lt;br /&gt;</w:t>
        <w:br/>
        <w:t>С т е п а н&lt;br /&gt;</w:t>
        <w:br/>
        <w:t>То тут, на очах, а з очей спустити&lt;br /&gt;</w:t>
        <w:br/>
        <w:t>нас надовго не зважаться. Так, часом&lt;br /&gt;</w:t>
        <w:br/>
        <w:t>ненадовго послами посилають,&lt;br /&gt;</w:t>
        <w:br/>
        <w:t>і не самих, а вкупі з москалями...&lt;br /&gt;</w:t>
        <w:br/>
        <w:t>Щоб воєводами ж настановити,&lt;br /&gt;</w:t>
        <w:br/>
        <w:t>того не буде й зроду!&lt;br /&gt;</w:t>
        <w:br/>
        <w:t>Г і с т ь&lt;br /&gt;</w:t>
        <w:br/>
        <w:t>Не здивуйте ж,&lt;br /&gt;</w:t>
        <w:br/>
        <w:t>як ми відкинемось до Дорошенка!&lt;br /&gt;</w:t>
        <w:br/>
        <w:t>С т е п а н&lt;br /&gt;</w:t>
        <w:br/>
        <w:t>(робить рух рукою, мов хоче гостеві затулити вуста)&lt;br /&gt;</w:t>
        <w:br/>
        <w:t>Крий боже, пане-брате, що ти кажеш?&lt;br /&gt;</w:t>
        <w:br/>
        <w:t>Г і с т ь (схаменувшись)&lt;br /&gt;</w:t>
        <w:br/>
        <w:t>Так часом зірветься з досади слово...&lt;br /&gt;</w:t>
        <w:br/>
        <w:t>Найгірше, пане-брате, догорає&lt;br /&gt;</w:t>
        <w:br/>
        <w:t>оте, що нам не вірять. Мій свояк,&lt;br /&gt;</w:t>
        <w:br/>
        <w:t>Черненко, знаєш?&lt;br /&gt;</w:t>
        <w:br/>
        <w:t>(Степан потакує головою).&lt;br /&gt;</w:t>
        <w:br/>
        <w:t>Так був уклепався,&lt;br /&gt;</w:t>
        <w:br/>
        <w:t>що ледве-ледве вирвався з душею!&lt;br /&gt;</w:t>
        <w:br/>
        <w:t>С т е п а н&lt;br /&gt;</w:t>
        <w:br/>
        <w:t>Черненко? Він, здається, з найвірніших&lt;br /&gt;</w:t>
        <w:br/>
        <w:t>царевих приятелів.&lt;br /&gt;</w:t>
        <w:br/>
        <w:t>Г і с т ь&lt;br /&gt;</w:t>
        <w:br/>
        <w:t>То-то й ба!&lt;br /&gt;</w:t>
        <w:br/>
        <w:t>А хтось там наклепав при воєводі,&lt;br /&gt;</w:t>
        <w:br/>
        <w:t>що ніби він послав у Чигирин&lt;br /&gt;</w:t>
        <w:br/>
        <w:t>листа якогось. От було біди!&lt;br /&gt;</w:t>
        <w:br/>
        <w:t>Що жінка плакала, в ногах валялась&lt;br /&gt;</w:t>
        <w:br/>
        <w:t>у воєводи...&lt;br /&gt;</w:t>
        <w:br/>
        <w:t>С т е п а н (гірко всміхнувшшь)&lt;br /&gt;</w:t>
        <w:br/>
        <w:t>Є прислів'я, брате:&lt;br /&gt;</w:t>
        <w:br/>
        <w:t>"Москва сльозам не вірить".&lt;br /&gt;</w:t>
        <w:br/>
        <w:t>Г і с т ь&lt;br /&gt;</w:t>
        <w:br/>
        <w:t>Щира правда!&lt;br /&gt;</w:t>
        <w:br/>
        <w:t>Проте знайшлись такі, що помогли...&lt;br /&gt;</w:t>
        <w:br/>
        <w:t>С т е п а н&lt;br /&gt;</w:t>
        <w:br/>
        <w:t>Се хто ж?&lt;br /&gt;</w:t>
        <w:br/>
        <w:t>Г і с т ь&lt;br /&gt;</w:t>
        <w:br/>
        <w:t>Побрязкачі.&lt;br /&gt;</w:t>
        <w:br/>
        <w:t>С т е п а н&lt;br /&gt;</w:t>
        <w:br/>
        <w:t>Хіба що так.&lt;br /&gt;</w:t>
        <w:br/>
        <w:t>Мовчання.&lt;br /&gt;</w:t>
        <w:br/>
        <w:t>Г і с т ь&lt;br /&gt;</w:t>
        <w:br/>
        <w:t>Вже так, що цупко затягли супоню&lt;br /&gt;</w:t>
        <w:br/>
        <w:t>на наших боках. А проте є люди,&lt;br /&gt;</w:t>
        <w:br/>
        <w:t>що не бояться, йдуть, мов на одчай,&lt;br /&gt;</w:t>
        <w:br/>
        <w:t>бо, сказано, терпець їм увірвався!&lt;br /&gt;</w:t>
        <w:br/>
        <w:t>(Присунувшись зовсім блізенько до Степана,&lt;br /&gt;</w:t>
        <w:br/>
        <w:t>говорить пошепки).&lt;br /&gt;</w:t>
        <w:br/>
        <w:t>Дівчата наші, — декотрі ще вкупі&lt;br /&gt;</w:t>
        <w:br/>
        <w:t>були з дружиною твоєю в братстві. —&lt;br /&gt;</w:t>
        <w:br/>
        <w:t>гуртом пошили корогву й послали&lt;br /&gt;</w:t>
        <w:br/>
        <w:t>у Чигирин... звичайне, крадькома...&lt;br /&gt;</w:t>
        <w:br/>
        <w:t>Іван, твій шурин, сам її одвозив...&lt;br /&gt;</w:t>
        <w:br/>
        <w:t>Ніхто не знає ще. Якби дізнались,&lt;br /&gt;</w:t>
        <w:br/>
        <w:t>то страшно здумати, що б там було!&lt;br /&gt;</w:t>
        <w:br/>
        <w:t>(Одсунувшись, трохи голосніше).&lt;br /&gt;</w:t>
        <w:br/>
        <w:t>Отак, як бач, одважуються люди...&lt;br /&gt;</w:t>
        <w:br/>
        <w:t>(Степан в мовчазній задумі сіпає кінець свою пояса.&lt;br /&gt;</w:t>
        <w:br/>
        <w:t>Гість устає).&lt;br /&gt;</w:t>
        <w:br/>
        <w:t>Що ж, пане-брате, то нема надії&lt;br /&gt;</w:t>
        <w:br/>
        <w:t>полегкості дістати від царя?&lt;br /&gt;</w:t>
        <w:br/>
        <w:t>С т е п а н (отямившися з задуми, теж устає)&lt;br /&gt;</w:t>
        <w:br/>
        <w:t>О ні, чому ж, я спробую. От згодом&lt;br /&gt;</w:t>
        <w:br/>
        <w:t>в царя я буду на малій беседі.&lt;br /&gt;</w:t>
        <w:br/>
        <w:t>Як буде він під чаркою, то, може,&lt;br /&gt;</w:t>
        <w:br/>
        <w:t>я догоджу йому, він часом любить&lt;br /&gt;</w:t>
        <w:br/>
        <w:t>пісень "черкасских" слухати, та жартів,&lt;br /&gt;</w:t>
        <w:br/>
        <w:t>та всяких теревенів, не без того,&lt;br /&gt;</w:t>
        <w:br/>
        <w:t>що й тропака звелить потанцювати.&lt;br /&gt;</w:t>
        <w:br/>
        <w:t>Г і с т ь&lt;br /&gt;</w:t>
        <w:br/>
        <w:t>Ото! Хіба ти в нього пахоля?&lt;br /&gt;</w:t>
        <w:br/>
        <w:t>С т е п а н&lt;br /&gt;</w:t>
        <w:br/>
        <w:t>Ба знаєш, як то кажуть: "Скачи, враже,&lt;br /&gt;</w:t>
        <w:br/>
        <w:t>як пан накаже"... Та ладен я, брате,&lt;br /&gt;</w:t>
        <w:br/>
        <w:t>уже хоч би й на голові ходити,&lt;br /&gt;</w:t>
        <w:br/>
        <w:t>аби чогось добутися для тебе&lt;br /&gt;</w:t>
        <w:br/>
        <w:t>та для Вкраїни. Дай мені супліку,&lt;br /&gt;</w:t>
        <w:br/>
        <w:t>оту, що ти приготував цареві, —&lt;br /&gt;</w:t>
        <w:br/>
        <w:t>як влучу слушний час, то я подам&lt;br /&gt;</w:t>
        <w:br/>
        <w:t>до власних рук йому.&lt;br /&gt;</w:t>
        <w:br/>
        <w:t>Г і с т ь&lt;br /&gt;</w:t>
        <w:br/>
        <w:t>(виймає загорнений у хустину папір з печатками)&lt;br /&gt;</w:t>
        <w:br/>
        <w:t>Ось, пане-брате,&lt;br /&gt;</w:t>
        <w:br/>
        <w:t>хай бог тобі поможе! Не минути&lt;br /&gt;</w:t>
        <w:br/>
        <w:t>розливу крові братньої, як тільки&lt;br /&gt;</w:t>
        <w:br/>
        <w:t>супліка сяя марна буде.&lt;br /&gt;</w:t>
        <w:br/>
        <w:t>С т е п а н&lt;br /&gt;</w:t>
        <w:br/>
        <w:t>Боже,&lt;br /&gt;</w:t>
        <w:br/>
        <w:t>не попусти!&lt;br /&gt;</w:t>
        <w:br/>
        <w:t>Г і с т ь&lt;br /&gt;</w:t>
        <w:br/>
        <w:t>Бувай здоров. Піду вже.&lt;br /&gt;</w:t>
        <w:br/>
        <w:t>С т е п а н&lt;br /&gt;</w:t>
        <w:br/>
        <w:t>Хай бог тебе провадить, пане-брате.&lt;br /&gt;</w:t>
        <w:br/>
        <w:t>Чоломкаються. Гість виходить.&lt;br /&gt;</w:t>
        <w:br/>
        <w:t>О к с а н а&lt;br /&gt;</w:t>
        <w:br/>
        <w:t>(швиденько увіходить з інших дверей швидким кроком)&lt;br /&gt;</w:t>
        <w:br/>
        <w:t>А я тебе, Степане, скрізь шукаю.&lt;br /&gt;</w:t>
        <w:br/>
        <w:t>С т е п а н&lt;br /&gt;</w:t>
        <w:br/>
        <w:t>Що там таке?&lt;br /&gt;</w:t>
        <w:br/>
        <w:t>О к с а н а&lt;br /&gt;</w:t>
        <w:br/>
        <w:t>Порадитися треба.&lt;br /&gt;</w:t>
        <w:br/>
        <w:t>Мені Яхненко тут листа привіз&lt;br /&gt;</w:t>
        <w:br/>
        <w:t>від братчиці-товаришки.&lt;br /&gt;</w:t>
        <w:br/>
        <w:t>С т е п а н (з поспіхом)&lt;br /&gt;</w:t>
        <w:br/>
        <w:t>Де лист?&lt;br /&gt;</w:t>
        <w:br/>
        <w:t>Його спалити треба!&lt;br /&gt;</w:t>
        <w:br/>
        <w:t>О к с а н а&lt;br /&gt;</w:t>
        <w:br/>
        <w:t>Бог з тобою!&lt;br /&gt;</w:t>
        <w:br/>
        <w:t>Чому спалити? То вона прохає,&lt;br /&gt;</w:t>
        <w:br/>
        <w:t>щоб я, по змозі, грошей їй послала,&lt;br /&gt;</w:t>
        <w:br/>
        <w:t>якусь вона потребу має пильну.&lt;br /&gt;</w:t>
        <w:br/>
        <w:t>С т е п а н&lt;br /&gt;</w:t>
        <w:br/>
        <w:t>Не посилай. Крий боже! І не думай!&lt;br /&gt;</w:t>
        <w:br/>
        <w:t>О к с а н а&lt;br /&gt;</w:t>
        <w:br/>
        <w:t>Та що тобі біг дав? Я й не гадала,&lt;br /&gt;</w:t>
        <w:br/>
        <w:t>що ти такий скупий. Коли вже так —&lt;br /&gt;</w:t>
        <w:br/>
        <w:t>я з посагу свого послати можу.&lt;br /&gt;</w:t>
        <w:br/>
        <w:t>С т е п а н&lt;br /&gt;</w:t>
        <w:br/>
        <w:t>Та я не грошей жалую, Оксано.&lt;br /&gt;</w:t>
        <w:br/>
        <w:t>О к с а н а&lt;br /&gt;</w:t>
        <w:br/>
        <w:t>А чом же ти не хочеш?&lt;br /&gt;</w:t>
        <w:br/>
        <w:t>С т е п а н&lt;br /&gt;</w:t>
        <w:br/>
        <w:t>Небезпечно.&lt;br /&gt;</w:t>
        <w:br/>
        <w:t>(Нахилившись до неї, зовсім нишком).&lt;br /&gt;</w:t>
        <w:br/>
        <w:t>Вони там з Дорошенком накладають...&lt;br /&gt;</w:t>
        <w:br/>
        <w:t>О к с а н а&lt;br /&gt;</w:t>
        <w:br/>
        <w:t>(здивована мовчить, потім загадково усміхається)&lt;br /&gt;</w:t>
        <w:br/>
        <w:t>Ну що ж, так, може, й треба.&lt;br /&gt;</w:t>
        <w:br/>
        <w:t>С т е п а н&lt;br /&gt;</w:t>
        <w:br/>
        <w:t>Схаменися!&lt;br /&gt;</w:t>
        <w:br/>
        <w:t>Ти ж так боялася розливу крові,&lt;br /&gt;</w:t>
        <w:br/>
        <w:t>а ся війна найпаче братовбійна,&lt;br /&gt;</w:t>
        <w:br/>
        <w:t>що Дорошенко зняв на Україні, —'-&lt;br /&gt;</w:t>
        <w:br/>
        <w:t>то ж він татар на поміч приєднав&lt;br /&gt;</w:t>
        <w:br/>
        <w:t>і платить їм ясиром християнським.&lt;br /&gt;</w:t>
        <w:br/>
        <w:t>О к с а н а&lt;br /&gt;</w:t>
        <w:br/>
        <w:t>(сідає, мов знесилена, на ослін і спирається па стіл)&lt;br /&gt;</w:t>
        <w:br/>
        <w:t>Скрізь горе, скрізь, куди не обернися...&lt;br /&gt;</w:t>
        <w:br/>
        <w:t>Татари там... татари й тут...&lt;br /&gt;</w:t>
        <w:br/>
        <w:t>С т е п а н&lt;br /&gt;</w:t>
        <w:br/>
        <w:t>Оксано!&lt;br /&gt;</w:t>
        <w:br/>
        <w:t>Що мариться тобі? Татари тут?&lt;br /&gt;</w:t>
        <w:br/>
        <w:t>О к с а н а&lt;br /&gt;</w:t>
        <w:br/>
        <w:t>А що ж? Хіба я тут, не як татарка,&lt;br /&gt;</w:t>
        <w:br/>
        <w:t>сиджу в неволі? Ти хіба не ходиш&lt;br /&gt;</w:t>
        <w:br/>
        <w:t>під ноги слатися своєму пану,&lt;br /&gt;</w:t>
        <w:br/>
        <w:t>мов ханові? Скрізь палі, канчуки...&lt;br /&gt;</w:t>
        <w:br/>
        <w:t>холопів продають... Чим не татари?&lt;br /&gt;</w:t>
        <w:br/>
        <w:t>С т е п а н&lt;br /&gt;</w:t>
        <w:br/>
        <w:t>Тут віра християнська&lt;br /&gt;</w:t>
        <w:br/>
        <w:t>О к с а н а&lt;br /&gt;</w:t>
        <w:br/>
        <w:t>Тільки ж віра!&lt;br /&gt;</w:t>
        <w:br/>
        <w:t>Та й то... прийду до церкви — прости,&lt;br /&gt;</w:t>
        <w:br/>
        <w:t>боже! —&lt;br /&gt;</w:t>
        <w:br/>
        <w:t>я тут і служби щось не пізнаю:&lt;br /&gt;</w:t>
        <w:br/>
        <w:t>заводять якось, хтозна й по-якому...&lt;br /&gt;</w:t>
        <w:br/>
        <w:t>С т е п а н&lt;br /&gt;</w:t>
        <w:br/>
        <w:t>Оксано, се вже гріх!&lt;br /&gt;</w:t>
        <w:br/>
        <w:t>О к с а н а&lt;br /&gt;</w:t>
        <w:br/>
        <w:t>Ой чоловіче!..&lt;br /&gt;</w:t>
        <w:br/>
        <w:t>Та й осоружна ж ся мені Москва!&lt;br /&gt;</w:t>
        <w:br/>
        <w:t>(Схиляється головою до стола).&lt;br /&gt;</w:t>
        <w:br/>
        <w:t>С т е п а н (сумно стоїть над нею)&lt;br /&gt;</w:t>
        <w:br/>
        <w:t>Я так і знав... Хіба ж я не казав,&lt;br /&gt;</w:t>
        <w:br/>
        <w:t>що я тобі нічого дать не можу&lt;br /&gt;</w:t>
        <w:br/>
        <w:t>тут, на чужині?..&lt;br /&gt;</w:t>
        <w:br/>
        <w:t>О к с а н а (кидається до нього)&lt;br /&gt;</w:t>
        <w:br/>
        <w:t>Ні, моє кохання!&lt;br /&gt;</w:t>
        <w:br/>
        <w:t>Се я недобра! Так, немов не знаю,&lt;br /&gt;</w:t>
        <w:br/>
        <w:t>що бідний мій голубонько страждає&lt;br /&gt;</w:t>
        <w:br/>
        <w:t>за всіх найгірше, — треба ж завдавати&lt;br /&gt;</w:t>
        <w:br/>
        <w:t>жалю ще більше!&lt;br /&gt;</w:t>
        <w:br/>
        <w:t>(Степан пригортає її).&lt;br /&gt;</w:t>
        <w:br/>
        <w:t>Ну, скажи, мій любий,&lt;br /&gt;</w:t>
        <w:br/>
        <w:t>чи довго нам ще мучитися так?&lt;br /&gt;</w:t>
        <w:br/>
        <w:t>С т е п а н (зітхнувши)&lt;br /&gt;</w:t>
        <w:br/>
        <w:t>Бог знає, серденько!&lt;br /&gt;</w:t>
        <w:br/>
        <w:t>О к с а н а&lt;br /&gt;</w:t>
        <w:br/>
        <w:t>Невже й загинем&lt;br /&gt;</w:t>
        <w:br/>
        <w:t>у сій неволі?&lt;br /&gt;</w:t>
        <w:br/>
        <w:t>С т е п а н&lt;br /&gt;</w:t>
        <w:br/>
        <w:t>Май надію в бозі.&lt;br /&gt;</w:t>
        <w:br/>
        <w:t>Ще якось, може, зміняться часи.&lt;br /&gt;</w:t>
        <w:br/>
        <w:t>Коли б утихомирилося трохи&lt;br /&gt;</w:t>
        <w:br/>
        <w:t>там, на Вкраїні, попрошу царя,&lt;br /&gt;</w:t>
        <w:br/>
        <w:t>щоб відпустив мене хоч у гостину.&lt;br /&gt;</w:t>
        <w:br/>
        <w:t>О к с а н а&lt;br /&gt;</w:t>
        <w:br/>
        <w:t>Тепер ніяк не можна?&lt;br /&gt;</w:t>
        <w:br/>
        <w:t>С т е п а н&lt;br /&gt;</w:t>
        <w:br/>
        <w:t>Ні, єдина,&lt;br /&gt;</w:t>
        <w:br/>
        <w:t>тепер нема що й думати! От саме&lt;br /&gt;</w:t>
        <w:br/>
        <w:t>я думаю до царя супліку нести,&lt;br /&gt;</w:t>
        <w:br/>
        <w:t>що люди з України привезли, —&lt;br /&gt;</w:t>
        <w:br/>
        <w:t>жаліються на утиски, на кривди...&lt;br /&gt;</w:t>
        <w:br/>
        <w:t>Я маю боронити ту супліку,&lt;br /&gt;</w:t>
        <w:br/>
        <w:t>то вже ж не час проситися з Москви.&lt;br /&gt;</w:t>
        <w:br/>
        <w:t>"От, — скажуть, — речі солодко розводить,&lt;br /&gt;</w:t>
        <w:br/>
        <w:t>а сам в ліс дивиться". Тепер, Оксано,&lt;br /&gt;</w:t>
        <w:br/>
        <w:t>нам треба стерегтися так, "щоб муха&lt;br /&gt;</w:t>
        <w:br/>
        <w:t>не підточила носа", як то кажуть.&lt;br /&gt;</w:t>
        <w:br/>
        <w:t>Крий боже схибити в чому, — пропала&lt;br /&gt;</w:t>
        <w:br/>
        <w:t>вся наша справа і громадська вкупі.&lt;br /&gt;</w:t>
        <w:br/>
        <w:t>О к с а н а&lt;br /&gt;</w:t>
        <w:br/>
        <w:t>Ну як його ще більше стерегтися?&lt;br /&gt;</w:t>
        <w:br/>
        <w:t>Вже й так немов замазались у піч!&lt;br /&gt;</w:t>
        <w:br/>
        <w:t>С т е п а н&lt;br /&gt;</w:t>
        <w:br/>
        <w:t>Та от, наприклад, ти послати хочеш&lt;br /&gt;</w:t>
        <w:br/>
        <w:t>ті гроші братчиці...&lt;br /&gt;</w:t>
        <w:br/>
        <w:t>О к с а н а (спустивши очі)&lt;br /&gt;</w:t>
        <w:br/>
        <w:t>Вже не пошлю.&lt;br /&gt;</w:t>
        <w:br/>
        <w:t>Нехай пробачить, що ж, коли не змога...&lt;br /&gt;</w:t>
        <w:br/>
        <w:t>Я напишу їй...&lt;br /&gt;</w:t>
        <w:br/>
        <w:t>С т е п а н&lt;br /&gt;</w:t>
        <w:br/>
        <w:t>Краще не пиши&lt;br /&gt;</w:t>
        <w:br/>
        <w:t>нічого, серце.&lt;br /&gt;</w:t>
        <w:br/>
        <w:t>О к с а н а&lt;br /&gt;</w:t>
        <w:br/>
        <w:t>Як же ж так, Степане?&lt;br /&gt;</w:t>
        <w:br/>
        <w:t>Се ж навіть незвичайно!&lt;br /&gt;</w:t>
        <w:br/>
        <w:t>С т е п а н&lt;br /&gt;</w:t>
        <w:br/>
        <w:t>Як листа&lt;br /&gt;</w:t>
        <w:br/>
        <w:t>десь перехоплять — чи то раз бувало? —&lt;br /&gt;</w:t>
        <w:br/>
        <w:t>то ще готові взяти на тортури,&lt;br /&gt;</w:t>
        <w:br/>
        <w:t>як викриють ту справу з Дорошенком,&lt;br /&gt;</w:t>
        <w:br/>
        <w:t>щоб ти призналася, в чім накладала&lt;br /&gt;</w:t>
        <w:br/>
        <w:t>З товаришками...&lt;br /&gt;</w:t>
        <w:br/>
        <w:t>О к с а н а&lt;br /&gt;</w:t>
        <w:br/>
        <w:t>Я перекажу&lt;br /&gt;</w:t>
        <w:br/>
        <w:t>через Яхненка...&lt;br /&gt;</w:t>
        <w:br/>
        <w:t>С т е п а н&lt;br /&gt;</w:t>
        <w:br/>
        <w:t>Мушу я просити,&lt;br /&gt;</w:t>
        <w:br/>
        <w:t>щоб ти його у нас тут не приймала.&lt;br /&gt;</w:t>
        <w:br/>
        <w:t>О к с а н а&lt;br /&gt;</w:t>
        <w:br/>
        <w:t>Та я ж його просила, щоб прийшов!&lt;br /&gt;</w:t>
        <w:br/>
        <w:t>Вже ж не прогнати!&lt;br /&gt;</w:t>
        <w:br/>
        <w:t>С т е п а н&lt;br /&gt;</w:t>
        <w:br/>
        <w:t>Накажи слугою,&lt;br /&gt;</w:t>
        <w:br/>
        <w:t>що ти нездужаєш.&lt;br /&gt;</w:t>
        <w:br/>
        <w:t>О к с а н а&lt;br /&gt;</w:t>
        <w:br/>
        <w:t>Не випадає.&lt;br /&gt;</w:t>
        <w:br/>
        <w:t>С т е п а н&lt;br /&gt;</w:t>
        <w:br/>
        <w:t>Як хочеш. Тільки як візьмуть "на дибу",&lt;br /&gt;</w:t>
        <w:br/>
        <w:t>то вже не жалуй!&lt;br /&gt;</w:t>
        <w:br/>
        <w:t>О к с а н а&lt;br /&gt;</w:t>
        <w:br/>
        <w:t>Звідки вже й "на дибу"?&lt;br /&gt;</w:t>
        <w:br/>
        <w:t>С т е п а н&lt;br /&gt;</w:t>
        <w:br/>
        <w:t>А що ж ти думаєш? За тим Яхненком&lt;br /&gt;</w:t>
        <w:br/>
        <w:t>шпиги московські цілим роєм ходять.&lt;br /&gt;</w:t>
        <w:br/>
        <w:t>Я знаю їх.&lt;br /&gt;</w:t>
        <w:br/>
        <w:t>О к с а н а (зажурена)&lt;br /&gt;</w:t>
        <w:br/>
        <w:t>Так я й не передам&lt;br /&gt;</w:t>
        <w:br/>
        <w:t>родині ні листів, ні подарунків...&lt;br /&gt;</w:t>
        <w:br/>
        <w:t>С т е п а н&lt;br /&gt;</w:t>
        <w:br/>
        <w:t>Ти знаєш, люба, поки що, то й краще б&lt;br /&gt;</w:t>
        <w:br/>
        <w:t>не озиватись, надто до Івана,&lt;br /&gt;</w:t>
        <w:br/>
        <w:t>бо він в непевні справи устряває...&lt;br /&gt;</w:t>
        <w:br/>
        <w:t>О к с а н а&lt;br /&gt;</w:t>
        <w:br/>
        <w:t>До брата рідного не озиватись?&lt;br /&gt;</w:t>
        <w:br/>
        <w:t>(У неї стають сльози па очах).&lt;br /&gt;</w:t>
        <w:br/>
        <w:t>С т е п а н&lt;br /&gt;</w:t>
        <w:br/>
        <w:t>Се ж не навіки, рибонько, тим часом,&lt;br /&gt;</w:t>
        <w:br/>
        <w:t>поки утихомириться...&lt;br /&gt;</w:t>
        <w:br/>
        <w:t>(Знов пригортає її).&lt;br /&gt;</w:t>
        <w:br/>
        <w:t>О к с а н а (не відповідаючи на пестощі; безвиразно)&lt;br /&gt;</w:t>
        <w:br/>
        <w:t>Гаразд,&lt;br /&gt;</w:t>
        <w:br/>
        <w:t>нікому не писатиму.&lt;br /&gt;</w:t>
        <w:br/>
        <w:t>С т е п а н&lt;br /&gt;</w:t>
        <w:br/>
        <w:t>Ти, серце,&lt;br /&gt;</w:t>
        <w:br/>
        <w:t>на мене гніваєшся.&lt;br /&gt;</w:t>
        <w:br/>
        <w:t>О к с а н а (так само)&lt;br /&gt;</w:t>
        <w:br/>
        <w:t>Ні, чого ж?&lt;br /&gt;</w:t>
        <w:br/>
        <w:t>Ти маєш рацію. Нащо писати?&lt;br /&gt;</w:t>
        <w:br/>
        <w:t>Степан опускає руки. Оксана повагом виходить з хати.</w:t>
      </w:r>
    </w:p>
    <w:p>
      <w:r>
        <w:br/>
        <w:t>IV</w:t>
      </w:r>
    </w:p>
    <w:p>
      <w:r>
        <w:br/>
        <w:t>Терем.</w:t>
      </w:r>
    </w:p>
    <w:p>
      <w:r>
        <w:br/>
        <w:t>О к с а н а гаптує в кроснах, рухи в неї ліниві, в'ялі.&lt;br /&gt;</w:t>
        <w:br/>
        <w:t>С т е п а н&lt;br /&gt;</w:t>
        <w:br/>
        <w:t>(увіходить і сідає близько Оксани на дзиглику)&lt;br /&gt;</w:t>
        <w:br/>
        <w:t>Щось голова болить...&lt;br /&gt;</w:t>
        <w:br/>
        <w:t>О к с а н а (не підводячи очей від шитва)&lt;br /&gt;</w:t>
        <w:br/>
        <w:t>Ти пізно встав.&lt;br /&gt;</w:t>
        <w:br/>
        <w:t>С т е п а н&lt;br /&gt;</w:t>
        <w:br/>
        <w:t>Та світом же прийшов з тії беседи.&lt;br /&gt;</w:t>
        <w:br/>
        <w:t>О к с а н а&lt;br /&gt;</w:t>
        <w:br/>
        <w:t>Було там весело?&lt;br /&gt;</w:t>
        <w:br/>
        <w:t>С т е п а н&lt;br /&gt;</w:t>
        <w:br/>
        <w:t>Ей, де там в ката!&lt;br /&gt;</w:t>
        <w:br/>
        <w:t>По щирості бояться слово мовить.&lt;br /&gt;</w:t>
        <w:br/>
        <w:t>П'ють, п'ють, поки поп'ються, потім звада…&lt;br /&gt;</w:t>
        <w:br/>
        <w:t>О к с а н а&lt;br /&gt;</w:t>
        <w:br/>
        <w:t>А як же там, Степане, та супліка?&lt;br /&gt;</w:t>
        <w:br/>
        <w:t>С т е п а н&lt;br /&gt;</w:t>
        <w:br/>
        <w:t>Та що ж... ніяк. Цар каже: "Прочитаєм,&lt;br /&gt;</w:t>
        <w:br/>
        <w:t>подумаєм"... Чували вже ми теє!&lt;br /&gt;</w:t>
        <w:br/>
        <w:t>О к с а н а&lt;br /&gt;</w:t>
        <w:br/>
        <w:t>Що ж буде?&lt;br /&gt;</w:t>
        <w:br/>
        <w:t>С т е п а н (з болісною досадою)&lt;br /&gt;</w:t>
        <w:br/>
        <w:t>Ой, не знаю! Не питай!&lt;br /&gt;</w:t>
        <w:br/>
        <w:t>Мовчать. Оксана шиє, потім голка випадає їй з рук.&lt;br /&gt;</w:t>
        <w:br/>
        <w:t>С т е п а н&lt;br /&gt;</w:t>
        <w:br/>
        <w:t>Хоч би ти щось, Оксано, розказала,&lt;br /&gt;</w:t>
        <w:br/>
        <w:t>а то так сумно, голова забита&lt;br /&gt;</w:t>
        <w:br/>
        <w:t>усяким лихом.&lt;br /&gt;</w:t>
        <w:br/>
        <w:t>О к с а н а (в'яло)&lt;br /&gt;</w:t>
        <w:br/>
        <w:t>Що ж я розкажу?&lt;br /&gt;</w:t>
        <w:br/>
        <w:t>Нічого я не бачу і не чую,&lt;br /&gt;</w:t>
        <w:br/>
        <w:t>сиджу собі...&lt;br /&gt;</w:t>
        <w:br/>
        <w:t>С т е п а н (трохи роздражнений)&lt;br /&gt;</w:t>
        <w:br/>
        <w:t>Ну, робиш же що-небудь?&lt;br /&gt;</w:t>
        <w:br/>
        <w:t>О к с а н а&lt;br /&gt;</w:t>
        <w:br/>
        <w:t>Учора вишила червону квітку.&lt;br /&gt;</w:t>
        <w:br/>
        <w:t>сьогодні синю. Се тобі цікаво?&lt;br /&gt;</w:t>
        <w:br/>
        <w:t>С т е п а н&lt;br /&gt;</w:t>
        <w:br/>
        <w:t>Ти так неначе дражнишся зо мною!&lt;br /&gt;</w:t>
        <w:br/>
        <w:t>О к с а н а (крізь сльози)&lt;br /&gt;</w:t>
        <w:br/>
        <w:t>Ні, далебі, Степане, не дражнюся!&lt;br /&gt;</w:t>
        <w:br/>
        <w:t>С т е п а н (придивляється до шитва Лагідно)&lt;br /&gt;</w:t>
        <w:br/>
        <w:t>А що се буде з тої лиштви, любко?&lt;br /&gt;</w:t>
        <w:br/>
        <w:t>О к с а н а (знов безучасно)&lt;br /&gt;</w:t>
        <w:br/>
        <w:t>Не знаю, се щось Ганна почала.&lt;br /&gt;</w:t>
        <w:br/>
        <w:t>С т е п а н&lt;br /&gt;</w:t>
        <w:br/>
        <w:t>Либонь, собі на посаг. Се вже хутко&lt;br /&gt;</w:t>
        <w:br/>
        <w:t>її весілля.&lt;br /&gt;</w:t>
        <w:br/>
        <w:t>О к с а н а&lt;br /&gt;</w:t>
        <w:br/>
        <w:t>Та за місяць ніби.&lt;br /&gt;</w:t>
        <w:br/>
        <w:t>С т е п а н&lt;br /&gt;</w:t>
        <w:br/>
        <w:t>От на весіллі трохи погуляєш,&lt;br /&gt;</w:t>
        <w:br/>
        <w:t>розважишся.&lt;br /&gt;</w:t>
        <w:br/>
        <w:t>О к с а н а&lt;br /&gt;</w:t>
        <w:br/>
        <w:t>Ет, знаю ту розвагу!&lt;br /&gt;</w:t>
        <w:br/>
        <w:t>Частуй та кланяйся: "Не обезсудьте..."&lt;br /&gt;</w:t>
        <w:br/>
        <w:t>А гостійки поза плечима судять:&lt;br /&gt;</w:t>
        <w:br/>
        <w:t>"Черкашенка, чужачка..."&lt;br /&gt;</w:t>
        <w:br/>
        <w:t>С т е п а н&lt;br /&gt;</w:t>
        <w:br/>
        <w:t>Ти вже надто&lt;br /&gt;</w:t>
        <w:br/>
        <w:t>на те зважаєш.&lt;br /&gt;</w:t>
        <w:br/>
        <w:t>О к с а н а (байдуже)&lt;br /&gt;</w:t>
        <w:br/>
        <w:t>Ні, мені дарма.&lt;br /&gt;</w:t>
        <w:br/>
        <w:t>Мовчання.&lt;br /&gt;</w:t>
        <w:br/>
        <w:t>С т е п а н&lt;br /&gt;</w:t>
        <w:br/>
        <w:t>Ти так неначе втомлена сьогодні.&lt;br /&gt;</w:t>
        <w:br/>
        <w:t>Клопочешся при господарстві, може?&lt;br /&gt;</w:t>
        <w:br/>
        <w:t>О к с а н а&lt;br /&gt;</w:t>
        <w:br/>
        <w:t>Ні, я не клопочусь, — то все матуся.&lt;br /&gt;</w:t>
        <w:br/>
        <w:t>Ми з Ганною все шиємо.&lt;br /&gt;</w:t>
        <w:br/>
        <w:t>С т е п а н&lt;br /&gt;</w:t>
        <w:br/>
        <w:t>То, може,&lt;br /&gt;</w:t>
        <w:br/>
        <w:t>не треба стільки шити?&lt;br /&gt;</w:t>
        <w:br/>
        <w:t>О к с а н а&lt;br /&gt;</w:t>
        <w:br/>
        <w:t>Що ж робити?&lt;br /&gt;</w:t>
        <w:br/>
        <w:t>Насіння я лузати не люблю,&lt;br /&gt;</w:t>
        <w:br/>
        <w:t>так як Ганнуся. Треба ж десь подіти&lt;br /&gt;</w:t>
        <w:br/>
        <w:t>і руки, й очі...&lt;br /&gt;</w:t>
        <w:br/>
        <w:t>С т е п а н&lt;br /&gt;</w:t>
        <w:br/>
        <w:t>Бідненька ти в мене.&lt;br /&gt;</w:t>
        <w:br/>
        <w:t>(Оксана проривається риданням).&lt;br /&gt;</w:t>
        <w:br/>
        <w:t>Оксано! Що се ти? Та бог з тобою!&lt;br /&gt;</w:t>
        <w:br/>
        <w:t>Чи хто тебе образив? Мати? Ганна?&lt;br /&gt;</w:t>
        <w:br/>
        <w:t>О к с а н а (трохи стишуючись)&lt;br /&gt;</w:t>
        <w:br/>
        <w:t>Вони як рідні... я на їх не скаржусь...&lt;br /&gt;</w:t>
        <w:br/>
        <w:t>С т е п а н&lt;br /&gt;</w:t>
        <w:br/>
        <w:t>Так що ж?&lt;br /&gt;</w:t>
        <w:br/>
        <w:t>О к с а н а (уриває ридання, з одчаєм)&lt;br /&gt;</w:t>
        <w:br/>
        <w:t>Степане! Ти хіба не бачиш?&lt;br /&gt;</w:t>
        <w:br/>
        <w:t>Я гину, в'яну, жити так не можу!&lt;br /&gt;</w:t>
        <w:br/>
        <w:t>(В знесиллі похиляється па кросна)&lt;br /&gt;</w:t>
        <w:br/>
        <w:t>С т е п а н&lt;br /&gt;</w:t>
        <w:br/>
        <w:t>Се правда, не ростуть квітки в темниці...&lt;br /&gt;</w:t>
        <w:br/>
        <w:t>А я гадав...&lt;br /&gt;</w:t>
        <w:br/>
        <w:t>(Ходить по хаті в тяжкій задумі, потім спиняється&lt;br /&gt;</w:t>
        <w:br/>
        <w:t>перед Оксаною).&lt;br /&gt;</w:t>
        <w:br/>
        <w:t>Оксано, заспокойся,&lt;br /&gt;</w:t>
        <w:br/>
        <w:t>поговорім ладом.&lt;br /&gt;</w:t>
        <w:br/>
        <w:t>О к с а н а&lt;br /&gt;</w:t>
        <w:br/>
        <w:t>Про що, Степане?&lt;br /&gt;</w:t>
        <w:br/>
        <w:t>С т е п а н&lt;br /&gt;</w:t>
        <w:br/>
        <w:t>Виходить, я тебе занапастив.&lt;br /&gt;</w:t>
        <w:br/>
        <w:t>О к с а н а&lt;br /&gt;</w:t>
        <w:br/>
        <w:t>Ні, я сама...&lt;br /&gt;</w:t>
        <w:br/>
        <w:t>С т е п а н&lt;br /&gt;</w:t>
        <w:br/>
        <w:t>Однаково. Я більше&lt;br /&gt;</w:t>
        <w:br/>
        <w:t>не хочу заїдать твоєї долі.&lt;br /&gt;</w:t>
        <w:br/>
        <w:t>Хоч як мені се гірко... я готовий&lt;br /&gt;</w:t>
        <w:br/>
        <w:t>тебе до батька відпустити.&lt;br /&gt;</w:t>
        <w:br/>
        <w:t>О к с а н а&lt;br /&gt;</w:t>
        <w:br/>
        <w:t>Як?&lt;br /&gt;</w:t>
        <w:br/>
        <w:t>А ти ж?&lt;br /&gt;</w:t>
        <w:br/>
        <w:t>С т е п а н&lt;br /&gt;</w:t>
        <w:br/>
        <w:t>Я тут зостануся. Для мене&lt;br /&gt;</w:t>
        <w:br/>
        <w:t>немає вороття, ти ж теє знаєш.&lt;br /&gt;</w:t>
        <w:br/>
        <w:t>О к с а н а (зворушена)&lt;br /&gt;</w:t>
        <w:br/>
        <w:t>То се б тебе покинути я мала?&lt;br /&gt;</w:t>
        <w:br/>
        <w:t>Чи я ж на те стояла під вінцем&lt;br /&gt;</w:t>
        <w:br/>
        <w:t>і присягу давала?&lt;br /&gt;</w:t>
        <w:br/>
        <w:t>С т е п а н (гірко)&lt;br /&gt;</w:t>
        <w:br/>
        <w:t>Я, Оксано,&lt;br /&gt;</w:t>
        <w:br/>
        <w:t>не хан татарський, щоб людей держати&lt;br /&gt;</w:t>
        <w:br/>
        <w:t>на присязі, мов на шнурку. Ти вільна.&lt;br /&gt;</w:t>
        <w:br/>
        <w:t>Се тільки я в неволі.&lt;br /&gt;</w:t>
        <w:br/>
        <w:t>О к с а н а (хитає головою)&lt;br /&gt;</w:t>
        <w:br/>
        <w:t>Ні, Степане.&lt;br /&gt;</w:t>
        <w:br/>
        <w:t>С т е п а н&lt;br /&gt;</w:t>
        <w:br/>
        <w:t>Чого ж? Я присягу тобі вертаю...&lt;br /&gt;</w:t>
        <w:br/>
        <w:t>(Голос його переривається від турботи).&lt;br /&gt;</w:t>
        <w:br/>
        <w:t>І я прошу тебе... прости мене...&lt;br /&gt;</w:t>
        <w:br/>
        <w:t>що я... тебе відмовив від родини...&lt;br /&gt;</w:t>
        <w:br/>
        <w:t>що я...&lt;br /&gt;</w:t>
        <w:br/>
        <w:t>О к с а н а (обіймає його)&lt;br /&gt;</w:t>
        <w:br/>
        <w:t>Ні, годі, не кажи!&lt;br /&gt;</w:t>
        <w:br/>
        <w:t>Не знаєш ти... Ще ж ти мені ні слова,&lt;br /&gt;</w:t>
        <w:br/>
        <w:t>ні слова не промовив там, у батька,&lt;br /&gt;</w:t>
        <w:br/>
        <w:t>а вже моя душа була твоєю!&lt;br /&gt;</w:t>
        <w:br/>
        <w:t>Ти думаєш, як я тепер поїду&lt;br /&gt;</w:t>
        <w:br/>
        <w:t>від тебе геть, то не лишиться тута&lt;br /&gt;</w:t>
        <w:br/>
        <w:t>моя душа?&lt;br /&gt;</w:t>
        <w:br/>
        <w:t>С т е п а н&lt;br /&gt;</w:t>
        <w:br/>
        <w:t>Так що ж робити, люба?&lt;br /&gt;</w:t>
        <w:br/>
        <w:t>О к с а н а&lt;br /&gt;</w:t>
        <w:br/>
        <w:t>Втікаймо всі! Мій батенько поможе&lt;br /&gt;</w:t>
        <w:br/>
        <w:t>прожити якось, поки ти придбаєш.&lt;br /&gt;</w:t>
        <w:br/>
        <w:t>Хай їм абищо, сим московським добрам!&lt;br /&gt;</w:t>
        <w:br/>
        <w:t>Втікаймо на Вкраїну!&lt;br /&gt;</w:t>
        <w:br/>
        <w:t>С т е п а н&lt;br /&gt;</w:t>
        <w:br/>
        <w:t>Цар достане&lt;br /&gt;</w:t>
        <w:br/>
        <w:t>боярина свого скрізь на Вкраїні,&lt;br /&gt;</w:t>
        <w:br/>
        <w:t>та ще й твоїй родині буде лихо.&lt;br /&gt;</w:t>
        <w:br/>
        <w:t>Не скриємось нігде...&lt;br /&gt;</w:t>
        <w:br/>
        <w:t>О к с а н а&lt;br /&gt;</w:t>
        <w:br/>
        <w:t>Втікаймо в Польщу!&lt;br /&gt;</w:t>
        <w:br/>
        <w:t>А ні, то на Волощину!&lt;br /&gt;</w:t>
        <w:br/>
        <w:t>С т е п а н&lt;br /&gt;</w:t>
        <w:br/>
        <w:t>Що з того?&lt;br /&gt;</w:t>
        <w:br/>
        <w:t>Зміняємо чужину на чужину...&lt;br /&gt;</w:t>
        <w:br/>
        <w:t>Приблудами чужі пороги будем&lt;br /&gt;</w:t>
        <w:br/>
        <w:t>там оббивати... все одно, що й тут.&lt;br /&gt;</w:t>
        <w:br/>
        <w:t>О к с а н а&lt;br /&gt;</w:t>
        <w:br/>
        <w:t>Ні, там вільніше.&lt;br /&gt;</w:t>
        <w:br/>
        <w:t>С т е п а н&lt;br /&gt;</w:t>
        <w:br/>
        <w:t>Треба заслужити&lt;br /&gt;</w:t>
        <w:br/>
        <w:t>чимсь ту сусідську ласку. Чим же більше,&lt;br /&gt;</w:t>
        <w:br/>
        <w:t>коли не зрадою проти Москви?&lt;br /&gt;</w:t>
        <w:br/>
        <w:t>О к с а н а&lt;br /&gt;</w:t>
        <w:br/>
        <w:t>Так їй і треба!&lt;br /&gt;</w:t>
        <w:br/>
        <w:t>С т е п а н&lt;br /&gt;</w:t>
        <w:br/>
        <w:t>Присяга, Оксано,&lt;br /&gt;</w:t>
        <w:br/>
        <w:t>велике діло. Цар мені не верне&lt;br /&gt;</w:t>
        <w:br/>
        <w:t>так присяги, як я тобі вернув.&lt;br /&gt;</w:t>
        <w:br/>
        <w:t>Та й я йому не можу повернути&lt;br /&gt;</w:t>
        <w:br/>
        <w:t>всього, що я приймав з його руки.&lt;br /&gt;</w:t>
        <w:br/>
        <w:t>Мовчання. Починає сутеніти. Десь у церкві тихо дзвонять.&lt;br /&gt;</w:t>
        <w:br/>
        <w:t>О к с а н а&lt;br /&gt;</w:t>
        <w:br/>
        <w:t>Степане, вже не говорімо більше&lt;br /&gt;</w:t>
        <w:br/>
        <w:t>про се ніколи.&lt;br /&gt;</w:t>
        <w:br/>
        <w:t>С т е п а н&lt;br /&gt;</w:t>
        <w:br/>
        <w:t>Так, не треба, люба...&lt;br /&gt;</w:t>
        <w:br/>
        <w:t>(Згодом).&lt;br /&gt;</w:t>
        <w:br/>
        <w:t>Чому не шиєш?&lt;br /&gt;</w:t>
        <w:br/>
        <w:t>О к с а н а&lt;br /&gt;</w:t>
        <w:br/>
        <w:t>Вже мені не видко.&lt;br /&gt;</w:t>
        <w:br/>
        <w:t>А ще світити рано.&lt;br /&gt;</w:t>
        <w:br/>
        <w:t>С т е п а н&lt;br /&gt;</w:t>
        <w:br/>
        <w:t>Заспівай&lt;br /&gt;</w:t>
        <w:br/>
        <w:t>щось потихеньку, якщо можеш.&lt;br /&gt;</w:t>
        <w:br/>
        <w:t>О к с а н а&lt;br /&gt;</w:t>
        <w:br/>
        <w:t>Добре.&lt;br /&gt;</w:t>
        <w:br/>
        <w:t>(Співає потихеньку)&lt;br /&gt;</w:t>
        <w:br/>
        <w:t>"Ой як було хорошенько, як рід з родом п'є,&lt;br /&gt;</w:t>
        <w:br/>
        <w:t>вип'є чарку, вип'є другу та по сестру шле.&lt;br /&gt;</w:t>
        <w:br/>
        <w:t>"Сеструненько-голубонько..."&lt;br /&gt;</w:t>
        <w:br/>
        <w:t>(Уриває)&lt;br /&gt;</w:t>
        <w:br/>
        <w:t>Не можу.&lt;br /&gt;</w:t>
        <w:br/>
        <w:t>Либонь, я одзвичаїлась від співів.&lt;br /&gt;</w:t>
        <w:br/>
        <w:t>Та й щось на груди важко.&lt;br /&gt;</w:t>
        <w:br/>
        <w:t>(Кашляє)&lt;br /&gt;</w:t>
        <w:br/>
        <w:t>С т е п а н (стривожений)&lt;br /&gt;</w:t>
        <w:br/>
        <w:t>Ой, кохана,&lt;br /&gt;</w:t>
        <w:br/>
        <w:t>чи ти не хвора?&lt;br /&gt;</w:t>
        <w:br/>
        <w:t>О к с а н а&lt;br /&gt;</w:t>
        <w:br/>
        <w:t>Де ж там! То щось так.</w:t>
      </w:r>
    </w:p>
    <w:p>
      <w:r>
        <w:br/>
        <w:t>Увіходять м а т и й Г а н н а, за ними слуги вносять загортки з покупом.&lt;br /&gt;</w:t>
        <w:br/>
        <w:t>Поклавши пакунки, слуги виходять.</w:t>
      </w:r>
    </w:p>
    <w:p>
      <w:r>
        <w:br/>
        <w:t>М а т и&lt;br /&gt;</w:t>
        <w:br/>
        <w:t>Добривечір, дітки! Що сидите&lt;br /&gt;</w:t>
        <w:br/>
        <w:t>так поночі?&lt;br /&gt;</w:t>
        <w:br/>
        <w:t>С т е п а н&lt;br /&gt;</w:t>
        <w:br/>
        <w:t>Так, дещо розмовляли.&lt;br /&gt;</w:t>
        <w:br/>
        <w:t>М а т и&lt;br /&gt;</w:t>
        <w:br/>
        <w:t>Не наговоряться все голуб'ятка.&lt;br /&gt;</w:t>
        <w:br/>
        <w:t>Коли б то бог судив і Ганні нашій&lt;br /&gt;</w:t>
        <w:br/>
        <w:t>таке подружжя!&lt;br /&gt;</w:t>
        <w:br/>
        <w:t>Г а н н а (світить тим часом ( розгортає пакунки)&lt;br /&gt;</w:t>
        <w:br/>
        <w:t>Подивись, Оксано,&lt;br /&gt;</w:t>
        <w:br/>
        <w:t>чого ми накупили!&lt;br /&gt;</w:t>
        <w:br/>
        <w:t>Оксана підходить.&lt;br /&gt;</w:t>
        <w:br/>
        <w:t>Се на шубу,&lt;br /&gt;</w:t>
        <w:br/>
        <w:t>а се на літники, а се на кичку.&lt;br /&gt;</w:t>
        <w:br/>
        <w:t>Що, правда, гарне? Ми ж ото пішли&lt;br /&gt;</w:t>
        <w:br/>
        <w:t>аж до купців заморських.&lt;br /&gt;</w:t>
        <w:br/>
        <w:t>О к с а н а (жваво)&lt;br /&gt;</w:t>
        <w:br/>
        <w:t>Гарно, гарно!&lt;br /&gt;</w:t>
        <w:br/>
        <w:t>Та й молодичка з тебе гарна буде!&lt;br /&gt;</w:t>
        <w:br/>
        <w:t>Ну й потанцюю в тебе на весіллі!&lt;br /&gt;</w:t>
        <w:br/>
        <w:t>Нехай уже московки не здивують!&lt;br /&gt;</w:t>
        <w:br/>
        <w:t>Г а н н а&lt;br /&gt;</w:t>
        <w:br/>
        <w:t>От я люблю, як ти така весела,&lt;br /&gt;</w:t>
        <w:br/>
        <w:t>а то сидить, похнюпившись, аж сумно.&lt;br /&gt;</w:t>
        <w:br/>
        <w:t>М а т и&lt;br /&gt;</w:t>
        <w:br/>
        <w:t>Та звісно, і чого б таки журитись?&lt;br /&gt;</w:t>
        <w:br/>
        <w:t>Ви люди молоді... у хаті лад...&lt;br /&gt;</w:t>
        <w:br/>
        <w:t>О к с а н а (підхоплює)&lt;br /&gt;</w:t>
        <w:br/>
        <w:t>За хатою добро...&lt;br /&gt;</w:t>
        <w:br/>
        <w:t>Г а н н а (не завважаючи іронії)&lt;br /&gt;</w:t>
        <w:br/>
        <w:t>Авжеж, сестричко,&lt;br /&gt;</w:t>
        <w:br/>
        <w:t>якби ти бачила, що там купців&lt;br /&gt;</w:t>
        <w:br/>
        <w:t>наїхало! І чом ти не пішла&lt;br /&gt;</w:t>
        <w:br/>
        <w:t>із нами вкупі?&lt;br /&gt;</w:t>
        <w:br/>
        <w:t>О к с а н а&lt;br /&gt;</w:t>
        <w:br/>
        <w:t>Я дошити хтіла,&lt;br /&gt;</w:t>
        <w:br/>
        <w:t>а завтра й я піду по всіх усюдах,&lt;br /&gt;</w:t>
        <w:br/>
        <w:t>закупимо з тобою всю Москву!&lt;br /&gt;</w:t>
        <w:br/>
        <w:t>От я собі парчеву кичку справлю!&lt;br /&gt;</w:t>
        <w:br/>
        <w:t>Степане, можна?&lt;br /&gt;</w:t>
        <w:br/>
        <w:t>С т е п а н&lt;br /&gt;</w:t>
        <w:br/>
        <w:t>Чом би ж то не можна?&lt;br /&gt;</w:t>
        <w:br/>
        <w:t>О к с а н а (плеще в долоні й приспівує)&lt;br /&gt;</w:t>
        <w:br/>
        <w:t>"Бодай мені такий вік довгий,&lt;br /&gt;</w:t>
        <w:br/>
        <w:t>як у мене чоловік добрий!.."&lt;br /&gt;</w:t>
        <w:br/>
        <w:t>М а т и (втішно всміхаючись)&lt;br /&gt;</w:t>
        <w:br/>
        <w:t>Ну й вигадниця в тебе жінка, синку!&lt;br /&gt;</w:t>
        <w:br/>
        <w:t>Г а н н а&lt;br /&gt;</w:t>
        <w:br/>
        <w:t>А як вона мені співала гарно&lt;br /&gt;</w:t>
        <w:br/>
        <w:t>весільної! Сестричко, заспівай&lt;br /&gt;</w:t>
        <w:br/>
        <w:t>тієї, як то косу розплітають.&lt;br /&gt;</w:t>
        <w:br/>
        <w:t>О к с а н а&lt;br /&gt;</w:t>
        <w:br/>
        <w:t>Не хочу, то сумна, ще знов заплачеш.&lt;br /&gt;</w:t>
        <w:br/>
        <w:t>Я зараз коровайницею буду&lt;br /&gt;</w:t>
        <w:br/>
        <w:t>або приданкою — ти тільки слухай:&lt;br /&gt;</w:t>
        <w:br/>
        <w:t>(Співає дуже голосно, по-сільському).&lt;br /&gt;</w:t>
        <w:br/>
        <w:t>"Не бійся, матусю, не бійся,&lt;br /&gt;</w:t>
        <w:br/>
        <w:t>в червоні чобітки обуйся,&lt;br /&gt;</w:t>
        <w:br/>
        <w:t>щоб твої підківки бряжчали,&lt;br /&gt;</w:t>
        <w:br/>
        <w:t>щоб наші вороги мовчали!&lt;br /&gt;</w:t>
        <w:br/>
        <w:t>Гу!"&lt;br /&gt;</w:t>
        <w:br/>
        <w:t>(Вигукнувши, вискакує на ослін)&lt;br /&gt;</w:t>
        <w:br/>
        <w:t>Отак приданки скачуть через лавки!&lt;br /&gt;</w:t>
        <w:br/>
        <w:t>С т е п а н (ловить її й здіймає з ослона)&lt;br /&gt;</w:t>
        <w:br/>
        <w:t>Ну, ну, Оксано, ти вже щось занадто.&lt;br /&gt;</w:t>
        <w:br/>
        <w:t>М а т и&lt;br /&gt;</w:t>
        <w:br/>
        <w:t>Та правда, донечко, почує челядь...&lt;br /&gt;</w:t>
        <w:br/>
        <w:t>О к с а н а&lt;br /&gt;</w:t>
        <w:br/>
        <w:t>Овва! Так що ж! Бояриня гуляє!&lt;br /&gt;</w:t>
        <w:br/>
        <w:t>Давай утнем санжарівки, Ганнусю!&lt;br /&gt;</w:t>
        <w:br/>
        <w:t>Г а н н а (сміючись)&lt;br /&gt;</w:t>
        <w:br/>
        <w:t>Та я не вмію!&lt;br /&gt;</w:t>
        <w:br/>
        <w:t>О к с а н а&lt;br /&gt;</w:t>
        <w:br/>
        <w:t>Я тебе навчу!&lt;br /&gt;</w:t>
        <w:br/>
        <w:t>(Крутить Ганну навколо себе, приспівуючи).&lt;br /&gt;</w:t>
        <w:br/>
        <w:t>"Гуляй, гуляй, господине,&lt;br /&gt;</w:t>
        <w:br/>
        <w:t>нехай наша журба згине!&lt;br /&gt;</w:t>
        <w:br/>
        <w:t>Ой чи згине, чи не згине,&lt;br /&gt;</w:t>
        <w:br/>
        <w:t>гуляй, гуляй, господине!"&lt;br /&gt;</w:t>
        <w:br/>
        <w:t>Що ж ти. Степане? Помагай співати!&lt;br /&gt;</w:t>
        <w:br/>
        <w:t>(Залягається сміхом, що згодом переходить у кашель.&lt;br /&gt;</w:t>
        <w:br/>
        <w:t>С т е п а н тривожно кидається до неї).</w:t>
      </w:r>
    </w:p>
    <w:p>
      <w:r>
        <w:br/>
        <w:t>V</w:t>
      </w:r>
    </w:p>
    <w:p>
      <w:r>
        <w:br/>
        <w:t>Степанів садок. Будинок виходить у нього задньою стіною Видко гратчасті вікна терема і піддашок ч сходами Збоку в садку зроблена повіточка садова, вся в зелені та в квітках; у повітці приладновано великий турецький ослін з подушками. З терема по сходах надвірних помалу спускаються м а т и й О к с а н а. Оксану ведуть попід руки д в і с л у ж н и ц і — "сенные девушки".&lt;br /&gt;</w:t>
        <w:br/>
        <w:t>Оксана у простій широкій хатній сукні, без кички, голова зав'язана на український лад шовковою хусткою. Оксана хвора, очі позападали, але дуже блищать, на щоках хворий рум'янець.</w:t>
      </w:r>
    </w:p>
    <w:p>
      <w:r>
        <w:br/>
        <w:t>М а т и (пройшовши вперед до повітки,&lt;br /&gt;</w:t>
        <w:br/>
        <w:t>показує дівчатам на ослін)&lt;br /&gt;</w:t>
        <w:br/>
        <w:t>Отут бояриню посадовіть&lt;br /&gt;</w:t>
        <w:br/>
        <w:t>та й можете вертати до роботи.&lt;br /&gt;</w:t>
        <w:br/>
        <w:t>Дівчата садовлять Оксану і вертаються в терем.&lt;br /&gt;</w:t>
        <w:br/>
        <w:t>М а т и&lt;br /&gt;</w:t>
        <w:br/>
        <w:t>Що, донечко, тут, правда ж, придобніше?&lt;br /&gt;</w:t>
        <w:br/>
        <w:t>Вільніше дихати?&lt;br /&gt;</w:t>
        <w:br/>
        <w:t>О к с а н а&lt;br /&gt;</w:t>
        <w:br/>
        <w:t>Вільніше?..&lt;br /&gt;</w:t>
        <w:br/>
        <w:t>(Схиляється на подушки).&lt;br /&gt;</w:t>
        <w:br/>
        <w:t>М а т и&lt;br /&gt;</w:t>
        <w:br/>
        <w:t>Ляж,&lt;br /&gt;</w:t>
        <w:br/>
        <w:t>ляж, рибонько. Заснути, може, хочеш?&lt;br /&gt;</w:t>
        <w:br/>
        <w:t>О к с а н а&lt;br /&gt;</w:t>
        <w:br/>
        <w:t>Так, я б заснула... тільки я боюся...&lt;br /&gt;</w:t>
        <w:br/>
        <w:t>М а т и&lt;br /&gt;</w:t>
        <w:br/>
        <w:t>От, хай бог милує! Чого боїшся?&lt;br /&gt;</w:t>
        <w:br/>
        <w:t>О к с а н а&lt;br /&gt;</w:t>
        <w:br/>
        <w:t>Та все якесь таке страхіття сниться.&lt;br /&gt;</w:t>
        <w:br/>
        <w:t>М а т и&lt;br /&gt;</w:t>
        <w:br/>
        <w:t>Ти помолись до Йосипа святого,&lt;br /&gt;</w:t>
        <w:br/>
        <w:t>то він всі сни перенесе на добре.&lt;br /&gt;</w:t>
        <w:br/>
        <w:t>О к с а н а&lt;br /&gt;</w:t>
        <w:br/>
        <w:t>От відколи я тут, то й сни змінились...&lt;br /&gt;</w:t>
        <w:br/>
        <w:t>Бувало, там, у батенька, все сниться,&lt;br /&gt;</w:t>
        <w:br/>
        <w:t>що я літаю. Так, бувало, любо...&lt;br /&gt;</w:t>
        <w:br/>
        <w:t>А тут не снилось і разу.&lt;br /&gt;</w:t>
        <w:br/>
        <w:t>М а т и&lt;br /&gt;</w:t>
        <w:br/>
        <w:t>Бач, любко,&lt;br /&gt;</w:t>
        <w:br/>
        <w:t>як сниться, що літаєш, то ростеш,&lt;br /&gt;</w:t>
        <w:br/>
        <w:t>отим воно так замолоду й сниться.&lt;br /&gt;</w:t>
        <w:br/>
        <w:t>Тепер же ти вже не ростеш...&lt;br /&gt;</w:t>
        <w:br/>
        <w:t>О к с а н а&lt;br /&gt;</w:t>
        <w:br/>
        <w:t>Та... певне...&lt;br /&gt;</w:t>
        <w:br/>
        <w:t>М а т и (поправлятчи їй подушки)&lt;br /&gt;</w:t>
        <w:br/>
        <w:t>Ляж вигідненько та засни гарненько.&lt;br /&gt;</w:t>
        <w:br/>
        <w:t>(Сідає коло неї в ногах).&lt;br /&gt;</w:t>
        <w:br/>
        <w:t>А я посиджу тута, помолюся,&lt;br /&gt;</w:t>
        <w:br/>
        <w:t>щоб бог тобі послав у сні здоров'я.&lt;br /&gt;</w:t>
        <w:br/>
        <w:t>(Виймає бурштинові чітки і перебирає їх,&lt;br /&gt;</w:t>
        <w:br/>
        <w:t>стиха ворушачи устами).&lt;br /&gt;</w:t>
        <w:br/>
        <w:t>О к с а н а засипляє.</w:t>
      </w:r>
    </w:p>
    <w:p>
      <w:r>
        <w:br/>
        <w:t>С т е п а н виходить з долішнього рундука. Мати киває йому, щоб помалу йшов, не гукав, потім устає обережно і йде до нього на другий кінець садка, далі від повітки.</w:t>
      </w:r>
    </w:p>
    <w:p>
      <w:r>
        <w:br/>
        <w:t>М а т и (нишком)&lt;br /&gt;</w:t>
        <w:br/>
        <w:t>Ну, що ж казав той німець? Є надія?&lt;br /&gt;</w:t>
        <w:br/>
        <w:t>С т е п а н&lt;br /&gt;</w:t>
        <w:br/>
        <w:t>Що ж, каже: "В бога все можливо".&lt;br /&gt;</w:t>
        <w:br/>
        <w:t>М а т и&lt;br /&gt;</w:t>
        <w:br/>
        <w:t>Певне!&lt;br /&gt;</w:t>
        <w:br/>
        <w:t>Та все ж би й людської снаги докласти,&lt;br /&gt;</w:t>
        <w:br/>
        <w:t>либонь, не гріх.&lt;br /&gt;</w:t>
        <w:br/>
        <w:t>С т е п а н&lt;br /&gt;</w:t>
        <w:br/>
        <w:t>Він докладає, мамо.&lt;br /&gt;</w:t>
        <w:br/>
        <w:t>Він є людина великоучена...&lt;br /&gt;</w:t>
        <w:br/>
        <w:t>Та що ж, коли така тяжка хвороба?&lt;br /&gt;</w:t>
        <w:br/>
        <w:t>М а т и&lt;br /&gt;</w:t>
        <w:br/>
        <w:t>І звідки причепилася напасть?..&lt;br /&gt;</w:t>
        <w:br/>
        <w:t>Либонь, се хтось наврочив на весіллі&lt;br /&gt;</w:t>
        <w:br/>
        <w:t>Ганнусинім, бо відтоді й заслабла.&lt;br /&gt;</w:t>
        <w:br/>
        <w:t>С т е п а н&lt;br /&gt;</w:t>
        <w:br/>
        <w:t>Здається, ще давніше почалося...&lt;br /&gt;</w:t>
        <w:br/>
        <w:t>М а т и&lt;br /&gt;</w:t>
        <w:br/>
        <w:t>Хіба? Та ні, вона була здорова.&lt;br /&gt;</w:t>
        <w:br/>
        <w:t>А от що на весіллі... Ну, та як же&lt;br /&gt;</w:t>
        <w:br/>
        <w:t>той німець каже? З чого б то воно?&lt;br /&gt;</w:t>
        <w:br/>
        <w:t>Чи з пристріту? Чи, може, з переляку?&lt;br /&gt;</w:t>
        <w:br/>
        <w:t>От горе, тут нема таких бабів,&lt;br /&gt;</w:t>
        <w:br/>
        <w:t>як там, у нас, — коли б так пошептали.&lt;br /&gt;</w:t>
        <w:br/>
        <w:t>С т е п а н&lt;br /&gt;</w:t>
        <w:br/>
        <w:t>Ні, матінко, не помогли б ті шепти.&lt;br /&gt;</w:t>
        <w:br/>
        <w:t>Така вже слабість.&lt;br /&gt;</w:t>
        <w:br/>
        <w:t>М а т и&lt;br /&gt;</w:t>
        <w:br/>
        <w:t>Що ж воно? Як зветься?&lt;br /&gt;</w:t>
        <w:br/>
        <w:t>С т е п а н&lt;br /&gt;</w:t>
        <w:br/>
        <w:t>Казав він: "Ваша пані занудилась&lt;br /&gt;</w:t>
        <w:br/>
        <w:t>по ріднім краю — се є также слабість".&lt;br /&gt;</w:t>
        <w:br/>
        <w:t>Сказав мені по-грецьки як і зветься.&lt;br /&gt;</w:t>
        <w:br/>
        <w:t>М а т и&lt;br /&gt;</w:t>
        <w:br/>
        <w:t>Та він то назове на всіх язиках,&lt;br /&gt;</w:t>
        <w:br/>
        <w:t>а щоб то вигоїти...&lt;br /&gt;</w:t>
        <w:br/>
        <w:t>С т е п а н&lt;br /&gt;</w:t>
        <w:br/>
        <w:t>Він казав, —&lt;br /&gt;</w:t>
        <w:br/>
        <w:t>коли її повезти на Вкраїну,&lt;br /&gt;</w:t>
        <w:br/>
        <w:t>то, може б, ще й одужала.&lt;br /&gt;</w:t>
        <w:br/>
        <w:t>М а т и&lt;br /&gt;</w:t>
        <w:br/>
        <w:t>От, синку,&lt;br /&gt;</w:t>
        <w:br/>
        <w:t>на сей раз німець, може, й правду каже.&lt;br /&gt;</w:t>
        <w:br/>
        <w:t>Вона таки нудилася, небога.&lt;br /&gt;</w:t>
        <w:br/>
        <w:t>Що ж, відомо, завезена далеко...&lt;br /&gt;</w:t>
        <w:br/>
        <w:t>Не кожне привикає до чужини.&lt;br /&gt;</w:t>
        <w:br/>
        <w:t>Котре привикне, а котре то й...&lt;br /&gt;</w:t>
        <w:br/>
        <w:t>С т е п а н&lt;br /&gt;</w:t>
        <w:br/>
        <w:t>Мамо,&lt;br /&gt;</w:t>
        <w:br/>
        <w:t>я попрошу царя, щоб нас пустив&lt;br /&gt;</w:t>
        <w:br/>
        <w:t>до тестя у гостину — чей же пустить?&lt;br /&gt;</w:t>
        <w:br/>
        <w:t>М а т и&lt;br /&gt;</w:t>
        <w:br/>
        <w:t>Та, може, й пустить — вже ж війни немає.&lt;br /&gt;</w:t>
        <w:br/>
        <w:t>С т е п а н&lt;br /&gt;</w:t>
        <w:br/>
        <w:t>Скажу йому, що маю ще й у Київ&lt;br /&gt;</w:t>
        <w:br/>
        <w:t>повезти хвору жінку поклонитись&lt;br /&gt;</w:t>
        <w:br/>
        <w:t>угодникам святим там у печерах,&lt;br /&gt;</w:t>
        <w:br/>
        <w:t>для ізціленій — невже ж не пустить?&lt;br /&gt;</w:t>
        <w:br/>
        <w:t>М а т и&lt;br /&gt;</w:t>
        <w:br/>
        <w:t>Повинен би пустити. Се вже и гріх&lt;br /&gt;</w:t>
        <w:br/>
        <w:t>людей на богомілля не пускати!&lt;br /&gt;</w:t>
        <w:br/>
        <w:t>А се, Степанку, ти надумав добре —&lt;br /&gt;</w:t>
        <w:br/>
        <w:t>поїхати на прощу, помічніше&lt;br /&gt;</w:t>
        <w:br/>
        <w:t>воно буває над усякі ліки.&lt;br /&gt;</w:t>
        <w:br/>
        <w:t>(Зітхнувши, поглянула па небо).&lt;br /&gt;</w:t>
        <w:br/>
        <w:t>Ба сонечко схиляється на вечір.&lt;br /&gt;</w:t>
        <w:br/>
        <w:t>Ти б тута розбудив Оксану, синку,&lt;br /&gt;</w:t>
        <w:br/>
        <w:t>Навзаході недобре спати хворим.&lt;br /&gt;</w:t>
        <w:br/>
        <w:t>А я піду зварю майове зілля,&lt;br /&gt;</w:t>
        <w:br/>
        <w:t>щоб на ніч їй було готове пити.&lt;br /&gt;</w:t>
        <w:br/>
        <w:t>С т е п а н&lt;br /&gt;</w:t>
        <w:br/>
        <w:t>Спасибі, що клопочетеся нею.&lt;br /&gt;</w:t>
        <w:br/>
        <w:t>М а т и&lt;br /&gt;</w:t>
        <w:br/>
        <w:t>Що ж, синку, завезли чужу дитину,&lt;br /&gt;</w:t>
        <w:br/>
        <w:t>то треба ж якось їй давати раду.&lt;br /&gt;</w:t>
        <w:br/>
        <w:t>(Іде в терем).</w:t>
      </w:r>
    </w:p>
    <w:p>
      <w:r>
        <w:br/>
        <w:t>Степан підходить до Оксани і стиха цілує її. Вона прокидається.</w:t>
      </w:r>
    </w:p>
    <w:p>
      <w:r>
        <w:br/>
        <w:t>О к с а н а&lt;br /&gt;</w:t>
        <w:br/>
        <w:t>Се ти, Степане? Бач, мені приснилось,&lt;br /&gt;</w:t>
        <w:br/>
        <w:t>що місяць ясно-ясно засвітив&lt;br /&gt;</w:t>
        <w:br/>
        <w:t>у батьковім садочку...&lt;br /&gt;</w:t>
        <w:br/>
        <w:t>С т е п а н (удавано веселим голосом)&lt;br /&gt;</w:t>
        <w:br/>
        <w:t>Місяць, люба?&lt;br /&gt;</w:t>
        <w:br/>
        <w:t>Се дивно, бо якраз на тебе сонце!&lt;br /&gt;</w:t>
        <w:br/>
        <w:t>О к с а н а&lt;br /&gt;</w:t>
        <w:br/>
        <w:t>Що ж, може, там ясніше світить місяць,&lt;br /&gt;</w:t>
        <w:br/>
        <w:t>ніж тута сонце...&lt;br /&gt;</w:t>
        <w:br/>
        <w:t>С т е п а н&lt;br /&gt;</w:t>
        <w:br/>
        <w:t>Не журись, Оксано,&lt;br /&gt;</w:t>
        <w:br/>
        <w:t>ось хутко знов побачим, як там світить&lt;br /&gt;</w:t>
        <w:br/>
        <w:t>і сонечко, і місяць на Вкраїні.&lt;br /&gt;</w:t>
        <w:br/>
        <w:t>О к с а н а&lt;br /&gt;</w:t>
        <w:br/>
        <w:t>Се ж як? Хіба умру? Тоді запевне&lt;br /&gt;</w:t>
        <w:br/>
        <w:t>душа полине...&lt;br /&gt;</w:t>
        <w:br/>
        <w:t>С т е п а н&lt;br /&gt;</w:t>
        <w:br/>
        <w:t>Бог з тобою, люба!&lt;br /&gt;</w:t>
        <w:br/>
        <w:t>Чи я ж би про таке тобі казав?&lt;br /&gt;</w:t>
        <w:br/>
        <w:t>Надумав я поїхати з тобою&lt;br /&gt;</w:t>
        <w:br/>
        <w:t>в гостину до твоїх.&lt;br /&gt;</w:t>
        <w:br/>
        <w:t>О к с а н а (іронічно)&lt;br /&gt;</w:t>
        <w:br/>
        <w:t>Велике діло,&lt;br /&gt;</w:t>
        <w:br/>
        <w:t>що ти надумав! Цар думки заверне.&lt;br /&gt;</w:t>
        <w:br/>
        <w:t>С т е п а н&lt;br /&gt;</w:t>
        <w:br/>
        <w:t>Цар пустить. Вже ж тепера на Вкраїні&lt;br /&gt;</w:t>
        <w:br/>
        <w:t>утихомирилося.&lt;br /&gt;</w:t>
        <w:br/>
        <w:t>О к с а н а (гостро)&lt;br /&gt;</w:t>
        <w:br/>
        <w:t>Як ти кажеш?&lt;br /&gt;</w:t>
        <w:br/>
        <w:t>Утихомирилось? Зломилась воля,&lt;br /&gt;</w:t>
        <w:br/>
        <w:t>Україна лягла Москві під ноги,&lt;br /&gt;</w:t>
        <w:br/>
        <w:t>се мир по-твоєму — ота руїна?&lt;br /&gt;</w:t>
        <w:br/>
        <w:t>Отак і я утихомирюсь хутко&lt;br /&gt;</w:t>
        <w:br/>
        <w:t>в труні.&lt;br /&gt;</w:t>
        <w:br/>
        <w:t>С т е п а н&lt;br /&gt;</w:t>
        <w:br/>
        <w:t>Ти одживешся на Вкраїні.&lt;br /&gt;</w:t>
        <w:br/>
        <w:t>Москва ж не може заступити сонця,&lt;br /&gt;</w:t>
        <w:br/>
        <w:t>зв'ялити гаю рідного, зсушити&lt;br /&gt;</w:t>
        <w:br/>
        <w:t>річок веселих.&lt;br /&gt;</w:t>
        <w:br/>
        <w:t>О к с а н а (понуро, уперто)&lt;br /&gt;</w:t>
        <w:br/>
        <w:t>Годі, не кажи.&lt;br /&gt;</w:t>
        <w:br/>
        <w:t>Нікуди я тепера не поїду.&lt;br /&gt;</w:t>
        <w:br/>
        <w:t>С т е п а н&lt;br /&gt;</w:t>
        <w:br/>
        <w:t>Чому ж?&lt;br /&gt;</w:t>
        <w:br/>
        <w:t>О к с а н а&lt;br /&gt;</w:t>
        <w:br/>
        <w:t>Не хочу!&lt;br /&gt;</w:t>
        <w:br/>
        <w:t>С т е п а н&lt;br /&gt;</w:t>
        <w:br/>
        <w:t>Що се ти, Оксано?&lt;br /&gt;</w:t>
        <w:br/>
        <w:t>Мені аж дивно! Що се ти говориш?&lt;br /&gt;</w:t>
        <w:br/>
        <w:t>О к с а н а (розпалившись, підводиться)&lt;br /&gt;</w:t>
        <w:br/>
        <w:t>А я дивую, ти з яким лицем&lt;br /&gt;</w:t>
        <w:br/>
        <w:t>збираєшся з'явитись на Вкраїні!&lt;br /&gt;</w:t>
        <w:br/>
        <w:t>Сидів-сидів у запічку московськім,&lt;br /&gt;</w:t>
        <w:br/>
        <w:t>поки лилася кров, поки змагання&lt;br /&gt;</w:t>
        <w:br/>
        <w:t>велося за життя там, на Вкраїні, —&lt;br /&gt;</w:t>
        <w:br/>
        <w:t>тепер, як "втихомирилось", ти їдеш&lt;br /&gt;</w:t>
        <w:br/>
        <w:t>туди ясного сонця заживати,&lt;br /&gt;</w:t>
        <w:br/>
        <w:t>що не дістали руки загребущі,&lt;br /&gt;</w:t>
        <w:br/>
        <w:t>та гаєм недопаленим втішатись.&lt;br /&gt;</w:t>
        <w:br/>
        <w:t>На пожарині хочеш подивитись,&lt;br /&gt;</w:t>
        <w:br/>
        <w:t>чи там широко розлилися ріки&lt;br /&gt;</w:t>
        <w:br/>
        <w:t>від сліз та крові?&lt;br /&gt;</w:t>
        <w:br/>
        <w:t>С т е п а н&lt;br /&gt;</w:t>
        <w:br/>
        <w:t>Ти тепер картаєш...&lt;br /&gt;</w:t>
        <w:br/>
        <w:t>А як сама колись мені казала,&lt;br /&gt;</w:t>
        <w:br/>
        <w:t>що ти прийняти можеш тільки руку,&lt;br /&gt;</w:t>
        <w:br/>
        <w:t>від крові чисту?&lt;br /&gt;</w:t>
        <w:br/>
        <w:t>О к с а н а&lt;br /&gt;</w:t>
        <w:br/>
        <w:t>Правда, я казала...&lt;br /&gt;</w:t>
        <w:br/>
        <w:t>Ми варті одне одного. Боялись&lt;br /&gt;</w:t>
        <w:br/>
        <w:t>розливу крові, і татар, і диби,&lt;br /&gt;</w:t>
        <w:br/>
        <w:t>і кривоприсяги, й шпигів московських,&lt;br /&gt;</w:t>
        <w:br/>
        <w:t>а тільки не подумали, що буде,&lt;br /&gt;</w:t>
        <w:br/>
        <w:t>як все утихомириться... Степане,&lt;br /&gt;</w:t>
        <w:br/>
        <w:t>дай руку!&lt;br /&gt;</w:t>
        <w:br/>
        <w:t>С т е п а н&lt;br /&gt;</w:t>
        <w:br/>
        <w:t>Се навіщо?&lt;br /&gt;</w:t>
        <w:br/>
        <w:t>О к с а н а&lt;br /&gt;</w:t>
        <w:br/>
        <w:t>Ти не хочеш?&lt;br /&gt;</w:t>
        <w:br/>
        <w:t>С т е п а н&lt;br /&gt;</w:t>
        <w:br/>
        <w:t>Ні, чом же?&lt;br /&gt;</w:t>
        <w:br/>
        <w:t>(Дає руку Оксані).&lt;br /&gt;</w:t>
        <w:br/>
        <w:t>О к с а н а (дивиться на свою й Степанову руки)&lt;br /&gt;</w:t>
        <w:br/>
        <w:t>От, здається, руки чисті,&lt;br /&gt;</w:t>
        <w:br/>
        <w:t>проте, все мариться, що їх покрила&lt;br /&gt;</w:t>
        <w:br/>
        <w:t>не кров, а так... немов якась іржа...&lt;br /&gt;</w:t>
        <w:br/>
        <w:t>як на старих шаблях буває, знаєш?&lt;br /&gt;</w:t>
        <w:br/>
        <w:t>(Пускає його руку і лягає знов Говорить повільніше,&lt;br /&gt;</w:t>
        <w:br/>
        <w:t>млявіше, з перервами).&lt;br /&gt;</w:t>
        <w:br/>
        <w:t>У батенька була така шаблюка...&lt;br /&gt;</w:t>
        <w:br/>
        <w:t>вони її закинули... ми з братом&lt;br /&gt;</w:t>
        <w:br/>
        <w:t>знайшли... в війну побавитись хотіли...&lt;br /&gt;</w:t>
        <w:br/>
        <w:t>не витягли... до піхви прикипіла...&lt;br /&gt;</w:t>
        <w:br/>
        <w:t>заржавіла. Отак і ми з тобою...&lt;br /&gt;</w:t>
        <w:br/>
        <w:t>зрослись, мов шабля з піхвою... навіки...&lt;br /&gt;</w:t>
        <w:br/>
        <w:t>обоє ржаві...&lt;br /&gt;</w:t>
        <w:br/>
        <w:t>С т е п а н&lt;br /&gt;</w:t>
        <w:br/>
        <w:t>Ти, Оксано, вмієш&lt;br /&gt;</w:t>
        <w:br/>
        <w:t>зарізати словами без ножа.&lt;br /&gt;</w:t>
        <w:br/>
        <w:t>О к с а н а&lt;br /&gt;</w:t>
        <w:br/>
        <w:t>Та тільки ж се я вмію, більш нічого.&lt;br /&gt;</w:t>
        <w:br/>
        <w:t>Що-небудь же і я повинна вміти...&lt;br /&gt;</w:t>
        <w:br/>
        <w:t>(Мовчання).&lt;br /&gt;</w:t>
        <w:br/>
        <w:t>Як я умру, то не бери вже вдруге&lt;br /&gt;</w:t>
        <w:br/>
        <w:t>українки, візьми московку ліпше...&lt;br /&gt;</w:t>
        <w:br/>
        <w:t>С т е п а н&lt;br /&gt;</w:t>
        <w:br/>
        <w:t>Оксано!&lt;br /&gt;</w:t>
        <w:br/>
        <w:t>О к с а н а&lt;br /&gt;</w:t>
        <w:br/>
        <w:t>Всі ми ріжемо словами,&lt;br /&gt;</w:t>
        <w:br/>
        <w:t>а тут жінки плохі, вони бояться...&lt;br /&gt;</w:t>
        <w:br/>
        <w:t>С т е п а н (з мукою)&lt;br /&gt;</w:t>
        <w:br/>
        <w:t>Та пожалій себе й мене хоч трохи!&lt;br /&gt;</w:t>
        <w:br/>
        <w:t>О к с а н а&lt;br /&gt;</w:t>
        <w:br/>
        <w:t>Занадто я жаліла... В тім і горе...&lt;br /&gt;</w:t>
        <w:br/>
        <w:t>Якби я мала сили не жаліти,&lt;br /&gt;</w:t>
        <w:br/>
        <w:t>то вирвались би геть з сії кормиги —&lt;br /&gt;</w:t>
        <w:br/>
        <w:t>і ти б ослобонився від іржі...&lt;br /&gt;</w:t>
        <w:br/>
        <w:t>А так, вже чисто: ні собі, ні людям!&lt;br /&gt;</w:t>
        <w:br/>
        <w:t>С т е п а н&lt;br /&gt;</w:t>
        <w:br/>
        <w:t>Оксаночко! Поїдем на Вкраїну!&lt;br /&gt;</w:t>
        <w:br/>
        <w:t>Ну, я тебе прошу! Там батько-мати,&lt;br /&gt;</w:t>
        <w:br/>
        <w:t>родина, приятелі, там ти з ними&lt;br /&gt;</w:t>
        <w:br/>
        <w:t>розважишся.&lt;br /&gt;</w:t>
        <w:br/>
        <w:t>О к с а н а (одвертається)&lt;br /&gt;</w:t>
        <w:br/>
        <w:t>Я й в вічі не насмію&lt;br /&gt;</w:t>
        <w:br/>
        <w:t>їм глянути...&lt;br /&gt;</w:t>
        <w:br/>
        <w:t>С т е п а н&lt;br /&gt;</w:t>
        <w:br/>
        <w:t>Ну, в Київ подамося,&lt;br /&gt;</w:t>
        <w:br/>
        <w:t>помолимось, нехай нас бог простить,&lt;br /&gt;</w:t>
        <w:br/>
        <w:t>нехай тобі здоров'я верне!&lt;br /&gt;</w:t>
        <w:br/>
        <w:t>О к с а н а&lt;br /&gt;</w:t>
        <w:br/>
        <w:t>Нащо?&lt;br /&gt;</w:t>
        <w:br/>
        <w:t>Кому потрібне те моє здоров'я&lt;br /&gt;</w:t>
        <w:br/>
        <w:t>та й я сама?&lt;br /&gt;</w:t>
        <w:br/>
        <w:t>С т е п а н&lt;br /&gt;</w:t>
        <w:br/>
        <w:t>Мені, моя єдина!&lt;br /&gt;</w:t>
        <w:br/>
        <w:t>Я ж так тебе люблю!&lt;br /&gt;</w:t>
        <w:br/>
        <w:t>О к с а н а&lt;br /&gt;</w:t>
        <w:br/>
        <w:t>Т обі здається.&lt;br /&gt;</w:t>
        <w:br/>
        <w:t>Ти жалуєш мене, але любити...&lt;br /&gt;</w:t>
        <w:br/>
        <w:t>таки й нема за віщо... Я тепер&lt;br /&gt;</w:t>
        <w:br/>
        <w:t>така недобра стала, вередлива...&lt;br /&gt;</w:t>
        <w:br/>
        <w:t>С т е п а н&lt;br /&gt;</w:t>
        <w:br/>
        <w:t>Ні, ні, моя хороша!&lt;br /&gt;</w:t>
        <w:br/>
        <w:t>О к с а н а&lt;br /&gt;</w:t>
        <w:br/>
        <w:t>Я — хороша?&lt;br /&gt;</w:t>
        <w:br/>
        <w:t>Хоч би й була коли яка краса,&lt;br /&gt;</w:t>
        <w:br/>
        <w:t>то вже давно вона з обличчя спала...&lt;br /&gt;</w:t>
        <w:br/>
        <w:t>С т е п а н (гладить її руку, низько похиливши голову)&lt;br /&gt;</w:t>
        <w:br/>
        <w:t>Ти шарпаєш себе речами тими.&lt;br /&gt;</w:t>
        <w:br/>
        <w:t>Не треба стільки говорити...&lt;br /&gt;</w:t>
        <w:br/>
        <w:t>О к с а н а&lt;br /&gt;</w:t>
        <w:br/>
        <w:t>Правда...&lt;br /&gt;</w:t>
        <w:br/>
        <w:t>С т е п а н&lt;br /&gt;</w:t>
        <w:br/>
        <w:t>Та й що картатися словами, люба?&lt;br /&gt;</w:t>
        <w:br/>
        <w:t>Нас доля так уже скарала тяжко,&lt;br /&gt;</w:t>
        <w:br/>
        <w:t>що, певне, й бог простить усі гріхи.&lt;br /&gt;</w:t>
        <w:br/>
        <w:t>Хто кров із ран теряв, а ми із серця.&lt;br /&gt;</w:t>
        <w:br/>
        <w:t>Хто засланий, в тюрму замкнутий був,&lt;br /&gt;</w:t>
        <w:br/>
        <w:t>а ми несли кайдани невидимі.&lt;br /&gt;</w:t>
        <w:br/>
        <w:t>Хто мав хвилини щастя в боротьбі,&lt;br /&gt;</w:t>
        <w:br/>
        <w:t>а нас важка, страшна душила змора,&lt;br /&gt;</w:t>
        <w:br/>
        <w:t>і нам не вділено було снаги&lt;br /&gt;</w:t>
        <w:br/>
        <w:t>ту змору подолати...&lt;br /&gt;</w:t>
        <w:br/>
        <w:t>О к с а н а (спокійніше й лагідніша, ніж досі)&lt;br /&gt;</w:t>
        <w:br/>
        <w:t>Так, се правда.&lt;br /&gt;</w:t>
        <w:br/>
        <w:t>Але ніхто сього не зрозуміє,&lt;br /&gt;</w:t>
        <w:br/>
        <w:t>поки ми живі. Отже, треба вмерти.&lt;br /&gt;</w:t>
        <w:br/>
        <w:t>Ти, певне, довше проживеш, ніж я, —&lt;br /&gt;</w:t>
        <w:br/>
        <w:t>до рук тобі свій заповіт віддам я,&lt;br /&gt;</w:t>
        <w:br/>
        <w:t>а ти його передаси родині&lt;br /&gt;</w:t>
        <w:br/>
        <w:t>і братчикам, хто ще живий лишився.&lt;br /&gt;</w:t>
        <w:br/>
        <w:t>С т е п а н (з гострою тугою)&lt;br /&gt;</w:t>
        <w:br/>
        <w:t>Ой, краще б я тобі таке казав!&lt;br /&gt;</w:t>
        <w:br/>
        <w:t>О к с а н а (підводиться й прихиляє його до себе)&lt;br /&gt;</w:t>
        <w:br/>
        <w:t>Ні, любий, ти на світі потрібніший,&lt;br /&gt;</w:t>
        <w:br/>
        <w:t>тобі ще є про що й про кого дбати.&lt;br /&gt;</w:t>
        <w:br/>
        <w:t>Борцем не вдався ти, та після бою&lt;br /&gt;</w:t>
        <w:br/>
        <w:t>подоланим подати пільгу зможеш,&lt;br /&gt;</w:t>
        <w:br/>
        <w:t>як ти не раз давав... На бойовиську&lt;br /&gt;</w:t>
        <w:br/>
        <w:t>не всі ж померли, ранених багато...&lt;br /&gt;</w:t>
        <w:br/>
        <w:t>поможеш їм одужати, то, може,&lt;br /&gt;</w:t>
        <w:br/>
        <w:t>колись там... знов зібравшися до бою,&lt;br /&gt;</w:t>
        <w:br/>
        <w:t>вони тебе згадають добрим словом...&lt;br /&gt;</w:t>
        <w:br/>
        <w:t>а як і ні — не жалуй, що поміг.</w:t>
      </w:r>
    </w:p>
    <w:p>
      <w:r>
        <w:br/>
        <w:t>Сидять якийсь час мовчки, обнявшись.</w:t>
      </w:r>
    </w:p>
    <w:p>
      <w:r>
        <w:br/>
        <w:t>С т е п а н (підводиться і подає Оксані руку)&lt;br /&gt;</w:t>
        <w:br/>
        <w:t>Ходім, я заведу тебе до хати.&lt;br /&gt;</w:t>
        <w:br/>
        <w:t>Бач, сонце вже навзаході.&lt;br /&gt;</w:t>
        <w:br/>
        <w:t>О к с а н а&lt;br /&gt;</w:t>
        <w:br/>
        <w:t>Ходім&lt;br /&gt;</w:t>
        <w:br/>
        <w:t>(Спираючись на руку Степанову, іде до будинку.&lt;br /&gt;</w:t>
        <w:br/>
        <w:t>Не доходячи рундука, спиняється і обертається,&lt;br /&gt;</w:t>
        <w:br/>
        <w:t>дивлячись на західне сонце, що вже зникає за обрієм).&lt;br /&gt;</w:t>
        <w:br/>
        <w:t>Добраніч, сонечко! Ідеш на захід...&lt;br /&gt;</w:t>
        <w:br/>
        <w:t>Ти бачиш Україну — привітай!&lt;br /&gt;</w:t>
        <w:br/>
        <w:t>27-29.IV 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Бояриня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