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Божественність любові</w:t>
      </w:r>
    </w:p>
    <w:p>
      <w:r>
        <w:br/>
        <w:t xml:space="preserve"> Я розмовляв з любові древнім духом,&lt;br /&gt;</w:t>
        <w:br/>
        <w:t>Що вмер до того, як родивсь Амур,&lt;br /&gt;</w:t>
        <w:br/>
        <w:t>Й не думаю, щоб те, що власним вухом&lt;br /&gt;</w:t>
        <w:br/>
        <w:t>Почув, сприйматись мало б вже, як дур, –&lt;br /&gt;</w:t>
        <w:br/>
        <w:t>Бо хто любові краще суть збагне.&lt;br /&gt;</w:t>
        <w:br/>
        <w:t>Свій присуд доля в цих словах верне:&lt;br /&gt;</w:t>
        <w:br/>
        <w:t>Любить слід ту, що любить не мене.</w:t>
      </w:r>
    </w:p>
    <w:p>
      <w:r>
        <w:br/>
        <w:t>Й тоді вже знали: щоб міг розгоріться&lt;br /&gt;</w:t>
        <w:br/>
        <w:t>Вогонь любові, й час не загасив, –&lt;br /&gt;</w:t>
        <w:br/>
        <w:t>Повинні антиподи два зустріться,&lt;br /&gt;</w:t>
        <w:br/>
        <w:t>З активом поєднати слід пасив;&lt;br /&gt;</w:t>
        <w:br/>
        <w:t>Й тут недостатнім буде щось одне:&lt;br /&gt;</w:t>
        <w:br/>
        <w:t>Любов іще сповна не осяйне,&lt;br /&gt;</w:t>
        <w:br/>
        <w:t>Як ту люблю, що любить і мене.</w:t>
      </w:r>
    </w:p>
    <w:p>
      <w:r>
        <w:br/>
        <w:t>Прогрес вже в нас, торкнувсь він і любові;&lt;br /&gt;</w:t>
        <w:br/>
        <w:t>Старих богів заміщують нові,&lt;br /&gt;</w:t>
        <w:br/>
        <w:t>Й поблажливі вони більш у розмові,&lt;br /&gt;</w:t>
        <w:br/>
        <w:t>Та лиш сумбур від цього в голові;&lt;br /&gt;</w:t>
        <w:br/>
        <w:t>Сум'яття серце й розум огорне&lt;br /&gt;</w:t>
        <w:br/>
        <w:t>Й колишню ясність з думки прожене:&lt;br /&gt;</w:t>
        <w:br/>
        <w:t>Любить слід ту, що любить не мене.</w:t>
      </w:r>
    </w:p>
    <w:p>
      <w:r>
        <w:br/>
        <w:t>Вагання й сумнів можуть погубить –&lt;br /&gt;</w:t>
        <w:br/>
        <w:t>Не знаю уже й сам я, що робить:&lt;br /&gt;</w:t>
        <w:br/>
        <w:t>Або її, невірну, розлюбить,&lt;br /&gt;</w:t>
        <w:br/>
        <w:t>Або ж мене заставить полюбить;&lt;br /&gt;</w:t>
        <w:br/>
        <w:t>Вона ж тоді лиш вдавано зітхне,&lt;br /&gt;</w:t>
        <w:br/>
        <w:t>Ту, що любив, як змушу і мене&lt;br /&gt;</w:t>
        <w:br/>
        <w:t>Кохати – й неодмінно обмане.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Божественність любові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