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Бронзова дівчина</w:t>
      </w:r>
    </w:p>
    <w:p>
      <w:r>
        <w:br/>
        <w:t xml:space="preserve"> &lt;p&gt;Бронзова дівчина.</w:t>
      </w:r>
    </w:p>
    <w:p>
      <w:r>
        <w:br/>
        <w:t>(ОПОВІДАННЯ).</w:t>
      </w:r>
    </w:p>
    <w:p>
      <w:r>
        <w:br/>
        <w:t>Незабутньому проф. Кроненберґові.</w:t>
      </w:r>
    </w:p>
    <w:p>
      <w:r>
        <w:br/>
        <w:t>Через пять літ після того випадку, вона мала вже високі груди, міцні мязи, горде, виразне, спіжове обличчя, зі злегка орликим, енергійним носом і блискучо-жорстокими, жагучими, вугляної барви, очима, які впиралися і наскрізь пронизували, мов два сталеві мечі, на кого падав їх гострий погляд.</w:t>
      </w:r>
    </w:p>
    <w:p>
      <w:r>
        <w:br/>
        <w:t>А звалася Євдоха. Імя... ну..., як бачите. Незавидне... Та стан її напевно здався-б на найкращого манекіна в паризькім магазині мод. Але, хто непрошений хотів пізнати її кохання, яке палаючим промінням лилось з її грудей, той діставав таку відсіч, що й десятому заказував. Тоді сталевий блиск її очей горів зрадливо й суворо, а два рядки перлів в її устах лоскотливо сміялись, — ті різці, що люблять барву крови.</w:t>
      </w:r>
    </w:p>
    <w:p>
      <w:r>
        <w:br/>
        <w:t>Вона була дочка Opaнґ-Утанґа-Оксентого. Це був самець прекрасної породи, оден з тих рідких примірників, що мають Геркулесову поставу, міцні лапи з широчезними долонями, шерсткі як тертка, а на чолі й підборіддю тропічний праліс, який розшарпали в безладдю пережиті бурі.</w:t>
      </w:r>
    </w:p>
    <w:p>
      <w:r>
        <w:br/>
        <w:t>Не нам судити його діла! Не нам розгадувати його природу... Вони кезбагнуті, як глибина світів. Вона зродила такого Оксентого, на щось сказала йому йти в життя, дала йому лргсвисько і тільки... Ага! Ще, вибачте. Вона дозволила йому зоставити на землі нащадків, а самому знову зникнути в безвісті. Він зник за революції. Казали, що він умер, але ще в агонії тої красної доби; його хотіли (лиш короткий час) наперекір природі, випхнути на становище предкомбіду. Та природа спротивилась. Вона призначила йому звірячу долю, ролю самця й край. Один кивок у напрямі порушення її бажань скінчився катастрофою. Він умер... Та він і не знав, чого від нього хотіли. Сміялися з нього?... Дивно! Чого? Чому? Ге! — гикав він у хвилинах гумору, підчас одної сплячки на лавках у Гершка. — Ге! Груди мої — гармонія. Риплять. Лупають руки на згибах, тільки смаровидла просять. Зарепіли-б і у вас, коли-б ними тягнув пів віку трачкову пилку. В Суражчині, їй-богу не брешу, сосни у три обхвати полосував як стій. А сосни-ж то, — сосни! Смолки, а пила в них ніби в розпеченім залізі.</w:t>
      </w:r>
    </w:p>
    <w:p>
      <w:r>
        <w:br/>
        <w:t>Го-оо! — і він тонув у скі, підпершися в побілену крейдою стіну, лише час від часу прокидався, щоб почухатися та чвиркнути куточком рота прудко й далеко, куди попало. Плечі мав завжди оббілені, а що ніколи не вживав таких річей, як щітка, то на них утворилося щось, якби броня, яку ледві чи пробила-б знесилена кулька.</w:t>
      </w:r>
    </w:p>
    <w:p>
      <w:r>
        <w:br/>
        <w:t>Його самка... Але даруйте. Хвилиночку терпцю. її звали Марина. її дочку я знав ще тоді, коли наш край палав у заграві пожеж, а на небосхилах гойдався безустанну попелястий дим, який, мов хвилі мору, розгойдував увесь світ. Ех, і час був! Мороз так шкварить по спині... Голод танцював, сала не було... Тоді й Євдошку бачив що ранку, як вона шалено мчала селом у подертій, брудній сорочині, що хльостала по її голих колінятах остріпаними торочками. — Дайте хліба шматочок, муркала, й тикала сіпком немиту ручку, яку зараз-же шарпала назад, немов боячись, що по ній шмигне хто ломакою. А ручка та худа-а! Лиш сухожили та кістки.</w:t>
      </w:r>
    </w:p>
    <w:p>
      <w:r>
        <w:br/>
        <w:t>Одного ранку сидів я у хаті, коли чую, рипнули двері. Оглянувся — вона мов привид, стояла й тикала рукою. Подав їй шкоринку ячмінного, гливялого хліба, та раптом згадав: в мені-ж кипіла дика злість до неї й помсту ще носив в грудях. Я кинувся до дверей, але бачив лиш здаля її дрібненьку постать, що мчала вулицею. Вітрець лиш маяв її волоссям, та тріпотів остріпакими торочками. Я всунув пальці під язик і тільки звучно свиснув їй у слід.</w:t>
      </w:r>
    </w:p>
    <w:p>
      <w:r>
        <w:br/>
        <w:t>Я мав порядну на неї злість, чи може скоріше на її матір. Мала Євдошка була лиш те, на чому міг би я зігнати лють і стерти у собі сліди сорому.</w:t>
      </w:r>
    </w:p>
    <w:p>
      <w:r>
        <w:br/>
        <w:t>Одної осени в неділю чималий гурт хлопчаків спинив бійку. Ми тічнею котилися городами, на яких зібрані були вже овочі, ховаючися за плоти й бгіжі, ціляючи меткі камінці назустріч противника. В тій банді, до котрої належав і я, було менше, ніж у противній, на нас уперто напирали, а ми безсоромно відступали крок за кроком назад. Та раптом — натиск, град каміння і ми врозтіч. Позаду нас долина й провалля каменоломів, на право високий бгіж. Мої спільники сипнулися в каменоломи, а я метнувся і вмлівіч лежав в густому, високому листі хрону в сусідньому городі, тримаючи на поготовї камінець, яким намірявся пошпурити в голову першому нахабі. Увага й очі мої були лише там, звідки чути вереск, та глухе гупання ніг — то плигали через перелази. Я, мов маленьке звіря, сидів готовий до скоку, а з чола котився піт...</w:t>
      </w:r>
    </w:p>
    <w:p>
      <w:r>
        <w:br/>
        <w:t>— О-о-о! ти! Ходи сюди!...</w:t>
      </w:r>
    </w:p>
    <w:p>
      <w:r>
        <w:br/>
        <w:t>Коли раптом... Ні, це була постороння сила... Я не мав ні думки, кі розваги. Звіряча злість, блиск очей, надмірне хотіння побіди, аби хоч завдати біль противникові... і цей раптовий і нежданий міцний стусан у карк, від якого я квакнув як жаба і прикусив язика. Почув у роті солену слинку і харкнув, та в ту-ж мить піднятий був за комір і пару разів, мов котеням яким, ударено мною об землю.</w:t>
      </w:r>
    </w:p>
    <w:p>
      <w:r>
        <w:br/>
        <w:t>І оглянутися не можна. За комір душили якісь залізні обценьки. Моя маленька істотка затріпала. Я скорчився і мабуть посинів, язик поліз з рота, в горлі зяви-лися якісь сучки і зі страшною швидкістю підбадьорюючи значними в мій задок копняками, протащено мене через город. Густий і хрипливий баритон ревів над самим вухом:</w:t>
      </w:r>
    </w:p>
    <w:p>
      <w:r>
        <w:br/>
        <w:t>— А-а-а! Різуне ! Прийшов мені бараболю толочити ! Та в задок мене, та з задок, та термосило мною</w:t>
      </w:r>
    </w:p>
    <w:p>
      <w:r>
        <w:br/>
        <w:t>наче я був яка дернюка, з якої хочуть витрясти всю землю, щоб краще всохла. Хотів вереснути, та в горлі ті прокляті сучки. Хотів протестувати цілим тілом, та чув, що ноги теліпаються, як непотрібні, і не находять під собою землі. Лечу, ніби в повітрі, мов ангел.</w:t>
      </w:r>
    </w:p>
    <w:p>
      <w:r>
        <w:br/>
        <w:t>Я знав, що це насильство, образа чужої волі, та щож робити? Ш.о? Мене, мов здохле курча протащено геть під гору, до якоїсь буди, пропущено крізь пару дверей, де вдарив у ніс якийсь сморід і копняком в задок вистрілено на вулицю, в багнюку, куди я телепнув, як лантух борошна. Ну-ж і копняк це був! Признаюсь, в моїх оченятах блиснули безподібні чортики і аж коли гепнув у грязь, пізнав, який він був дошкульний... Я не міг відразу звестися на ноги, а коли звівся, то по коліна стояв у найбільшій гущі, яка потоком підпливала аж до брудних, задріпаних стін і опиралася об них, немов об греблю. О, скільки злости в мені клекотіло!... Я весь кипів і готовий був знову сунутися в крівавий бій з моїм насильником.</w:t>
      </w:r>
    </w:p>
    <w:p>
      <w:r>
        <w:br/>
        <w:t>Гадав, що був це який здоровенний дядько. Та яке-ж було моє здивовання, коли з дверей облупленої буди виглянула патлата пика нікого иншого, як Марини. Вона грозила дебелим кулаком, вибубнюючи:</w:t>
      </w:r>
    </w:p>
    <w:p>
      <w:r>
        <w:br/>
        <w:t>— Ти, гариштанте, шибенику! Ти попадись мені ще раз у лапи. Я з тебе випущу твої смердячі тельбухи!...</w:t>
      </w:r>
    </w:p>
    <w:p>
      <w:r>
        <w:br/>
        <w:t>При чому її щелепи з парканом здорових, білих зубів кланцали, мов терлиця. Від себе в ту ж мить післав я їй камінчика, який лишився був у моїй кишені і який з шумом бацнув у стіну, відбивши добру латку тинку. Від злости й захєату не вцілив. Ах, що за досада. Мені-ж хотілося так, так боляче хотілося, викресати кілька тих білих зубів.</w:t>
      </w:r>
    </w:p>
    <w:p>
      <w:r>
        <w:br/>
        <w:t>У-у-у, відьмо! Не находив більше слів, лиш потрясав обдріпаним кулачком... Від стіп до вух у багнюці, мов та безрога душного дня. Але в душі поклявся тут-же, люто помститися за образу. Коли-б умів я тоді бути свідомим свого становища, то воно зовсім булс-б незавидне. Я почував ломоту у карку, язик у роті розпух, а на губах засохла кров. Не кажу вже про инші частини мого лицарського тіла. А мокрий, холод. Ні, рішуче ні, мені було погано, бо вітер дув із заходу, брудні хмари юрбилися час від часу і поливали дощиком, мене пронизувало...</w:t>
      </w:r>
    </w:p>
    <w:p>
      <w:r>
        <w:br/>
        <w:t>І от за це саме я ніс з собою думку помсти, щоб змити цю пляму образи. Тому й хотів звалити свою кару на Євдошку. Я чигав на неї, як кіт на мишу, й радів у думці, як то звиватиметься в моїх лапах ця голодна, нужденна тваринка. Я був жорстокий у ту мить, і ця жорстокість тішила мене...</w:t>
      </w:r>
    </w:p>
    <w:p>
      <w:r>
        <w:br/>
        <w:t>Час ішов. Злоба моя вгасала. Зима несла на весну голод і Євдошка бігала щодня від хати до хати. Оксен-тій умер ще перед голодом, зимою. Він властиво не вмер, а замерз.</w:t>
      </w:r>
    </w:p>
    <w:p>
      <w:r>
        <w:br/>
        <w:t>Була дошкульна зима, в його буді страшний холод. Щодня ходив до Гершка і там дрімав, борючися з поривами страшного коклюшу. Та на ніч мусів волоктися до себе, де й задубів одної ночі.</w:t>
      </w:r>
    </w:p>
    <w:p>
      <w:r>
        <w:br/>
        <w:t>Численне його потомство розлізлося. Нераз просив він Бога (він Бога уявляв собі таким-же лютим, як і життя його), щоб він скрутив їх хоч половину, але той був глухий і німий. Усі росли, як дубчаки і в світ пішли. Один вибрав за ремесло шугання по лісах з обрізом, при чому темна ніч йому служила вірну службу. Васька потюпала у місто, лише Василь... він вибрав дрібне ремесло... Він завжди дивувався, за що його ведуть у тюрму. Якане-будь паршива курка? Пфе! За те, що він скрутив їй шию ?... В селі прозвали його курокрадом.</w:t>
      </w:r>
    </w:p>
    <w:p>
      <w:r>
        <w:br/>
        <w:t>Дома лишилася одна найменша Євдошка та стара Марина, яка була така ледача, що воліла мерзнути, трястись денебудь в лахах на печі, ніж принести яку вязку з ліса дров.</w:t>
      </w:r>
    </w:p>
    <w:p>
      <w:r>
        <w:br/>
        <w:t>Євдошка мерзла, тремтіла. Євдошка щоранку вставала й зустрічав її гробовий спокій буди, що мала лише дві малесенькі віконечка, й оброслі інеєм стіни. А коли голод притискав Марині черево, вона зганяла копняком свого виплодка, шпурляла з себе обсовану на печі, подерту лаху тикала під ніс здоровечі Оксентові ще чоботи й казала: іди! І та йшла, чи краще бігла. Вона ніколи не кодила, навіть зимою, коли було пів метра снігу, в якому вона ледве тягнула тяжкі чоботиська... Відчинивши двері чужої хати, вона відразу входила. Разів пару заглянула, чи не грозить їй яка небезпека. Це ввійшло в неї у звичку. Мов заляканий песик, на кожнім кроці ждала ударів, лайок, штовханів. Найбільшими її ворогами були собаки й діти. Часом й старі, яким вона обридла вже, кляли її здорову, задубілу від лежні, матір і випихали в сіни, куди летіла дівчина сторчака назустріч якомусь Рябкові, що шкірив на неї ікла й гарчав.</w:t>
      </w:r>
    </w:p>
    <w:p>
      <w:r>
        <w:br/>
        <w:t>І здавалося, що дівча попало в бурну хвилю, в море, де прибережні скелі й підводні каміні готові що хвилі розторощпти її човник. Здавалося, що вона, мов ви-рід демона проклятого, що шугає в світі, мов зацьковане гончими звірятко, якому кожна хвилька може урвати нитку його життя. Але всеможна, нєзбагнена сила духа, який опанував усе ж її єство, тягнув її крізь сумерки й бурі й нещастя вперед... Чи бачила вона свою зорю? О, ні І Вона не бачила. Вона хотіла їсти й пити. І їла вона мало, це що попало й коли попало. Решту виносила своїй родительці, яка клякла з холоду в своїй печері й ждала.</w:t>
      </w:r>
    </w:p>
    <w:p>
      <w:r>
        <w:br/>
        <w:t>Але, де Бона брала енергію, щоб жити? Звідки? Вона-ж ніколи навіть не ходила, тільки завжди бігала. Це було звірятко, правдиве звірятко в людській подобі, і рухи й поводження були звірячі. Метка й жвава, вона, як її били, наче вюн виховзувалася з рук і, кинувши якусь лайку, в ту-ж мить зникала. Вона боялася навіть лаятися, бо завтра-ж голод знову притащить її туди-ж саме й вона знала, що рука її не мати-ме більше шкоринки черствого хлібця. З похиленою вперед голою головою, з розтріпаним волоссям, розтинала вона повітря, й мчала. Вітер тріпав її лахами, рвучи й крутячи її, наче віхоть соломи, або лист, що відірвався від завмерлої галузки...</w:t>
      </w:r>
    </w:p>
    <w:p>
      <w:r>
        <w:br/>
        <w:t>Настав голод. Вояки чужої, ворожої нації блукали в мертвому селі й робили реквізиції масла й сметани, яка мабуть дорожчою була і рідшою від радію. Вони обшарпували останні лахи нужденних і безборонних тіл, які снували мов голодні пси, мов ті могильні тіни. А Євдошка все бігала, лиш уже не давав їй ніхто. Штовхани й копняки примушували її вилітати з хати й бігти селом, а весна наступала, сміялися поля й вітер теліпав брудною сорочинкою дівчини. І бігла вона, все бігла далі, відбиваючи з усіх сторін, мов спритний фехтівець безжалісні удари коси смерти. І хоч тіло її було часом все у синяках й сильно боліло, її мала, суха, спіжова постать була гнучка й міцна. Погляд гострий, бистрий, а чорні оченята, ніби застукані у нірці мишенята перед обличчям ко-та-смерти. В боротьбі за істнування, не знаю, чи знайшов би хто з нас хоч на одну йоту більше витревалости й комбінацій від цієї дикої, двоногої тварючки. І за цю свою хоробрість, за це своє уміння, стратегічне вміння, вона ані один-однісінький разочок у життю не чула ні похвали, ні ласки, ні навіть вдячного погляду. її окружения було жорстоке, доля шпурнула її на саме дно безодні, де кожна мить, де кожний крок — то смерть —</w:t>
      </w:r>
    </w:p>
    <w:p>
      <w:r>
        <w:br/>
        <w:t>Гидко про це писати... Тремтить рука й істоту всю батюжить сипна гарячка... Хочеться в злобі, в розпачі, шпурнути все, взагалі все, в смердячу яму дна, де чвакає пащекою незломлена смерть, з якого бється світ у нерівнім герці.</w:t>
      </w:r>
    </w:p>
    <w:p>
      <w:r>
        <w:br/>
        <w:t>Чекайте... Я ще не впав, о, ні!... Я ще живу, йду! Моє чоло ще горде. В моїх грудях бушує люта злість, і посинілими, пінявими устами хочу я Еиблювати на втіху світові ще одну квітку, й цим побільшити ціну його геройського вінця.</w:t>
      </w:r>
    </w:p>
    <w:p>
      <w:r>
        <w:br/>
        <w:t>Коли в огні повстань палахкотів мій край і бушував лютий, розярений голод, Євдошка мчала мов вічний докір, селом, навіть тоді, коли не їла, коли в її роті висихала слина й ущухав огонь її гарячих очей.</w:t>
      </w:r>
    </w:p>
    <w:p>
      <w:r>
        <w:br/>
        <w:t>Коли я зустрічав її, в мені здіймалася дика злість звіряти, я кидався на неї безборонну і бив... бив кулаками, жаліючи, що їй ще мало боліло, що я не маю досить сили. Мені самому хотілося жерти, та все таки моя мама давала їй цілушку хліба й вона приходила, приходила, хоча знала, що буду її бити.</w:t>
      </w:r>
    </w:p>
    <w:p>
      <w:r>
        <w:br/>
        <w:t>Та прийшов час, коли їй усі відмовили всього. До дому не принесла вона навіть гнилої бараболі, а мати пухла на печі.</w:t>
      </w:r>
    </w:p>
    <w:p>
      <w:r>
        <w:br/>
        <w:t>Тоді Євдошка зникла з села. Куди, ніхто не знав, а може й знав, та не я. Я не знав. Коли-ж зявклась знову на вулиці свого села, то була вже не сама. Вона мала при собі ще маленького, гарного, клаповухого щеню-ка, який на диво був забавний і смішний. До якої породи належав, трудно сказати. Це видно мішанина дакеля з простим дворовим собачкою. Він мав лискучу чорну шерсть, його писочок і клаповухі вуха скидались на якусь щітку, такі були оброслі, а ніс оздоблювали ґре-надірські вуса. Як, і де дістала вона його, для мене таємниця. Як видно, доля дала їй того собачку, як збавлен-ня від голодної смерти. Це пахло ніби чудом, бо від цього часу дівча і песик ходили разом по хатах, при чому Євдошка бігала по старому, а за нею клубком котився чорний песик, збиваючи хмари куряви.</w:t>
      </w:r>
    </w:p>
    <w:p>
      <w:r>
        <w:br/>
        <w:t>Вони заходили обоє иа подвіря, (бо в хату не пускали пса) і, чи був хто в хаті, чи не був, починали обоє співати. Себто? — питаєте, співати? Співала, може, дівчина ? О, ні, мої милі. Співали власне вони обоє, дослівно обоє. Вона співала якусь незнану мені, не народню й не сяіпецьку пісню. Зовсім з неукраїнським духом. Там було про дівчину, що впала з неба в пекло і ціле життя просила ясні зорі вивести її з безодні. При чому песи-чск спирався на задніх лапках, підносив вгору передні, примружував зарослі густою шерстю оченята, роздзявлю-вав мордочку й співав й собі у тон. І він дійсно співав — не вив, співав із чуттям, понижуючи, чи підвищуючи в міру потреби токи, вкладаючи у них усю свою собачу душу І Може він переживав усі страждання своєї пані, її всі болі до найглибших закуточків, та все таки його фігурка й постава викликували найвєселіший сміх. Його примружені сентиментальні оченята, і носик і лапки, якими він кемов проскз, кривили в усмішку найсуворіші обличчя селян і в його зуби латів який сухар, чи варена бараболя. Песик не їв. Він обережно брав це в зуби й клав в полу своєї пані, після чого вони мчали далі. Собачка й дівчина збудили цікавість і любов до себе. Євдошка була тепер певна, що кожного вечора вона нагодує хлібом свою матір.</w:t>
      </w:r>
    </w:p>
    <w:p>
      <w:r>
        <w:br/>
        <w:t>Революція пройшла мов буря, як гидра стоголова, спиналась аж до неба, та міцна рука жандарма вігкала в її серце гострий ніж, і от конаючи в передсмертель-кій аґонії, величезний труп шелепнув раптом на сиру землю. Ще труп не охолов. Ще бється й дріжить у серці ніж, а з рани булькотить і піниться гаряча кров. На грудях гордо, впиваючися побідою, стоїть жандармський</w:t>
      </w:r>
    </w:p>
    <w:p>
      <w:r>
        <w:br/>
        <w:t>І от по парі років, приїхав я знову до рідного села. Була весна. Цвіли дерева й голубінь неба, розпята над цвітучою землею, розбуджувала в мені захват. Я вже підріс, на моїх губах зійшов мошок будучої окраси мужчини. З грудей так і била молодість, сила й радість. Голос набув приємної хрипкости і в його токах почулися перші ознаки баритону. Блукаючи зеленими полями, між небом і землею, один в широкому просторі, мимоволі стаєш забавкою спокусливих дум... Проносяться в думках і вечорі й кохання й соловейко і всяка инша нісенітниця. І манить даль, й боїшся її, і надії з розпукою в серці ведуть боротьбу... і разом, ах, хто там знає, що...</w:t>
      </w:r>
    </w:p>
    <w:p>
      <w:r>
        <w:br/>
        <w:t>Йшов у ліс, любувався полями, і водночас почував порожнечу. Мені хотілося мати знакомих, найкраще-б якусь ."п", що була-б царівною з казки, що вміла-б і манити і гаряче любити. В блуканню непомітно спав на землю вечір.</w:t>
      </w:r>
    </w:p>
    <w:p>
      <w:r>
        <w:br/>
        <w:t>Я звернув з поля І межею, поміж зеленим житом, яке ще не вибило колосся, пройшов у сад своїх знайомих. Запущений старий садок. Глибока тиша і воркотіння за садом голуба, якось особливо чутко чути. Чути також скоки й скавчання здорового, рябого пса, якого я вже знав здавна і якого побоювався. Та він на ланцюгу і все безпечно. І дивно. У цьому садку я не був уже два роки, хоча знайомий мені тут майже кожний кущик. Он ті розлогі яблуні, серед котрих ми будували барикади і звірсько били в бляхи, що мало означувати гук гармат і клекіт скорострілу. Он дерево, яке обгриз голодний кінь, що тинявся дикий по полях і он там далі здох у бу-знику. А там он за городом стовп. Камінний стовп, старий, зчорнілий, оброслий мохом. Там, кажуть, вішальник похований був, тепер він ледве, ледве манячив у поно-чах, забувши мабуть зовсім, що під ким розстріляно пятьох людей.</w:t>
      </w:r>
    </w:p>
    <w:p>
      <w:r>
        <w:br/>
        <w:t>У темноті й гущавині кущів блищить світло. Я знаю звідки воно. Там тьма і з її лона, ніби прибите в повітрі, блищить вікно. Я також знаю, що це вікно веде в їдальню, де в цей саме час на шерокому столі гудить теплий самовар. Він не шипить. Давно вже випили всі чай і розбрелись. Лише мабуть мій друг, той самий, з котрим будували барикади, сидить сам один, зігнувшися над книжкою й читає. Перед ним холодна чащка з недопитим чаєм, а вікном гудуть глухо ще не заснулі бджоли в уликах.</w:t>
      </w:r>
    </w:p>
    <w:p>
      <w:r>
        <w:br/>
        <w:t>Над цею тишою колись ревіла буря, та пронеслася майже безслідно. Зрубай обгризле дерево — і в воду всі сліди. Я підійшов до дому, якого ще не видно з темноти й почув з відчиненого вікна:</w:t>
      </w:r>
    </w:p>
    <w:p>
      <w:r>
        <w:br/>
        <w:t>Ципльонок жарений,</w:t>
      </w:r>
    </w:p>
    <w:p>
      <w:r>
        <w:br/>
        <w:t>Ципльонок варений,</w:t>
      </w:r>
    </w:p>
    <w:p>
      <w:r>
        <w:br/>
        <w:t>Ципльонок тоже хочет жїть...</w:t>
      </w:r>
    </w:p>
    <w:p>
      <w:r>
        <w:br/>
        <w:t>Виспівує потиху жіночий голос. Я знаю цей голос. Мені знайомий його кожний тамбр. По цьому голосі я пізнаю й обличчя, веселе й байдуже... аж занадто, як колись здавалось, байдуже. Я знаю, це сестра мойого друга, яку він кликав Люба. Я не пішов у двері, лиш просто на огонь і заглянув крізь відчинене вікно в їдальню. Люба шила. Моя уява помилилась. На столі замість самовару, восьмого нумеру нафтова лямпочка з порцеляновим блідо-зеленим абажуром. Ні приятеля, нікого иншо-го не було. Сама одна. У другому углі, в кутику закритому великим кущем бозу, мало помітний вогник. То кухня. Там, видно, порається хтось, але мені до того діла мало.</w:t>
      </w:r>
    </w:p>
    <w:p>
      <w:r>
        <w:br/>
        <w:t>— Кахи!...</w:t>
      </w:r>
    </w:p>
    <w:p>
      <w:r>
        <w:br/>
        <w:t>Люба підняла голову й глянула в вікно.</w:t>
      </w:r>
    </w:p>
    <w:p>
      <w:r>
        <w:br/>
        <w:t>— А між иншим, ви, знаєте — почала вона... Ні, ні... Не рухайтесь. Стійте. Стійте так між вазонами... — Я став між вазонами.—Отак. Чудесно. Ви гарні, так і знайте... Мені здається, що я вже бачила вас у такому стані, якраз у такому і перед цим вікном. Наші бандити пішли до озера ловити рибу при лучині... А мама спить. Але ви можете заглянути на хвильку.</w:t>
      </w:r>
    </w:p>
    <w:p>
      <w:r>
        <w:br/>
        <w:t>Я розсунув горщечки вазонів і піднявшись на руки, плигнув до середини, просто на стару, не мягку вже канапу, що стояла під вікном. Люба не протестувала, ані не дивувалася мойому лицарському вчинкові. Ми привіталися за руки й почали розмову зовсім не ту, яку звичайно провадять знайомі люде, що не бачились два роки. Вона такаж, як і була, на йоту не змінилася, здається навіть те саме убрання з облізлою рукою плюшу. Я, звичайно змужнів, виріс. Мої вусики хутко попросять бритви, але я не повинен того робити. Мужчина, як я ще ним буду, значно кращий з вусами, а коли голиться, то та щетина дуже опісля противна.</w:t>
      </w:r>
    </w:p>
    <w:p>
      <w:r>
        <w:br/>
        <w:t>Балакали про наукові справи, як моя знакома в школах була, як в інтернаті при місяці, на вікні, в одній сорочці, через зарослі сади на вулицю кидали наперфумо-вані хусточки офіцерам, як плели наушники на фронт салдатам. Билися бувало за незнайомого офіцера, за коси тягали одна другу... А між иншим, сказала вона... у нас сумно тепер. Страшно сумно. Вчера приходила тая... як її... ну та Явдошка...</w:t>
      </w:r>
    </w:p>
    <w:p>
      <w:r>
        <w:br/>
        <w:t>— Явдошка?</w:t>
      </w:r>
    </w:p>
    <w:p>
      <w:r>
        <w:br/>
        <w:t>— Так. Вона зі своїм псом. Що за собачка! Розкішний, забавна, цяцьочка. Мій собачка, мій...</w:t>
      </w:r>
    </w:p>
    <w:p>
      <w:r>
        <w:br/>
        <w:t>— Я знав її... Та вона перебила... Є-е! Колись... Ой ви послухали-б тепер. Ну, що вам концерт... Цей собачка, куди... Це є собачий Шаляпін. У нас була спеціяльно ціла компанія... Там у саду, була Маруся, Юра, Шура... А тая дівчина...</w:t>
      </w:r>
    </w:p>
    <w:p>
      <w:r>
        <w:br/>
        <w:t>Вона, ніби навмисне, стала, знаєте на пеньку, обличчям до місяця... я просто боюсь, ви не зрозумієте... Вона така гарна була, я дивувалася. Молоде ще, а груди такі... Обличчя грізнувате трохи, ну, суворе, але виразне, його риси спіжеві. А очі як блищать! Ну, розкіш, одним словом. Собачка вмостився коло її ніг і як завиє... Ну... я вам кажу! Він не вив. Я певна, що не вив. Мені здавалося... Ми навіть сварилися з Мариною. Я певна, що цей песик має душу, правдиву душу. Інакше він не міг-би так... Ті звуки так і пронизують вас, так і пронизують. І не болюче, лише солодко стає. Ця-ж дівчина — Сафо. її пісні — це повінь. Вона пориває в даль, наспівує віру, хоча й тужливі звуки. У жилах починає грати кров... Ну, я наговорила-б вам страшних дурниць, з чого-б ви сміялись. Та треба-б вам послухати. Я хотіла купити собачку. Нагнала їй ціну на двацять пудів пшениці. Мама страх хотіла... Не продала.</w:t>
      </w:r>
    </w:p>
    <w:p>
      <w:r>
        <w:br/>
        <w:t>— Ну ясно — зауважив я. Нащо їй продавати...</w:t>
      </w:r>
    </w:p>
    <w:p>
      <w:r>
        <w:br/>
        <w:t>Ми перейшли на инші теми. Від захвату Люба зарсжеві-лася й навіть її усмішка була милою. Так і стріляли в уха: порив..., воля, даль... А сама-ж то?... Га! Даль, моя даль... Це дві дочки степу. Тут увесь траґізм... О степе мій, розкоше моя! Коханий мій, але й про... По тобі котять хвилі, по тобі буровії, по тобі коні баськими ґерґочуть зміями і мчать. По тобі мудрість, як тиха лінива вода повзе. Гнітиш ти мене... Мені все тісно, тужно тут... розумієте? Тісно. І коли спіжева дівчина піймала в свої тенета розгонкі баські змії з їх шалено-сильною душею й вивела на світ..., коли прислухалася до громів, до блискавиць, до гір і звела їх на землю, уплівши в музику... так що-ж? Програє. Акорд прогремить і зникне в далі степу безлунно, безповоротно і безславно. Степ убє. Над ним зостанеться лиш труп... Спіжева дівчина візьме у спадщину смердяче логовисько Марини-самки й... О-о-о! — о-о-о! Ти даль, ти даль! Грожу я тобі кулаком... і сціплюю зуби.</w:t>
      </w:r>
    </w:p>
    <w:p>
      <w:r>
        <w:br/>
        <w:t>— — — — —— — —</w:t>
      </w:r>
    </w:p>
    <w:p>
      <w:r>
        <w:br/>
        <w:t>Йшов до дому пізно. Темно, спотикаюся, навколо, як круги по воді, розкочуються мої думи в простір і никнуть. Горе неплідній та вагітній душі — кричав чужим я голосом і уявляв у пітьмі, чорній, чорній пітьмі:</w:t>
      </w:r>
    </w:p>
    <w:p>
      <w:r>
        <w:br/>
        <w:t>Голгофа. Хрест. Розіпнута на ньому моя спіжева дівчина. Великі, чисті краплі поту повзли по її спіжевих рисах, які блищали в блідому світлі місяця. Розпущені по вітру довгі коси, а на чолі красується вінок... таки з терня. У стіп хреста зігнутий песик, жахливо виє в даль... у даль, в неуявиме море тьми, у океан тьми, що простягнувсь до безкснечности. І від цього мені тяжко стає, це втомлює, я хочу відпочити, хочу присісти край дороги.,. Але ,5 надумуючися пригадую, що пізно вже, а йти далеко... Йду далі.</w:t>
      </w:r>
    </w:p>
    <w:p>
      <w:r>
        <w:br/>
        <w:t>Порішив обовязково завтра-ж зайти до Євдошки, Хотілося-б послухати її, вона-ж забагатіла, тепер не бігає від хати до хати, не дражнить чужих собак. Тепер або приходять до неї, або кличуть до себе... Тепер і я-б не кидався на неї з кулаками...</w:t>
      </w:r>
    </w:p>
    <w:p>
      <w:r>
        <w:br/>
        <w:t>Ну й зайшов. Було над вечір. Як і звичайно, в селі сонна тиша, худобу вже пригнали, лише курява не спала. Замість багнюки перед курінем Марини, тепер аж грузнуть ноги в поросі, з якого відлітають і з дзеньком бем-сають назад жуки. На дворі ні душі, та й у хаті чути тишу.</w:t>
      </w:r>
    </w:p>
    <w:p>
      <w:r>
        <w:br/>
        <w:t>Я пхнув скрипучі двері, що затарахкали і відхилились. В обличчя вдарив застиглий, кислий сморід, як і тоді, коли мене вгощено копняками, що їх чути ще й досі.</w:t>
      </w:r>
    </w:p>
    <w:p>
      <w:r>
        <w:br/>
        <w:t>У сінях мокро, перейшов до хати. Це темна закопчена нора. Глибока тиша. Пусто. Ніяких меблів, крім якоїсь скриньки і логовиська в кутку, під макюсеньким в одну шибку віконечком, яке десятками літ було немите від бруду і мух. В протилежне віконечко, у дві вже тахлі вривалося бліде пасмечко згасаючого дня. Коли призвичаївся до темноти, запримітив на печі велику купу лахів.</w:t>
      </w:r>
    </w:p>
    <w:p>
      <w:r>
        <w:br/>
        <w:t>— Гей! крикнув я і голос мій десь никнув, немов ступінь по моху. Гей!... повторив. Чи тут хто є?</w:t>
      </w:r>
    </w:p>
    <w:p>
      <w:r>
        <w:br/>
        <w:t>Тиша. Чого-ж прийшов сюди? — питав себе й було прикро, немов попав у логозисько печерної людини, ї показалося, ніби та купа лахів на печі, це гріб, а по стінах рояться ніби могильні хробаки...</w:t>
      </w:r>
    </w:p>
    <w:p>
      <w:r>
        <w:br/>
        <w:t>Лахи заворушились і заговорили баритоном хрипким таким й тупим, мов хто вдаряв довбешкою з старе дупло:</w:t>
      </w:r>
    </w:p>
    <w:p>
      <w:r>
        <w:br/>
        <w:t>— А хто там?</w:t>
      </w:r>
    </w:p>
    <w:p>
      <w:r>
        <w:br/>
        <w:t>— Слухайте... (я не знав, як почати)... де Євдоха?</w:t>
      </w:r>
    </w:p>
    <w:p>
      <w:r>
        <w:br/>
        <w:t>Відповіді нема. Та лахи звелися, затермосилися й запахли, як гнила капуста. Кошлата кругла пика, зуби, які жозтоватим парканом видніли в темних щелепах, ціпила, що шкрабали в копиці шерсти на чолі цілою пятірнею пазурів. В мені мигнула блискавкою думка, що от би де цеглюка пригодилась. А чорт... їй-богу, це була-б чимала насолода вгатити в таку маску... ну хоча-б цеглюку. До того знов ті шпаркі копняки блиснули в очах. Але, ага... стій... Хрипить, баритонить:</w:t>
      </w:r>
    </w:p>
    <w:p>
      <w:r>
        <w:br/>
        <w:t>— А що тобі Євдоха сука? Як відьму костура...</w:t>
      </w:r>
    </w:p>
    <w:p>
      <w:r>
        <w:br/>
        <w:t>— Ого! З копита. Зноз засвербіли руки. Та я витримав натиск. Марина змякла.</w:t>
      </w:r>
    </w:p>
    <w:p>
      <w:r>
        <w:br/>
        <w:t>— О-о, та Євдоха. Сволоч вона от що... бовхнула і знов затихла. Могильні хробаки заворушились. Тьма вечора цідилася крізь брудні тахлі, які вже грузли в ній. Павза.</w:t>
      </w:r>
    </w:p>
    <w:p>
      <w:r>
        <w:br/>
        <w:t>— Втекла вона... Знов бовтали її слова, мов камінь у тиху воду.</w:t>
      </w:r>
    </w:p>
    <w:p>
      <w:r>
        <w:br/>
        <w:t>— Втекла? Чого втекла?...</w:t>
      </w:r>
    </w:p>
    <w:p>
      <w:r>
        <w:br/>
        <w:t>— Вчора втекла... Не знаю, не ночувала дома.</w:t>
      </w:r>
    </w:p>
    <w:p>
      <w:r>
        <w:br/>
        <w:t>— А я хотів почути її спів.</w:t>
      </w:r>
    </w:p>
    <w:p>
      <w:r>
        <w:br/>
        <w:t>Це ніби загачило Марину за живе.</w:t>
      </w:r>
    </w:p>
    <w:p>
      <w:r>
        <w:br/>
        <w:t>— У-у-у! Заспівала! Заспіва-а-а-ла! Прокляті!... Обличчя її ховала тьма, але уявляв його собі.</w:t>
      </w:r>
    </w:p>
    <w:p>
      <w:r>
        <w:br/>
        <w:t>— Та псюка співати-ме... Го-о-о! Там у каменоломі... Забили сволочі...</w:t>
      </w:r>
    </w:p>
    <w:p>
      <w:r>
        <w:br/>
        <w:t>Чути шкребіт пазурів, шамот якийсь і купа лахів звалилась. Стало тихо. Могильні хробаки заворушились мляво і поповзли до свого трупа. Бррр!... Задушний сморід загойдався. Я вийшов.</w:t>
      </w:r>
    </w:p>
    <w:p>
      <w:r>
        <w:br/>
        <w:t>Я побіг геть у поле...</w:t>
      </w:r>
    </w:p>
    <w:p>
      <w:r>
        <w:br/>
        <w:t>В обличчя свіжим, ніжним подихом дихнув мій безмежно юний край. Його безконечна даль лежала мер-: твим, неоглядним плесом, ніби застигла кров, вибита вульканом з глибин земного серця. Захід — кришталева чара, наповнена вщерть старим вином, що піниться і виграє сторадужними барвами вечірної заграви. Ген, ген даль... А в далі тій по крівянсму плесі, у чорній тіні, що кинула земля, сховавши сонце, жовто-горячі лілії стинають стрункі свої шиї, втоплюючи заросяні й напудро-вані голівки в червоне вино заграви. О лілії мої! О, пийте, пийте те старе вино з кришталевих чар. Воно віллє у ваші жили міць і ваші ніжні стебельці оберне в крицю.</w:t>
      </w:r>
    </w:p>
    <w:p>
      <w:r>
        <w:br/>
        <w:t>Минув порожнє, як пустиня, поле, в далі смоляна смуга лісу і я, як криголом, як міна, мчу в її вязкії стіни. Загруз. Здавалося, що та густа тьма, яку відчував не тільки зором, але й кожним міліметром своєї поверхні, повзла повз мене гнітючо, ніби плин липкий, який позмягчував моє пружне тіло глибоко, аж до шпіку костей.</w:t>
      </w:r>
    </w:p>
    <w:p>
      <w:r>
        <w:br/>
        <w:t>І лящали хоралом диким соловії, яких тут ряско, як і листя... Мов міліони бомбометів, метали блискавки, що літали в тьмі глибокій, кресали іскри зі стовбурів танцюючих дерев. Вони, мов тарани, громили мою бронь і рвалися повінню в нутро. А я гармонія, акорд, орган... Натомість гулко геть котилася пущею луна, уносячись у даль, у вир де клекотіла... Жорстоко клекотіла. Здається кожний лист бренів і кожна галузка грала. ї от на тлі такої сцени, я бачу знов...</w:t>
      </w:r>
    </w:p>
    <w:p>
      <w:r>
        <w:br/>
        <w:t>Ні... але... Ні, даруйте... Не про хрести співати тут... Моя спіжева дівчина, мов метеор... Моє чоло горить, я захоплююся, забуваюсь... Я хотів не те сказати, та да-, руйте...</w:t>
      </w:r>
    </w:p>
    <w:p>
      <w:r>
        <w:br/>
        <w:t>Вона лиш перший раз пішла в тюрму таки за свого пса, вбитого жандармами.</w:t>
      </w:r>
    </w:p>
    <w:p>
      <w:r>
        <w:br/>
        <w:t>Бо не хотіла їм того дарувати!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