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Бронзові м'язи</w:t>
      </w:r>
    </w:p>
    <w:p>
      <w:r>
        <w:br/>
        <w:t xml:space="preserve"> 1. ПІСНЯ ЗМАГУНІВ</w:t>
      </w:r>
    </w:p>
    <w:p>
      <w:r>
        <w:br/>
        <w:t>Сонце любимо та спорт,&lt;br /&gt;</w:t>
        <w:br/>
        <w:t>наша пісня складена в мажорній гамі,&lt;br /&gt;</w:t>
        <w:br/>
        <w:t>перегонів любимо бурхливий гамір,&lt;br /&gt;</w:t>
        <w:br/>
        <w:t>просто й без хитання в порт&lt;br /&gt;</w:t>
        <w:br/>
        <w:t>човен наш пливе.</w:t>
      </w:r>
    </w:p>
    <w:p>
      <w:r>
        <w:br/>
        <w:t>Гімнастичний крок&lt;br /&gt;</w:t>
        <w:br/>
        <w:t>гуркотить на грищі, наче тарабан;&lt;br /&gt;</w:t>
        <w:br/>
        <w:t>це вистукуємо наш залізний ямб.&lt;br /&gt;</w:t>
        <w:br/>
        <w:t>Прискає пісок.</w:t>
      </w:r>
    </w:p>
    <w:p>
      <w:r>
        <w:br/>
        <w:t>Любимо: змагання труд,&lt;br /&gt;</w:t>
        <w:br/>
        <w:t>шлях під гору, далеч, розмір, погляд просто,&lt;br /&gt;</w:t>
        <w:br/>
        <w:t>усміх, промінь сонячний, і вільний простір,&lt;br /&gt;</w:t>
        <w:br/>
        <w:t>й хвиль рвучких сміливий скрут.&lt;br /&gt;</w:t>
        <w:br/>
        <w:t>Нас утома не поборе.</w:t>
      </w:r>
    </w:p>
    <w:p>
      <w:r>
        <w:br/>
        <w:t>Від&lt;br /&gt;</w:t>
        <w:br/>
        <w:t>праці серце нам не хворе.&lt;br /&gt;</w:t>
        <w:br/>
        <w:t>Сонця жар справляє, що тіла блищать, мов бронза.&lt;br /&gt;</w:t>
        <w:br/>
        <w:t>О, який рекорд ще зможемо здобути, бозна:&lt;br /&gt;</w:t>
        <w:br/>
        <w:t>може, перемінимо&lt;br /&gt;</w:t>
        <w:br/>
        <w:t>світ.</w:t>
      </w:r>
    </w:p>
    <w:p>
      <w:r>
        <w:br/>
        <w:t>Ратище в руках нам свище&lt;br /&gt;</w:t>
        <w:br/>
        <w:t>й пестить ляском диск,&lt;br /&gt;</w:t>
        <w:br/>
        <w:t>понад гуркотливе грище&lt;br /&gt;</w:t>
        <w:br/>
        <w:t>кулі срібний блиск&lt;br /&gt;</w:t>
        <w:br/>
        <w:t>й має м'яко м'яч.&lt;br /&gt;</w:t>
        <w:br/>
        <w:t>Ми не знаємо невдач,&lt;br /&gt;</w:t>
        <w:br/>
        <w:t>лиш:&lt;br /&gt;</w:t>
        <w:br/>
        <w:t>розкіш небезпеки,&lt;br /&gt;</w:t>
        <w:br/>
        <w:t>радість перемоги.</w:t>
      </w:r>
    </w:p>
    <w:p>
      <w:r>
        <w:br/>
        <w:t>Нас не болять ноги,&lt;br /&gt;</w:t>
        <w:br/>
        <w:t>як маршуємо,&lt;br /&gt;</w:t>
        <w:br/>
        <w:t>сильні, мов дейнеки,[30]&lt;br /&gt;</w:t>
        <w:br/>
        <w:t>смілі, мов ушкали,[31]&lt;br /&gt;</w:t>
        <w:br/>
        <w:t>на найвищі скали.&lt;br /&gt;</w:t>
        <w:br/>
        <w:t>Прибрані&lt;br /&gt;</w:t>
        <w:br/>
        <w:t>в вічної весни зелений буз,&lt;br /&gt;</w:t>
        <w:br/>
        <w:t>махом руки, маршем ноги&lt;br /&gt;</w:t>
        <w:br/>
        <w:t>вітаємо сонця брус&lt;br /&gt;</w:t>
        <w:br/>
        <w:t>ми – бадьорі бронзові боги.</w:t>
      </w:r>
    </w:p>
    <w:p>
      <w:r>
        <w:br/>
        <w:t>2. БІГ 1000 МЕТРІВ</w:t>
      </w:r>
    </w:p>
    <w:p>
      <w:r>
        <w:br/>
        <w:t>Віддих свище в легенів брилах,&lt;br /&gt;</w:t>
        <w:br/>
        <w:t>наче буревій.&lt;br /&gt;</w:t>
        <w:br/>
        <w:t>Пливу легенько на ніг крилах&lt;br /&gt;</w:t>
        <w:br/>
        <w:t>в синій обрій мрій.</w:t>
      </w:r>
    </w:p>
    <w:p>
      <w:r>
        <w:br/>
        <w:t>Я не вихаю руками, я не вихаю ногами;&lt;br /&gt;</w:t>
        <w:br/>
        <w:t>закам'янілий тан.&lt;br /&gt;</w:t>
        <w:br/>
        <w:t>Я тільки орю по морю персами,&lt;br /&gt;</w:t>
        <w:br/>
        <w:t>я тільки порю повітря тами,&lt;br /&gt;</w:t>
        <w:br/>
        <w:t>наче залізний танк.&lt;br /&gt;</w:t>
        <w:br/>
        <w:t>Я не підношу ніг, я не підношу рук;&lt;br /&gt;</w:t>
        <w:br/>
        <w:t>закостенілий рух.</w:t>
      </w:r>
    </w:p>
    <w:p>
      <w:r>
        <w:br/>
        <w:t>Я вистрілений зі стрільна рушниці стріл,&lt;br /&gt;</w:t>
        <w:br/>
        <w:t>я випнутий лук,&lt;br /&gt;</w:t>
        <w:br/>
        <w:t>розвійний вітру дух.</w:t>
      </w:r>
    </w:p>
    <w:p>
      <w:r>
        <w:br/>
        <w:t>Попід мною в противну сторону&lt;br /&gt;</w:t>
        <w:br/>
        <w:t>біла піску каскада&lt;br /&gt;</w:t>
        <w:br/>
        <w:t>десь вдаль жене.&lt;br /&gt;</w:t>
        <w:br/>
        <w:t>Дубовим тараном мені на груди пада та, наче градом,&lt;br /&gt;</w:t>
        <w:br/>
        <w:t>в очі мене&lt;br /&gt;</w:t>
        <w:br/>
        <w:t>зернами тне.</w:t>
      </w:r>
    </w:p>
    <w:p>
      <w:r>
        <w:br/>
        <w:t>О біла смуго піску! Я тебе зімну,&lt;br /&gt;</w:t>
        <w:br/>
        <w:t>не загородиш мет;&lt;br /&gt;</w:t>
        <w:br/>
        <w:t>о райдуго піскова! Я тебе зігну,&lt;br /&gt;</w:t>
        <w:br/>
        <w:t>ще ти спиниш свій лет!</w:t>
      </w:r>
    </w:p>
    <w:p>
      <w:r>
        <w:br/>
        <w:t>Кудою гляну, кудою гляну —&lt;br /&gt;</w:t>
        <w:br/>
        <w:t>тисяча очей в імлі,&lt;br /&gt;</w:t>
        <w:br/>
        <w:t>поглядів банить п'ястук,&lt;br /&gt;</w:t>
        <w:br/>
        <w:t>батоги вигуків тнуть,&lt;br /&gt;</w:t>
        <w:br/>
        <w:t>гарпуни люті, злі.&lt;br /&gt;</w:t>
        <w:br/>
        <w:t>О, не треба оплесків, не треба, ні!&lt;br /&gt;</w:t>
        <w:br/>
        <w:t>Дарма не складайте рук.&lt;br /&gt;</w:t>
        <w:br/>
        <w:t>Вашого ентузіазму павук&lt;br /&gt;</w:t>
        <w:br/>
        <w:t>греблею не буде мені.&lt;br /&gt;</w:t>
        <w:br/>
        <w:t>Я ніколи не стану, я ніколи не стану;&lt;br /&gt;</w:t>
        <w:br/>
        <w:t>як&lt;br /&gt;</w:t>
        <w:br/>
        <w:t>биндочку[32] мети прорву,&lt;br /&gt;</w:t>
        <w:br/>
        <w:t>в синій обрій розтану.</w:t>
      </w:r>
    </w:p>
    <w:p>
      <w:r>
        <w:br/>
        <w:t>3. СКОК ЖЕРДКОЮ</w:t>
      </w:r>
    </w:p>
    <w:p>
      <w:r>
        <w:br/>
        <w:t>Набрав повітря в груди,&lt;br /&gt;</w:t>
        <w:br/>
        <w:t>аж засвистали звуки флейт.&lt;br /&gt;</w:t>
        <w:br/>
        <w:t>Підніс жердину вгору;&lt;br /&gt;</w:t>
        <w:br/>
        <w:t>так птах підносить дзьоб,&lt;br /&gt;</w:t>
        <w:br/>
        <w:t>як починає лет.</w:t>
      </w:r>
    </w:p>
    <w:p>
      <w:r>
        <w:br/>
        <w:t>Немов стовпи у землю,&lt;br /&gt;</w:t>
        <w:br/>
        <w:t>вбив ноги у сажневий крок.&lt;br /&gt;</w:t>
        <w:br/>
        <w:t>Пробитий наскрізь вітер.&lt;br /&gt;</w:t>
        <w:br/>
        <w:t>Ніг видно лиш галоп.&lt;br /&gt;</w:t>
        <w:br/>
        <w:t>Угору стрелив скок.</w:t>
      </w:r>
    </w:p>
    <w:p>
      <w:r>
        <w:br/>
        <w:t>Штовхнув себе, й ворину[33]&lt;br /&gt;</w:t>
        <w:br/>
        <w:t>відкинула назад рука.&lt;br /&gt;</w:t>
        <w:br/>
        <w:t>Залопотали в вітрі&lt;br /&gt;</w:t>
        <w:br/>
        <w:t>і ноги й руки враз,&lt;br /&gt;</w:t>
        <w:br/>
        <w:t>мов крила вітряка.</w:t>
      </w:r>
    </w:p>
    <w:p>
      <w:r>
        <w:br/>
        <w:t>Хоч тіло олив'яне,&lt;br /&gt;</w:t>
        <w:br/>
        <w:t>здається, що легкий, мов лист.&lt;br /&gt;</w:t>
        <w:br/>
        <w:t>Сумний, що не зістане,&lt;br /&gt;</w:t>
        <w:br/>
        <w:t>мов парус понад криком мас,&lt;br /&gt;</w:t>
        <w:br/>
        <w:t>поволі впав униз.</w:t>
      </w:r>
    </w:p>
    <w:p>
      <w:r>
        <w:br/>
        <w:t>4. ДІВЧИНА З ДИСКОМ</w:t>
      </w:r>
    </w:p>
    <w:p>
      <w:r>
        <w:br/>
        <w:t>Гляджу захоплений по оболоні&lt;br /&gt;</w:t>
        <w:br/>
        <w:t>і слова вигукнути з уст не можу,&lt;br /&gt;</w:t>
        <w:br/>
        <w:t>гляджу на тебе, горду, гарну, гожу,&lt;br /&gt;</w:t>
        <w:br/>
        <w:t>і як стоїш, застигла у розгоні,&lt;br /&gt;</w:t>
        <w:br/>
        <w:t>струнка Діано з місяцем в долоні.</w:t>
      </w:r>
    </w:p>
    <w:p>
      <w:r>
        <w:br/>
        <w:t>Рука пташиним вкрала легкість перцям,&lt;br /&gt;</w:t>
        <w:br/>
        <w:t>твій рух гнучкий розбурхує до краю.&lt;br /&gt;</w:t>
        <w:br/>
        <w:t>Не бачу вже нічого більш, лиш знаю,&lt;br /&gt;</w:t>
        <w:br/>
        <w:t>юрбу схвилюєш ти шаленим герцем,&lt;br /&gt;</w:t>
        <w:br/>
        <w:t>моїм, неначе диском, кинеш серцем.</w:t>
      </w:r>
    </w:p>
    <w:p>
      <w:r>
        <w:br/>
        <w:t>5. СІТКІВКА</w:t>
      </w:r>
    </w:p>
    <w:p>
      <w:r>
        <w:br/>
        <w:t>Квадратова площа. Нитяний місток.&lt;br /&gt;</w:t>
        <w:br/>
        <w:t>Білі молодці й дівчата білі&lt;br /&gt;</w:t>
        <w:br/>
        <w:t>сновигають поміж стінами сіток&lt;br /&gt;</w:t>
        <w:br/>
        <w:t>по піску, що мов підлога в віллі.</w:t>
      </w:r>
    </w:p>
    <w:p>
      <w:r>
        <w:br/>
        <w:t>Мірні, рівні, певні, круглі рухи,&lt;br /&gt;</w:t>
        <w:br/>
        <w:t>білі плями на мінистім полі,&lt;br /&gt;</w:t>
        <w:br/>
        <w:t>аж здається, що безжурні духи&lt;br /&gt;</w:t>
        <w:br/>
        <w:t>грають жеребом своєї долі.</w:t>
      </w:r>
    </w:p>
    <w:p>
      <w:r>
        <w:br/>
        <w:t>6. ЗМАГАННЯ АТЛЕТІВ</w:t>
      </w:r>
    </w:p>
    <w:p>
      <w:r>
        <w:br/>
        <w:t>Пухке лице судді, неначе в бонза,&lt;br /&gt;</w:t>
        <w:br/>
        <w:t>та свиставки пронизливий сигнал,&lt;br /&gt;</w:t>
        <w:br/>
        <w:t>захоплення в очах довкола пал,&lt;br /&gt;</w:t>
        <w:br/>
        <w:t>і плескіт рук, і мого тіла бронза.</w:t>
      </w:r>
    </w:p>
    <w:p>
      <w:r>
        <w:br/>
        <w:t>Дають побіди келих у долоні,&lt;br /&gt;</w:t>
        <w:br/>
        <w:t>беру його в мовчанці сам німій,&lt;br /&gt;</w:t>
        <w:br/>
        <w:t>а на землі лежить противник мій,&lt;br /&gt;</w:t>
        <w:br/>
        <w:t>повалений в подвійному нельзоні.</w:t>
      </w:r>
    </w:p>
    <w:p>
      <w:r>
        <w:br/>
        <w:t>Я – грецький бог з античної статуї —&lt;br /&gt;</w:t>
        <w:br/>
        <w:t>виходжу з жестом гордої поваги,&lt;br /&gt;</w:t>
        <w:br/>
        <w:t>дарма що оплесків гудуть ще струї.</w:t>
      </w:r>
    </w:p>
    <w:p>
      <w:r>
        <w:br/>
        <w:t>Несу здобуту чарку в свій притин,&lt;br /&gt;</w:t>
        <w:br/>
        <w:t>я хочу пити, я горю від спраги,&lt;br /&gt;</w:t>
        <w:br/>
        <w:t>до уст бокал підношу – в нім полин.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Бронзові м'язи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