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Червоне світло</w:t>
      </w:r>
    </w:p>
    <w:p>
      <w:r>
        <w:br/>
        <w:t xml:space="preserve"> Світло червоне —&lt;br /&gt;</w:t>
        <w:br/>
        <w:t>Проїзд заборонено!</w:t>
      </w:r>
    </w:p>
    <w:p>
      <w:r>
        <w:br/>
        <w:t>Кур'єрський поїзд стоїть, нервується:&lt;br /&gt;</w:t>
        <w:br/>
        <w:t>"Мені потрібна зелена вулиця,</w:t>
      </w:r>
    </w:p>
    <w:p>
      <w:r>
        <w:br/>
        <w:t>Щоб я, мов вітер, все гнав і гнав...&lt;br /&gt;</w:t>
        <w:br/>
        <w:t>Ану, негайно змініть сигнал!"</w:t>
      </w:r>
    </w:p>
    <w:p>
      <w:r>
        <w:br/>
        <w:t>Світло червоне і слухать не хоче —&lt;br /&gt;</w:t>
        <w:br/>
        <w:t>В темряву ночі зорить, не мигоче.</w:t>
      </w:r>
    </w:p>
    <w:p>
      <w:r>
        <w:br/>
        <w:t>"Що за нахабство! Кажу ж — пропусти!&lt;br /&gt;</w:t>
        <w:br/>
        <w:t>Важних осіб я повинен везти!"</w:t>
      </w:r>
    </w:p>
    <w:p>
      <w:r>
        <w:br/>
        <w:t>Та не бентежиться світло червоне —&lt;br /&gt;</w:t>
        <w:br/>
        <w:t>Дивиться в пітьму, як око безсонне.</w:t>
      </w:r>
    </w:p>
    <w:p>
      <w:r>
        <w:br/>
        <w:t>Поїзд біснується, чмихає, гримає:&lt;br /&gt;</w:t>
        <w:br/>
        <w:t>"Це ж незаконно мене хтось затримує!</w:t>
      </w:r>
    </w:p>
    <w:p>
      <w:r>
        <w:br/>
        <w:t>Хоче, щоб влада його покарала?&lt;br /&gt;</w:t>
        <w:br/>
        <w:t>Я двох міністрів везу й адмірала!"</w:t>
      </w:r>
    </w:p>
    <w:p>
      <w:r>
        <w:br/>
        <w:t>Поїзд кричить що є сили в свистка,&lt;br /&gt;</w:t>
        <w:br/>
        <w:t>Світло ж червоне його не пуска.</w:t>
      </w:r>
    </w:p>
    <w:p>
      <w:r>
        <w:br/>
        <w:t>Слухайте, люди! Як з темряви ночі&lt;br /&gt;</w:t>
        <w:br/>
        <w:t>Поїзд війни до нас загуркоче,—&lt;br /&gt;</w:t>
        <w:br/>
        <w:t>Дружно світіть червоні вогні!&lt;br /&gt;</w:t>
        <w:br/>
        <w:t>Скажем війні:&lt;br /&gt;</w:t>
        <w:br/>
        <w:t>— 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Червоне світло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