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Чигрине, Чигрине...</w:t>
      </w:r>
    </w:p>
    <w:p>
      <w:r>
        <w:br/>
        <w:t xml:space="preserve"> Чигрине, Чигрине,&lt;br /&gt;</w:t>
        <w:br/>
        <w:t>Все на світі гине,&lt;br /&gt;</w:t>
        <w:br/>
        <w:t>І святая твоя слава,&lt;br /&gt;</w:t>
        <w:br/>
        <w:t>Як пилина, лине&lt;br /&gt;</w:t>
        <w:br/>
        <w:t>За вітрами холодними,&lt;br /&gt;</w:t>
        <w:br/>
        <w:t>В хмарі пропадає.&lt;br /&gt;</w:t>
        <w:br/>
        <w:t>Над землею летять літа,&lt;br /&gt;</w:t>
        <w:br/>
        <w:t>Дніпро висихає,&lt;br /&gt;</w:t>
        <w:br/>
        <w:t>Розсипаються могили,&lt;br /&gt;</w:t>
        <w:br/>
        <w:t>Високі могили —&lt;br /&gt;</w:t>
        <w:br/>
        <w:t>Твоя слава… і про тебе,&lt;br /&gt;</w:t>
        <w:br/>
        <w:t>Старче малосилий,&lt;br /&gt;</w:t>
        <w:br/>
        <w:t>Ніхто й слова не промовить,&lt;br /&gt;</w:t>
        <w:br/>
        <w:t>Ніхто й не покаже,&lt;br /&gt;</w:t>
        <w:br/>
        <w:t>Де ти стояв? чого стояв?&lt;br /&gt;</w:t>
        <w:br/>
        <w:t>І на сміх не скаже!!&lt;br /&gt;</w:t>
        <w:br/>
        <w:t>За що ж боролись ми з ляхами?&lt;br /&gt;</w:t>
        <w:br/>
        <w:t>За що ж ми різались з ордами?&lt;br /&gt;</w:t>
        <w:br/>
        <w:t>За що скородили списами&lt;br /&gt;</w:t>
        <w:br/>
        <w:t>Московські ребра??.. засівали,&lt;br /&gt;</w:t>
        <w:br/>
        <w:t>І рудою поливали…&lt;br /&gt;</w:t>
        <w:br/>
        <w:t>І шаблями скородили.&lt;br /&gt;</w:t>
        <w:br/>
        <w:t>Що ж на ниві уродилось??!!&lt;br /&gt;</w:t>
        <w:br/>
        <w:t>Уродила рута… рута…&lt;br /&gt;</w:t>
        <w:br/>
        <w:t>Волі нашої отрута.&lt;br /&gt;</w:t>
        <w:br/>
        <w:t>А я, юродивий, на твоїх руїнах&lt;br /&gt;</w:t>
        <w:br/>
        <w:t>Марно сльози трачу; заснула Вкраїна,&lt;br /&gt;</w:t>
        <w:br/>
        <w:t>Бур'яном укрилась, цвіллю зацвіла,&lt;br /&gt;</w:t>
        <w:br/>
        <w:t>В калюжі, в болоті серце прогноїла&lt;br /&gt;</w:t>
        <w:br/>
        <w:t>І в дупло холодне гадюк напустила,&lt;br /&gt;</w:t>
        <w:br/>
        <w:t>А дітям надію в степу оддала.&lt;br /&gt;</w:t>
        <w:br/>
        <w:t>А надію…&lt;br /&gt;</w:t>
        <w:br/>
        <w:t>Вітер по полю розвіяв,&lt;br /&gt;</w:t>
        <w:br/>
        <w:t>Хвиля морем рознесла.&lt;br /&gt;</w:t>
        <w:br/>
        <w:t>Нехай же вітер все розносить&lt;br /&gt;</w:t>
        <w:br/>
        <w:t>На неокраєнім крилі.&lt;br /&gt;</w:t>
        <w:br/>
        <w:t>Нехай же серце плаче, просить&lt;br /&gt;</w:t>
        <w:br/>
        <w:t>Святої правди на землі.&lt;br /&gt;</w:t>
        <w:br/>
        <w:t>Чигрине, Чигрине,&lt;br /&gt;</w:t>
        <w:br/>
        <w:t>Мій друже єдиний,&lt;br /&gt;</w:t>
        <w:br/>
        <w:t>Проспав єси степи, ліси&lt;br /&gt;</w:t>
        <w:br/>
        <w:t>І всю Україну.&lt;br /&gt;</w:t>
        <w:br/>
        <w:t>Спи ж, повитий жидовою,&lt;br /&gt;</w:t>
        <w:br/>
        <w:t>Поки сонце встане,&lt;br /&gt;</w:t>
        <w:br/>
        <w:t>Поки тії недолітки&lt;br /&gt;</w:t>
        <w:br/>
        <w:t>Підростуть, гетьмани.&lt;br /&gt;</w:t>
        <w:br/>
        <w:t>Помолившись, і я б заснув…&lt;br /&gt;</w:t>
        <w:br/>
        <w:t>Так думи прокляті&lt;br /&gt;</w:t>
        <w:br/>
        <w:t>Рвуться душу запалити,&lt;br /&gt;</w:t>
        <w:br/>
        <w:t>Серце розірвати.&lt;br /&gt;</w:t>
        <w:br/>
        <w:t>Не рвіть, думи, не паліте!&lt;br /&gt;</w:t>
        <w:br/>
        <w:t>Може, верну знову&lt;br /&gt;</w:t>
        <w:br/>
        <w:t>Мою правду безталанну,&lt;br /&gt;</w:t>
        <w:br/>
        <w:t>Моє тихе слово.&lt;br /&gt;</w:t>
        <w:br/>
        <w:t>Може, викую я з його&lt;br /&gt;</w:t>
        <w:br/>
        <w:t>До старого плуга&lt;br /&gt;</w:t>
        <w:br/>
        <w:t>Новин леміш і чересло.&lt;br /&gt;</w:t>
        <w:br/>
        <w:t>І в тяжкі упруги…&lt;br /&gt;</w:t>
        <w:br/>
        <w:t>Може, зорю переліг той,&lt;br /&gt;</w:t>
        <w:br/>
        <w:t>А на перелозі…&lt;br /&gt;</w:t>
        <w:br/>
        <w:t>Я посію мої сльози,&lt;br /&gt;</w:t>
        <w:br/>
        <w:t>Мої щирі сльози.&lt;br /&gt;</w:t>
        <w:br/>
        <w:t>Може, зійдуть і виростуть&lt;br /&gt;</w:t>
        <w:br/>
        <w:t>Ножі обоюдні,&lt;br /&gt;</w:t>
        <w:br/>
        <w:t>Розпанахають погане,&lt;br /&gt;</w:t>
        <w:br/>
        <w:t>Гниле серце, трудне,&lt;br /&gt;</w:t>
        <w:br/>
        <w:t>І вицідять сукровату,&lt;br /&gt;</w:t>
        <w:br/>
        <w:t>І наллють живої&lt;br /&gt;</w:t>
        <w:br/>
        <w:t>Козацької тії крові,&lt;br /&gt;</w:t>
        <w:br/>
        <w:t>Чистої, святої!!!&lt;br /&gt;</w:t>
        <w:br/>
        <w:t>Може… може… а меж тими&lt;br /&gt;</w:t>
        <w:br/>
        <w:t>Меж ножами рута&lt;br /&gt;</w:t>
        <w:br/>
        <w:t>І барвінок розів'ється —&lt;br /&gt;</w:t>
        <w:br/>
        <w:t>І слово забуте,&lt;br /&gt;</w:t>
        <w:br/>
        <w:t>Моє слово тихосумне,&lt;br /&gt;</w:t>
        <w:br/>
        <w:t>Богобоязливе,&lt;br /&gt;</w:t>
        <w:br/>
        <w:t>Згадається — і дівоче&lt;br /&gt;</w:t>
        <w:br/>
        <w:t>Серце боязливе&lt;br /&gt;</w:t>
        <w:br/>
        <w:t>Стрепенеться, як рибонька,&lt;br /&gt;</w:t>
        <w:br/>
        <w:t>І мене згадає…&lt;br /&gt;</w:t>
        <w:br/>
        <w:t>Слово моє, сльози мої,&lt;br /&gt;</w:t>
        <w:br/>
        <w:t>Раю ти мій, раю!&lt;br /&gt;</w:t>
        <w:br/>
        <w:t>Спи, Чигрине, нехай гинуть&lt;br /&gt;</w:t>
        <w:br/>
        <w:t>У ворога діти.&lt;br /&gt;</w:t>
        <w:br/>
        <w:t>Спи, гетьмане, поки встане&lt;br /&gt;</w:t>
        <w:br/>
        <w:t>Правда на сім світі.&lt;br /&gt;</w:t>
        <w:br/>
        <w:t>19 февраля 1844,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Чигрине, Чигрине...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