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Чортова корчма</w:t>
      </w:r>
    </w:p>
    <w:p>
      <w:r>
        <w:br/>
        <w:t xml:space="preserve"> &lt;p&gt;Раз, походом із курської губернії в херсонські степи, переправившись через Дніпро, прийшов наш штаб на "дньовку" в село Сведовок. Село розкинулось в долині, а кругом оточували його високі гори, вкритії одвічним лісом. Мені сказали, що в лісі багацько вальдшнепів, і я, на другий день, пішов пополювать. Щоб не заблудиться в гущах, я узяв з собою хазяйського сина, парубка по двадцятому року; думаю собі: проведе, а часом як встрелю на плесі качку, то буде кому й витягти. В лісі вальдшнепів здіймалось до-біса, так за гущиною не зручно було стрілять; от ми, пообідавши у лісничого, й вибрались з нетрів ік Дніпру, щоб пополювать ще на качок та куликів.</w:t>
      </w:r>
    </w:p>
    <w:p>
      <w:r>
        <w:br/>
        <w:t>Вже над вечір, як став стухать жар, повертались ми у село луговиною. Не доходячи верстви зо три до села, побачив я на горі велику руїну мурованої будови. Сонце сідало і огненним промінням освіщало темні мури, а за ними і наоколо чорнів ліс.</w:t>
      </w:r>
    </w:p>
    <w:p>
      <w:r>
        <w:br/>
        <w:t>— Що це за руїна? — спитав я парубка.</w:t>
      </w:r>
    </w:p>
    <w:p>
      <w:r>
        <w:br/>
        <w:t>— Це "Чортова корчма",— одказав парубок.</w:t>
      </w:r>
    </w:p>
    <w:p>
      <w:r>
        <w:br/>
        <w:t>— Як чортова?</w:t>
      </w:r>
    </w:p>
    <w:p>
      <w:r>
        <w:br/>
        <w:t>— У цій корчмі колись, давно вже, шинкували чорти, та й досі щороку перед Різдвом бенкетують тутечки з відьмами.</w:t>
      </w:r>
    </w:p>
    <w:p>
      <w:r>
        <w:br/>
        <w:t>— Хто ж бачив, як вони бенкетують?</w:t>
      </w:r>
    </w:p>
    <w:p>
      <w:r>
        <w:br/>
        <w:t>— Були такі, що бачили та й росказували тим, що не бачили.</w:t>
      </w:r>
    </w:p>
    <w:p>
      <w:r>
        <w:br/>
        <w:t>Я зійшов на гору, щоб оглядіть руїну. Корчма була стародавньої будови: широкі стіни і покої під зводами[1]. В першому покою, на кам’яному помосту, було розкидане скло од битих пляшок, кістки; а біля розваленої груби лежала кабиця[2], багацько битих горшків і купа попілу з вугіллям. Видко було, що тутечки ще не так давно щось готували і добре гуляли.</w:t>
      </w:r>
    </w:p>
    <w:p>
      <w:r>
        <w:br/>
        <w:t>— Так, так,— сказав я,— бенкетували, тільки не знаю хто: чи люде, чи чорти?</w:t>
      </w:r>
    </w:p>
    <w:p>
      <w:r>
        <w:br/>
        <w:t>— Кому ж більш і товктись тутечки,— одказав парубок,— як не чортам! яка нечиста мати понесе сюди чоловіка!</w:t>
      </w:r>
    </w:p>
    <w:p>
      <w:r>
        <w:br/>
        <w:t>— Розкажи ж мені, хто довідався, що в цій корчмі шинкували чорти? Як про це розказують?</w:t>
      </w:r>
    </w:p>
    <w:p>
      <w:r>
        <w:br/>
        <w:t>— От як про це розказують старі люди,— почав парубок.— Ще за часів Січі недалечко од цієї корчми, доживав віку старий Запорожець. Мав він хату на дві половини,— на одній, у світличці, сам жив, а на другій жила бабуся, що його годувала і доглядала. Запорожця того всі поважали, бо дуже добра і чесна була людина; не гнула перед ним кирпи і старшина, ходили до його і прості люде, де-коли заходили й Татари (бо й по татарській знав) і Жиди; та він і чортів не цуравсь; — інколи й біси до його навертались, то він було розпитує їх і бавиться з ними.</w:t>
      </w:r>
    </w:p>
    <w:p>
      <w:r>
        <w:br/>
        <w:t>Раз, перед Різдвом, тільки що вернувся він з всеношної, чує — щось шкряба біля дверей. Запорожець думав, що кішка, — тільки відчинив, а в хату шасть чорт; хука в лапки і підскакує халяндри[3], бачите — дуже приморозило, так чорта пройняв циганський піт.</w:t>
      </w:r>
    </w:p>
    <w:p>
      <w:r>
        <w:br/>
        <w:t>"Та й змерз же! — каже чорт,— такий мороз, що аж очі злипаються! Будьте ласкаві, добродію, пустіть погріться".</w:t>
      </w:r>
    </w:p>
    <w:p>
      <w:r>
        <w:br/>
        <w:t>"Грійся, вражий сину",— каже Запорожець, поскубши тихенько за вухо чорта.</w:t>
      </w:r>
    </w:p>
    <w:p>
      <w:r>
        <w:br/>
        <w:t>"Спасибі вам, добродію,— каже чорт,— за вашу ласку". Та й сів біля грубки.</w:t>
      </w:r>
    </w:p>
    <w:p>
      <w:r>
        <w:br/>
        <w:t>"Відкіля це,— спитав Запорожець,— нечиста мати тебе принесла?"</w:t>
      </w:r>
    </w:p>
    <w:p>
      <w:r>
        <w:br/>
        <w:t>"3далека",— каже чорт,— аж з того краю світу!"</w:t>
      </w:r>
    </w:p>
    <w:p>
      <w:r>
        <w:br/>
        <w:t>"Що ж ти там робив?" — спитав старий.</w:t>
      </w:r>
    </w:p>
    <w:p>
      <w:r>
        <w:br/>
        <w:t>"Звісно що,— каже чорт,— ізкушав людей. Що-ж нам чортам більше й робить..."</w:t>
      </w:r>
    </w:p>
    <w:p>
      <w:r>
        <w:br/>
        <w:t>"І не обридне вам,— каже Запорожець,— чорти-батька-зна чого блукать по світу! Пора б вже вам і вгамуваться..."</w:t>
      </w:r>
    </w:p>
    <w:p>
      <w:r>
        <w:br/>
        <w:t>"Е, добродію,— каже чорт, збіднившись,— не наша сила, не наша й воля: — і в нас є старшина, сиріч начальство... треба, бачите, слухаться; скачи, враже, як пан каже. А то який би його біс оттак і по світу товкся! Подивіться лишень на мене: гасаючи, всі кігтики на лапках попротирав, і шерсть на боках повилазила!... Та ще, коли б ви знали, що вони вигадують тамечки у пеклі: понастроювали скрізь тих шинків, корчм, запроважають бенкети, ігрища, гоцаки, тропаки, гопаки!..."</w:t>
      </w:r>
    </w:p>
    <w:p>
      <w:r>
        <w:br/>
        <w:t>"Не велика ще біда,— каже Запорожець,— з тих шинків, корчм і ігрищів: прийде чоловік у шинок, вип’є собі на здоров’я чарку горілки, з’їсть оселедець, другий; зберуться на празник або в неділю парубки та дівчата, погуляють собі, потанцюють, а деякі спаруються і одружаться..."</w:t>
      </w:r>
    </w:p>
    <w:p>
      <w:r>
        <w:br/>
        <w:t>"Коли б так! — каже чорт,— то б нічого було й казать; а то хоч би і в цій корчмі, що біля вас... Чи ви знаєте, добродію, хто там шинкує?..."</w:t>
      </w:r>
    </w:p>
    <w:p>
      <w:r>
        <w:br/>
        <w:t>"Казали — якийсь Жид",— каже Запорожець.</w:t>
      </w:r>
    </w:p>
    <w:p>
      <w:r>
        <w:br/>
        <w:t>"Який вам Жид! — одказав чорт зареготавшись,— наш таки чорт, та ще й з Києва відьми налітають".</w:t>
      </w:r>
    </w:p>
    <w:p>
      <w:r>
        <w:br/>
        <w:t>"Глянь! — каже Запорожець,— не знав я сього, а то б пішов подивиться!... А ти-ж, чорте,— пита,— що там робиш?"</w:t>
      </w:r>
    </w:p>
    <w:p>
      <w:r>
        <w:br/>
        <w:t>"Що я роблю?... Танцюю,— каже чорт: сьогодні важний задамо бенкет, і музика таки наша, пекельна буде, а вже які відьми з Києва назлітаються, на віки гарні! Приходьте, добродію, до нас, побачите, як я буду танцювать гопака і гоцака!"</w:t>
      </w:r>
    </w:p>
    <w:p>
      <w:r>
        <w:br/>
        <w:t>"Пішов би,— одказує Запорожець,— так нікому ж мене провести, старий вже з біса став..."</w:t>
      </w:r>
    </w:p>
    <w:p>
      <w:r>
        <w:br/>
        <w:t>"Я ж вас проведу,— каже чорт,— разом і підемо".</w:t>
      </w:r>
    </w:p>
    <w:p>
      <w:r>
        <w:br/>
        <w:t>"Добре! — каже Запорожець: побачимо, як там у вас, у чортів, люде бенкетують".</w:t>
      </w:r>
    </w:p>
    <w:p>
      <w:r>
        <w:br/>
        <w:t>Виголивсь Запорожець, одяг червоний жупан з вильотами, що пообшивані брузументами[4], обувсь у чоботи сап’янці, підперезався шалевим поясом, причепив шаблюку, і вусів не забув навапсить[5], та взявши чорта за хвіст, і пішов у корчму. Як зблизились ік корчмі, приглядується Запорожець, аж перед ним не чорт вже, а парубок у чорному кобеняку[6], підперезаний червоним поясом, в смушевій шапці; і вже тримає його не за хвіст, а за кобеняк.</w:t>
      </w:r>
    </w:p>
    <w:p>
      <w:r>
        <w:br/>
        <w:t>Увійшов Запорожець у корчму, дивиться — народу повнісінько як у церкві; по всіх ліхтарях позасвічувані свічки: дарма що шабашкові, а палають неначе воскові в ставниках. Тільки вгледів орендар Запорожця, зараз і підскочив до його з пляшкою.</w:t>
      </w:r>
    </w:p>
    <w:p>
      <w:r>
        <w:br/>
        <w:t>"Мозе пан добродзій,— каже,— позволі килішек гданської вудки?"</w:t>
      </w:r>
    </w:p>
    <w:p>
      <w:r>
        <w:br/>
        <w:t>"Всип,— каже Запорожець,— побачимо, що там за гданська!.."</w:t>
      </w:r>
    </w:p>
    <w:p>
      <w:r>
        <w:br/>
        <w:t>Випив Запорожець — аж зацмокав: така кріпка та смачна.</w:t>
      </w:r>
    </w:p>
    <w:p>
      <w:r>
        <w:br/>
        <w:t>"Мозе сце,— каже орендар,— пан добродзій позволі килішек?"</w:t>
      </w:r>
    </w:p>
    <w:p>
      <w:r>
        <w:br/>
        <w:t>Випив Запорожець і другу. Якось йому повеселішало, неначе помолодшав. А тут як ушкварять музики джинжируху![7] — та й гарно ж грали, матері їх лихо: скрипиця так і виспівує, бубни і гудуть; гуркотять, цимбали мов дзвоники дзвонять. Як почув старий, так аж жижки у його затрусились, самі ноги затупотіли. Зараз і почали танцювать. Дівчата такі гарні, одна в одну. Пішов у танець і той чорт, що привів Запорожця. Знатно танцює, гаспидів син! Не вдержавсь і старий, ну й собі по запорозькій: і викрутасом, і вихилясом, цокотить підківками, вистрибує, ноги висче голови задира. Парубоцтво й дівчата кругом обступили, дивують ся, і на чорта вже не дивлять ся. Танцював старий, поки в його духу не захопило. А тут де не взявсь орендар з пляшкою і знов до його:</w:t>
      </w:r>
    </w:p>
    <w:p>
      <w:r>
        <w:br/>
        <w:t>"Мозе пан добродзій позволі килішек вудки?"</w:t>
      </w:r>
    </w:p>
    <w:p>
      <w:r>
        <w:br/>
        <w:t>А Запорожцю того тільки й треба: випив, трошки оддихав і знов пішов із чортом козачка. Як натанцювались, повів чорт старого по других покоях. Увійшли в один — все парубки та дівчата, сидять собі парками, розмовляють і чоломкаються. Увійшли у другий, аж там грають у карти: на столі купи грошей, мідні й срібні, а кругом стола людей-людей: були між ними і з сивими чубами... Не зчувся Запорожець, як і сам став грать. Здали карти раз, вдруге — вже й таляра програв! Що за біс! думає собі,— у одного чоловіка усе хлюсти[8]. Коли зирк, аж він вийма з кишені карти. Запорожець черк його, по пиці, а той старого за груди.</w:t>
      </w:r>
    </w:p>
    <w:p>
      <w:r>
        <w:br/>
        <w:t>"Е, ні,— гримнув Запорожець,— постривай, роби що-небудь одно: коли шахруєш, так і шахруй, а я почав тебе бить, так і буду товкти!" — Та і вдруге йому затопив.</w:t>
      </w:r>
    </w:p>
    <w:p>
      <w:r>
        <w:br/>
        <w:t>Той ґвалту; відкіля ні взявсь орендар, до Запорожця, як крикне:</w:t>
      </w:r>
    </w:p>
    <w:p>
      <w:r>
        <w:br/>
        <w:t>"За сцо ви б’єте моїх гостей?... Ми вас прозенемо з кумпанїї!..."</w:t>
      </w:r>
    </w:p>
    <w:p>
      <w:r>
        <w:br/>
        <w:t>"Мовчи, чорте,— гримнув Запорожець,— зась тобі до людей, знай своє пекло!..."</w:t>
      </w:r>
    </w:p>
    <w:p>
      <w:r>
        <w:br/>
        <w:t>"Який я цорт,— одказує орендар,— я цесний єврей!"</w:t>
      </w:r>
    </w:p>
    <w:p>
      <w:r>
        <w:br/>
        <w:t>"Брешеш,— каже Запорожець,— от як стягну з тебе жидівські галанці, та й відотну тобі хвіст, щоб знав, як приймать шахраїв до гурту!..."</w:t>
      </w:r>
    </w:p>
    <w:p>
      <w:r>
        <w:br/>
        <w:t>А чорт, що привів Запорожця, смик орендаря за шлафрок.</w:t>
      </w:r>
    </w:p>
    <w:p>
      <w:r>
        <w:br/>
        <w:t>"Хто сахрує, хто?" — загугнів орендар, неначе й не знає, хто.</w:t>
      </w:r>
    </w:p>
    <w:p>
      <w:r>
        <w:br/>
        <w:t>"Ось хто", гримнув Запорожець, та знов черк по пиці шахрая.</w:t>
      </w:r>
    </w:p>
    <w:p>
      <w:r>
        <w:br/>
        <w:t>А орендар до його:</w:t>
      </w:r>
    </w:p>
    <w:p>
      <w:r>
        <w:br/>
        <w:t>"Як ти осьміливсь ошукувать пана добродзія?" Далі каже другим: "забирайте, панове, його гросі і зеніть з карчми!... Я приймаю тільки цесних людей!"</w:t>
      </w:r>
    </w:p>
    <w:p>
      <w:r>
        <w:br/>
        <w:t>Духом розхапали гроші, женуть шахрая в потилицю, а Жид до Запорожця з пляшкою.</w:t>
      </w:r>
    </w:p>
    <w:p>
      <w:r>
        <w:br/>
        <w:t>"Мозе пан добродзій позволі килішек вудки?"</w:t>
      </w:r>
    </w:p>
    <w:p>
      <w:r>
        <w:br/>
        <w:t>— Частує Запорожця, а тут прибігли дві дівчини, такі гарні, певно відьми: білі, повні, щоки горять, очі як зірочки ясніють; втомились танцюючи, так повні груди так і підіймають ся до-гори. Вхопили старого під руки та й повели.</w:t>
      </w:r>
    </w:p>
    <w:p>
      <w:r>
        <w:br/>
        <w:t>"Потанцюйте ще, добродію,— просять,— люди кажуть, що мабуть у вас чорти сидять в чоботях!"</w:t>
      </w:r>
    </w:p>
    <w:p>
      <w:r>
        <w:br/>
        <w:t>"А може й сидять,— каже Запорожець,— бо чорт мене обував".</w:t>
      </w:r>
    </w:p>
    <w:p>
      <w:r>
        <w:br/>
        <w:t>— Знов пішов гайдука[9] садить, так за відьом і держиться; насилу вже чорт вивів його з корчми. Сказано, запорозька натура, і байдуже йому: з ким би не гулять, аби гулять!... Повів чорт Запорожця додому; на-силу диба неборак: дуже таки втомив ся, обома руками держить ся за хвіст, аж стогне сердешний чорт. Як дійшов старий до своєї господи попрощався з чортом, та й став стукать у двері. Відчинила бабуся, світить, а Запорожець до неї, ну її обіймать та до серця тулить, а баба від його трохи каганця не впустила..</w:t>
      </w:r>
    </w:p>
    <w:p>
      <w:r>
        <w:br/>
        <w:t>"Бог з вами, добродію! — каже,— що це ви робите, чи ви не здуріли?"</w:t>
      </w:r>
    </w:p>
    <w:p>
      <w:r>
        <w:br/>
        <w:t>Насилу його утихомирила і положила спати.</w:t>
      </w:r>
    </w:p>
    <w:p>
      <w:r>
        <w:br/>
        <w:t>На другий день прокинувся Запорожець, дивиться — бабуся стоїть біля його ліжка.</w:t>
      </w:r>
    </w:p>
    <w:p>
      <w:r>
        <w:br/>
        <w:t>"А що,— спитав Запорожець,— чи вже благовістили до церкви?"</w:t>
      </w:r>
    </w:p>
    <w:p>
      <w:r>
        <w:br/>
        <w:t>"Де вам благовістили! — каже баба,— добрі люде вже й пообідали; я вже думала, чи не заснули ви на віки вічні!"</w:t>
      </w:r>
    </w:p>
    <w:p>
      <w:r>
        <w:br/>
        <w:t>Як схопиться Запорожець, як крикне:</w:t>
      </w:r>
    </w:p>
    <w:p>
      <w:r>
        <w:br/>
        <w:t>"Ну не бісового ж тобі сина й чорти! Чого гаспиди наробили: на Різдво не довелось мені в церкві бути й Богу помолиться! "Ні,— каже,— цього не можна... Як таку волю їм дать, то вони всіх людей з пантелику зіб’ють; мабуть не я один опізнивсь до церкви!.."</w:t>
      </w:r>
    </w:p>
    <w:p>
      <w:r>
        <w:br/>
        <w:t>Одягся і пішов до попа, розказав йому все, як було, зібрали мирян, порадились, та й рішили: спалить диявольську корчму. Так хоч і спалили, а все ж таки щороку, перед Різдвом, товчуться і бенкетують тутечки чорти й відьми. Як бачите,— ніхто й цегли не бере на груби, бояться. Так ця анахемська руїна мабуть буде стоять аж до кінця світу!..</w:t>
      </w:r>
    </w:p>
    <w:p>
      <w:r>
        <w:br/>
        <w:t>— Добре,— додав парубок,— що тоді були на світі такі люде, як оцей Запорожець, що розказую: було й кому довідаться, що шинкують чорти; а теперечки кожному байдуже...</w:t>
      </w:r>
    </w:p>
    <w:p>
      <w:r>
        <w:br/>
        <w:t>[1] Звід — склепінь.</w:t>
      </w:r>
    </w:p>
    <w:p>
      <w:r>
        <w:br/>
        <w:t>[2] Кабиця — огнище в сінях або на дворі замість печі.</w:t>
      </w:r>
    </w:p>
    <w:p>
      <w:r>
        <w:br/>
        <w:t>[3] Халяндра — циганський танець.</w:t>
      </w:r>
    </w:p>
    <w:p>
      <w:r>
        <w:br/>
        <w:t>[4] Брузумент — ґальон, карунка.</w:t>
      </w:r>
    </w:p>
    <w:p>
      <w:r>
        <w:br/>
        <w:t>[5] Навапсить — навоскувати, намастити, щоби штивні були.</w:t>
      </w:r>
    </w:p>
    <w:p>
      <w:r>
        <w:br/>
        <w:t>[6] Кобеняк — верхня одежа (опанча) з Богородицею.</w:t>
      </w:r>
    </w:p>
    <w:p>
      <w:r>
        <w:br/>
        <w:t>[7] Джинжируха — веселий та скочний танець.</w:t>
      </w:r>
    </w:p>
    <w:p>
      <w:r>
        <w:br/>
        <w:t>[8] Хлюсти — козирі або інші добрі карти.</w:t>
      </w:r>
    </w:p>
    <w:p>
      <w:r>
        <w:br/>
        <w:t>[9] Гайдук — танець з присюдами.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Чортова корчма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