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Чую — співає Америка...</w:t>
      </w:r>
    </w:p>
    <w:p>
      <w:r>
        <w:br/>
        <w:t xml:space="preserve"> Чую — співає Америка, різні пісні я чую,</w:t>
      </w:r>
    </w:p>
    <w:p>
      <w:r>
        <w:br/>
        <w:t>Співають робітники, кожен співає свою гучну і радісну пісню,</w:t>
      </w:r>
    </w:p>
    <w:p>
      <w:r>
        <w:br/>
        <w:t>Тесля співає, вимірюючи дошку чи брус,</w:t>
      </w:r>
    </w:p>
    <w:p>
      <w:r>
        <w:br/>
        <w:t>Каменяр співає, готуючись до роботи чи закінчуючи роботу.</w:t>
      </w:r>
    </w:p>
    <w:p>
      <w:r>
        <w:br/>
        <w:t>Човняр на човні своєму співає, матроси палубні —</w:t>
      </w:r>
    </w:p>
    <w:p>
      <w:r>
        <w:br/>
        <w:t>на чардаку пароплава,</w:t>
      </w:r>
    </w:p>
    <w:p>
      <w:r>
        <w:br/>
        <w:t>Швець співає, сидячи на ослінчику, шапкар наспівує стоячи,</w:t>
      </w:r>
    </w:p>
    <w:p>
      <w:r>
        <w:br/>
        <w:t>Лісоруб співає, співає ратай, рушаючи зранку в поле,</w:t>
      </w:r>
    </w:p>
    <w:p>
      <w:r>
        <w:br/>
        <w:t>опівдні відпочиваючи, скінчивши надвечір роботу,</w:t>
      </w:r>
    </w:p>
    <w:p>
      <w:r>
        <w:br/>
        <w:t>Чудова пісня матері, чи молодої дружини за працею,</w:t>
      </w:r>
    </w:p>
    <w:p>
      <w:r>
        <w:br/>
        <w:t>або дівчини за шитвом чи пранням.</w:t>
      </w:r>
    </w:p>
    <w:p>
      <w:r>
        <w:br/>
        <w:t>Кожен співає своє, те, що йому або їй тільки належиться,</w:t>
      </w:r>
    </w:p>
    <w:p>
      <w:r>
        <w:br/>
        <w:t>Вдень — що належиться дневі, а надвечір міцні,</w:t>
      </w:r>
    </w:p>
    <w:p>
      <w:r>
        <w:br/>
        <w:t>здружені хлопці гуртом</w:t>
      </w:r>
    </w:p>
    <w:p>
      <w:r>
        <w:br/>
        <w:t>Співають на повен голос гучних, мелодійних пісень.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Чую — співає Америка...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