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Давня казка</w:t>
      </w:r>
    </w:p>
    <w:p>
      <w:r>
        <w:br/>
        <w:t xml:space="preserve"> Може б, хто послухав казки?&lt;br /&gt;</w:t>
        <w:br/>
        <w:t>Ось послухайте, панове!&lt;br /&gt;</w:t>
        <w:br/>
        <w:t>Тільки вибачте ласкаво,&lt;br /&gt;</w:t>
        <w:br/>
        <w:t>Що не все в ній буде нове.</w:t>
      </w:r>
    </w:p>
    <w:p>
      <w:r>
        <w:br/>
        <w:t>Та чого там, люди добрі,&lt;br /&gt;</w:t>
        <w:br/>
        <w:t>За новинками впадати?&lt;br /&gt;</w:t>
        <w:br/>
        <w:t>Може, часом не завадить&lt;br /&gt;</w:t>
        <w:br/>
        <w:t>І давніше пригадати.</w:t>
      </w:r>
    </w:p>
    <w:p>
      <w:r>
        <w:br/>
        <w:t>Хто нам може розповісти&lt;br /&gt;</w:t>
        <w:br/>
        <w:t>Щось таке цілком новеє,&lt;br /&gt;</w:t>
        <w:br/>
        <w:t>Щоб ніхто з нас не відмовив:&lt;br /&gt;</w:t>
        <w:br/>
        <w:t>"Ет, вже ми чували сеє!"</w:t>
      </w:r>
    </w:p>
    <w:p>
      <w:r>
        <w:br/>
        <w:t>Тож, коли хто з вас цікавий,&lt;br /&gt;</w:t>
        <w:br/>
        <w:t>Сядь і слухай давню казку,&lt;br /&gt;</w:t>
        <w:br/>
        <w:t>А мені коли не лаврів,&lt;br /&gt;</w:t>
        <w:br/>
        <w:t>То хоч бубликів дай в'язку.</w:t>
      </w:r>
    </w:p>
    <w:p>
      <w:r>
        <w:br/>
        <w:t>І</w:t>
      </w:r>
    </w:p>
    <w:p>
      <w:r>
        <w:br/>
        <w:t>Десь, колись, в якійсь країні,&lt;br /&gt;</w:t>
        <w:br/>
        <w:t>Де захочете, там буде,&lt;br /&gt;</w:t>
        <w:br/>
        <w:t>Бо у казці, та ще в віршах,&lt;br /&gt;</w:t>
        <w:br/>
        <w:t>Все можливо, добрі люде.</w:t>
      </w:r>
    </w:p>
    <w:p>
      <w:r>
        <w:br/>
        <w:t>Десь, колись, в якійсь країні&lt;br /&gt;</w:t>
        <w:br/>
        <w:t>Проживав поет нещасний,&lt;br /&gt;</w:t>
        <w:br/>
        <w:t>Тільки мав талан до віршів,&lt;br /&gt;</w:t>
        <w:br/>
        <w:t>Не позичений, а власний.</w:t>
      </w:r>
    </w:p>
    <w:p>
      <w:r>
        <w:br/>
        <w:t>На обличчі у поета&lt;br /&gt;</w:t>
        <w:br/>
        <w:t>Не цвіла урода гожа,&lt;br /&gt;</w:t>
        <w:br/>
        <w:t>Хоч не був він теж поганий, —&lt;br /&gt;</w:t>
        <w:br/>
        <w:t>От собі — людина божа!</w:t>
      </w:r>
    </w:p>
    <w:p>
      <w:r>
        <w:br/>
        <w:t>Той співець — та що робити!&lt;br /&gt;</w:t>
        <w:br/>
        <w:t>Видно, правди не сховати,&lt;br /&gt;</w:t>
        <w:br/>
        <w:t>Що не був співцем поет наш,&lt;br /&gt;</w:t>
        <w:br/>
        <w:t>Бо зовсім не вмів співати.</w:t>
      </w:r>
    </w:p>
    <w:p>
      <w:r>
        <w:br/>
        <w:t>Та була у нього пісня&lt;br /&gt;</w:t>
        <w:br/>
        <w:t>І дзвінкою, і гучною,&lt;br /&gt;</w:t>
        <w:br/>
        <w:t>Бо розходилась по світу&lt;br /&gt;</w:t>
        <w:br/>
        <w:t>Стоголосою луною.</w:t>
      </w:r>
    </w:p>
    <w:p>
      <w:r>
        <w:br/>
        <w:t>І не був поет самотнім:&lt;br /&gt;</w:t>
        <w:br/>
        <w:t>До його малої хати&lt;br /&gt;</w:t>
        <w:br/>
        <w:t>Раз у раз ходила молодь&lt;br /&gt;</w:t>
        <w:br/>
        <w:t>Пісні-слова вислухати.</w:t>
      </w:r>
    </w:p>
    <w:p>
      <w:r>
        <w:br/>
        <w:t>Теє слово всім давало&lt;br /&gt;</w:t>
        <w:br/>
        <w:t>То розвагу, то пораду;&lt;br /&gt;</w:t>
        <w:br/>
        <w:t>Слухачі співцю за теє&lt;br /&gt;</w:t>
        <w:br/>
        <w:t>Ділом скрізь давали раду.</w:t>
      </w:r>
    </w:p>
    <w:p>
      <w:r>
        <w:br/>
        <w:t>Що могли, то те й давали,&lt;br /&gt;</w:t>
        <w:br/>
        <w:t>Він зо всього був догодний.&lt;br /&gt;</w:t>
        <w:br/>
        <w:t>Досить з нього, що не був він&lt;br /&gt;</w:t>
        <w:br/>
        <w:t>Ні голодний, ні холодний.</w:t>
      </w:r>
    </w:p>
    <w:p>
      <w:r>
        <w:br/>
        <w:t>Як навесні шум зелений&lt;br /&gt;</w:t>
        <w:br/>
        <w:t>Оживляв сумну діброву,&lt;br /&gt;</w:t>
        <w:br/>
        <w:t>То щодня поет приходив&lt;br /&gt;</w:t>
        <w:br/>
        <w:t>До діброви на розмову.</w:t>
      </w:r>
    </w:p>
    <w:p>
      <w:r>
        <w:br/>
        <w:t>Так одного разу ранком&lt;br /&gt;</w:t>
        <w:br/>
        <w:t>Наш поет лежав у гаю,&lt;br /&gt;</w:t>
        <w:br/>
        <w:t>Чи він слухав шум діброви,&lt;br /&gt;</w:t>
        <w:br/>
        <w:t>Чи пісні складав, — не знаю!</w:t>
      </w:r>
    </w:p>
    <w:p>
      <w:r>
        <w:br/>
        <w:t>Тільки чує — гомін, гуки,&lt;br /&gt;</w:t>
        <w:br/>
        <w:t>Десь мисливські сурми грають,&lt;br /&gt;</w:t>
        <w:br/>
        <w:t>Чутно разом, як собачі&lt;br /&gt;</w:t>
        <w:br/>
        <w:t>Й людські крики десь лунають.</w:t>
      </w:r>
    </w:p>
    <w:p>
      <w:r>
        <w:br/>
        <w:t>Тупотять прудкії коні,&lt;br /&gt;</w:t>
        <w:br/>
        <w:t>Гомін ближче все лунає,&lt;br /&gt;</w:t>
        <w:br/>
        <w:t>З-за кущів юрба мисливська&lt;br /&gt;</w:t>
        <w:br/>
        <w:t>На долинку вибігає.</w:t>
      </w:r>
    </w:p>
    <w:p>
      <w:r>
        <w:br/>
        <w:t>Як на те ж, лежав поет наш&lt;br /&gt;</w:t>
        <w:br/>
        <w:t>На самісінькій стежині.&lt;br /&gt;</w:t>
        <w:br/>
        <w:t>"Гей! — кричить він, — обережно!&lt;br /&gt;</w:t>
        <w:br/>
        <w:t>Віку збавите людині!"</w:t>
      </w:r>
    </w:p>
    <w:p>
      <w:r>
        <w:br/>
        <w:t>Ще, на щастя, не за звіром&lt;br /&gt;</w:t>
        <w:br/>
        <w:t>Гналася юрба, — спинилась,&lt;br /&gt;</w:t>
        <w:br/>
        <w:t>А то б, може, на поета&lt;br /&gt;</w:t>
        <w:br/>
        <w:t>Не конечне подивилась.</w:t>
      </w:r>
    </w:p>
    <w:p>
      <w:r>
        <w:br/>
        <w:t>Попереду їхав лицар,&lt;br /&gt;</w:t>
        <w:br/>
        <w:t>Та лихий такий, крий боже!&lt;br /&gt;</w:t>
        <w:br/>
        <w:t>"Бачте, — крикнув, — що за птиця!&lt;br /&gt;</w:t>
        <w:br/>
        <w:t>Чи не встав би ти, небоже?"</w:t>
      </w:r>
    </w:p>
    <w:p>
      <w:r>
        <w:br/>
        <w:t>"Не біда, — поет відмовив, —&lt;br /&gt;</w:t>
        <w:br/>
        <w:t>Як ти й сам з дороги звернеш,&lt;br /&gt;</w:t>
        <w:br/>
        <w:t>Бо як рими повтікають,&lt;br /&gt;</w:t>
        <w:br/>
        <w:t>Ти мені їх не завернеш!"</w:t>
      </w:r>
    </w:p>
    <w:p>
      <w:r>
        <w:br/>
        <w:t>"Се ще также полювання! —&lt;br /&gt;</w:t>
        <w:br/>
        <w:t>Мовить лицар з гучним сміхом.-&lt;br /&gt;</w:t>
        <w:br/>
        <w:t>Слухай, ти, втікай лиш краще.&lt;br /&gt;</w:t>
        <w:br/>
        <w:t>Бо пізнаєшся ти з лихом!"</w:t>
      </w:r>
    </w:p>
    <w:p>
      <w:r>
        <w:br/>
        <w:t>"Ей, я лиха не боюся,&lt;br /&gt;</w:t>
        <w:br/>
        <w:t>З ним ночую, з ним і днюю;&lt;br /&gt;</w:t>
        <w:br/>
        <w:t>Ти втікай, бо я, мосьпане,&lt;br /&gt;</w:t>
        <w:br/>
        <w:t>На таких, як ти, полюю!</w:t>
      </w:r>
    </w:p>
    <w:p>
      <w:r>
        <w:br/>
        <w:t>В мене рими — соколята,&lt;br /&gt;</w:t>
        <w:br/>
        <w:t>Як злетять до мене з неба,&lt;br /&gt;</w:t>
        <w:br/>
        <w:t>То вони мені вполюють,&lt;br /&gt;</w:t>
        <w:br/>
        <w:t>Вже кого мені там треба!"</w:t>
      </w:r>
    </w:p>
    <w:p>
      <w:r>
        <w:br/>
        <w:t>"Та який ти з біса мудрий! —&lt;br /&gt;</w:t>
        <w:br/>
        <w:t>Мовить лицар. — Ще ні разу&lt;br /&gt;</w:t>
        <w:br/>
        <w:t>Я таких, як ти, не бачив.&lt;br /&gt;</w:t>
        <w:br/>
        <w:t>Я тепер не маю часу,</w:t>
      </w:r>
    </w:p>
    <w:p>
      <w:r>
        <w:br/>
        <w:t>А то ми б ще подивились,&lt;br /&gt;</w:t>
        <w:br/>
        <w:t>Хто кого скорій вполює.&lt;br /&gt;</w:t>
        <w:br/>
        <w:t>Хлопці! геть його з дороги!&lt;br /&gt;</w:t>
        <w:br/>
        <w:t>Хай так дуже не мудрує!"</w:t>
      </w:r>
    </w:p>
    <w:p>
      <w:r>
        <w:br/>
        <w:t>"От спасибі за послугу! —&lt;br /&gt;</w:t>
        <w:br/>
        <w:t>Мовить наш поет. — Несіте.&lt;br /&gt;</w:t>
        <w:br/>
        <w:t>Та візьміть листки з піснями,&lt;br /&gt;</w:t>
        <w:br/>
        <w:t>Он в траві лежать, візьміте".</w:t>
      </w:r>
    </w:p>
    <w:p>
      <w:r>
        <w:br/>
        <w:t>"Він, напевне, божевільний! —&lt;br /&gt;</w:t>
        <w:br/>
        <w:t>Крикнув лицар. — Ну, рушаймо!&lt;br /&gt;</w:t>
        <w:br/>
        <w:t>Хай він знає нашу добрість —&lt;br /&gt;</w:t>
        <w:br/>
        <w:t>Стороною обминаймо.</w:t>
      </w:r>
    </w:p>
    <w:p>
      <w:r>
        <w:br/>
        <w:t>А ти тут зажди, небоже,&lt;br /&gt;</w:t>
        <w:br/>
        <w:t>Хай-но їхатиму з гаю,&lt;br /&gt;</w:t>
        <w:br/>
        <w:t>Я ще дам тобі гостинця,&lt;br /&gt;</w:t>
        <w:br/>
        <w:t>А тепер часу не маю".</w:t>
      </w:r>
    </w:p>
    <w:p>
      <w:r>
        <w:br/>
        <w:t>"Не на тебе ждать я буду, —&lt;br /&gt;</w:t>
        <w:br/>
        <w:t>Так поет відповідає, —&lt;br /&gt;</w:t>
        <w:br/>
        <w:t>Хто ж кому подасть гостинця,&lt;br /&gt;</w:t>
        <w:br/>
        <w:t>Ще того ніхто не знає".</w:t>
      </w:r>
    </w:p>
    <w:p>
      <w:r>
        <w:br/>
        <w:t>Лицар вже на те нічого&lt;br /&gt;</w:t>
        <w:br/>
        <w:t>Не відмовив, геть подався;&lt;br /&gt;</w:t>
        <w:br/>
        <w:t>Знову юрба загукала,&lt;br /&gt;</w:t>
        <w:br/>
        <w:t>І луною гай озвався.</w:t>
      </w:r>
    </w:p>
    <w:p>
      <w:r>
        <w:br/>
        <w:t>Розтеклись ловці по гаю,&lt;br /&gt;</w:t>
        <w:br/>
        <w:t>Полювали цілу днину,&lt;br /&gt;</w:t>
        <w:br/>
        <w:t>Та коли б же вполювали&lt;br /&gt;</w:t>
        <w:br/>
        <w:t>Хоч на сміх яку звірину!</w:t>
      </w:r>
    </w:p>
    <w:p>
      <w:r>
        <w:br/>
        <w:t>А як сонечко вже стало&lt;br /&gt;</w:t>
        <w:br/>
        <w:t>На вечірньому упрузі,&lt;br /&gt;</w:t>
        <w:br/>
        <w:t>Стихли сурми, гомін, крики,&lt;br /&gt;</w:t>
        <w:br/>
        <w:t>Тихо стало скрізь у лузі.</w:t>
      </w:r>
    </w:p>
    <w:p>
      <w:r>
        <w:br/>
        <w:t>Гурт мисливський зголоднілий&lt;br /&gt;</w:t>
        <w:br/>
        <w:t>Весь підбився, утомився,&lt;br /&gt;</w:t>
        <w:br/>
        <w:t>Дехто ще зоставсь у гаю,&lt;br /&gt;</w:t>
        <w:br/>
        <w:t>Дехто вже й з дороги збився.</w:t>
      </w:r>
    </w:p>
    <w:p>
      <w:r>
        <w:br/>
        <w:t>Геть одбившися від гурту,&lt;br /&gt;</w:t>
        <w:br/>
        <w:t>Їде лицар в самотині.&lt;br /&gt;</w:t>
        <w:br/>
        <w:t>Зирк! — поет лежить, як перше,&lt;br /&gt;</w:t>
        <w:br/>
        <w:t>На самісінькій стежині.</w:t>
      </w:r>
    </w:p>
    <w:p>
      <w:r>
        <w:br/>
        <w:t>"Ах, гостинця ти чекаєш! —&lt;br /&gt;</w:t>
        <w:br/>
        <w:t>Мовив лицар і лапнувся&lt;br /&gt;</w:t>
        <w:br/>
        <w:t>По кишенях. — Ой небоже,&lt;br /&gt;</w:t>
        <w:br/>
        <w:t>Вдома гроші я забувся!"</w:t>
      </w:r>
    </w:p>
    <w:p>
      <w:r>
        <w:br/>
        <w:t>Усміхнувсь поет на теє:&lt;br /&gt;</w:t>
        <w:br/>
        <w:t>"Не турбуйсь за мене, пане,&lt;br /&gt;</w:t>
        <w:br/>
        <w:t>Маю я багатства стільки,&lt;br /&gt;</w:t>
        <w:br/>
        <w:t>Що його й на тебе стане!"</w:t>
      </w:r>
    </w:p>
    <w:p>
      <w:r>
        <w:br/>
        <w:t>Спалахнув від гніву лицар,&lt;br /&gt;</w:t>
        <w:br/>
        <w:t>Був він гордий та завзятий,&lt;br /&gt;</w:t>
        <w:br/>
        <w:t>Але ж тільки на упертість&lt;br /&gt;</w:t>
        <w:br/>
        <w:t>Та на гордощі багатий.</w:t>
      </w:r>
    </w:p>
    <w:p>
      <w:r>
        <w:br/>
        <w:t>"Годі жартів! — крикнув згорда.&lt;br /&gt;</w:t>
        <w:br/>
        <w:t>Бо задам тобі я гарту!"&lt;br /&gt;</w:t>
        <w:br/>
        <w:t>А поет йому: "Та й сам я&lt;br /&gt;</w:t>
        <w:br/>
        <w:t>Не люблю з панами жарту...</w:t>
      </w:r>
    </w:p>
    <w:p>
      <w:r>
        <w:br/>
        <w:t>Бачиш ти — оця діброва,&lt;br /&gt;</w:t>
        <w:br/>
        <w:t>Поле, небо,синє море —&lt;br /&gt;</w:t>
        <w:br/>
        <w:t>То моє багатство-панство&lt;br /&gt;</w:t>
        <w:br/>
        <w:t>І розкішне, і просторе.</w:t>
      </w:r>
    </w:p>
    <w:p>
      <w:r>
        <w:br/>
        <w:t>При всьому сьому багатстві&lt;br /&gt;</w:t>
        <w:br/>
        <w:t>Я щасливий завжди й вільний".&lt;br /&gt;</w:t>
        <w:br/>
        <w:t>Тут покликнув лицар: "Боже!&lt;br /&gt;</w:t>
        <w:br/>
        <w:t>Чоловік сей божевільний!"</w:t>
      </w:r>
    </w:p>
    <w:p>
      <w:r>
        <w:br/>
        <w:t>"Може буть, — поет відмовив, —&lt;br /&gt;</w:t>
        <w:br/>
        <w:t>Певне, всі ми в божій волі.&lt;br /&gt;</w:t>
        <w:br/>
        <w:t>Та я справді маю щастя,&lt;br /&gt;</w:t>
        <w:br/>
        <w:t>І з мене його доволі.</w:t>
      </w:r>
    </w:p>
    <w:p>
      <w:r>
        <w:br/>
        <w:t>Так, я вільний, маю бистрі&lt;br /&gt;</w:t>
        <w:br/>
        <w:t>Вільні думи-чарівниці,&lt;br /&gt;</w:t>
        <w:br/>
        <w:t>Що для них нема на світі&lt;br /&gt;</w:t>
        <w:br/>
        <w:t>Ні застави, ні границі.</w:t>
      </w:r>
    </w:p>
    <w:p>
      <w:r>
        <w:br/>
        <w:t>Все, чого душа запрагне,&lt;br /&gt;</w:t>
        <w:br/>
        <w:t>Я створю в одну хвилину,&lt;br /&gt;</w:t>
        <w:br/>
        <w:t>В таємні світи надхмарні&lt;br /&gt;</w:t>
        <w:br/>
        <w:t>Я на крилах думки лину.</w:t>
      </w:r>
    </w:p>
    <w:p>
      <w:r>
        <w:br/>
        <w:t>Скрізь гуляю, скрізь буяю,&lt;br /&gt;</w:t>
        <w:br/>
        <w:t>Мов той вітер дзвінкий в полі;&lt;br /&gt;</w:t>
        <w:br/>
        <w:t>Сам я вільний і ніколи&lt;br /&gt;</w:t>
        <w:br/>
        <w:t>Не зламав чужої волі!"</w:t>
      </w:r>
    </w:p>
    <w:p>
      <w:r>
        <w:br/>
        <w:t>Засміявсь на теє лицар:&lt;br /&gt;</w:t>
        <w:br/>
        <w:t>"Давню байку правиш, друже?&lt;br /&gt;</w:t>
        <w:br/>
        <w:t>Я ж тобі скажу на теє:&lt;br /&gt;</w:t>
        <w:br/>
        <w:t>Ти щасливий, та не дуже.</w:t>
      </w:r>
    </w:p>
    <w:p>
      <w:r>
        <w:br/>
        <w:t>Я б віддав отой химерний&lt;br /&gt;</w:t>
        <w:br/>
        <w:t>Твій таємний світ надхмарний&lt;br /&gt;</w:t>
        <w:br/>
        <w:t>За наземне справжнє графство,&lt;br /&gt;</w:t>
        <w:br/>
        <w:t>За підхмарний замок гарний.</w:t>
      </w:r>
    </w:p>
    <w:p>
      <w:r>
        <w:br/>
        <w:t>Я б віддав твоє багатство&lt;br /&gt;</w:t>
        <w:br/>
        <w:t>І непевнії країни&lt;br /&gt;</w:t>
        <w:br/>
        <w:t>За єдиний поцілунок&lt;br /&gt;</w:t>
        <w:br/>
        <w:t>Від коханої дівчини..."</w:t>
      </w:r>
    </w:p>
    <w:p>
      <w:r>
        <w:br/>
        <w:t>Щось поет хотів відмовить&lt;br /&gt;</w:t>
        <w:br/>
        <w:t>На недбалу горду мову,&lt;br /&gt;</w:t>
        <w:br/>
        <w:t>Та вже сонечко червоне&lt;br /&gt;</w:t>
        <w:br/>
        <w:t>Заховалось за діброву.</w:t>
      </w:r>
    </w:p>
    <w:p>
      <w:r>
        <w:br/>
        <w:t>Надійшла сільськая молодь,&lt;br /&gt;</w:t>
        <w:br/>
        <w:t>Що з роботи поверталась,&lt;br /&gt;</w:t>
        <w:br/>
        <w:t>І побачила поета,&lt;br /&gt;</w:t>
        <w:br/>
        <w:t>З ним приязно привіталась.</w:t>
      </w:r>
    </w:p>
    <w:p>
      <w:r>
        <w:br/>
        <w:t>Тут поет взяв мандоліну,&lt;br /&gt;</w:t>
        <w:br/>
        <w:t>І на відповідь гуртові&lt;br /&gt;</w:t>
        <w:br/>
        <w:t>Він заграв, і до музики&lt;br /&gt;</w:t>
        <w:br/>
        <w:t>Промовляв пісні чудові.</w:t>
      </w:r>
    </w:p>
    <w:p>
      <w:r>
        <w:br/>
        <w:t>Всі навколо нерухомі,&lt;br /&gt;</w:t>
        <w:br/>
        <w:t>Зачаровані стояли,&lt;br /&gt;</w:t>
        <w:br/>
        <w:t>А найбільше у дівчаток&lt;br /&gt;</w:t>
        <w:br/>
        <w:t>Очі втіхою палали.</w:t>
      </w:r>
    </w:p>
    <w:p>
      <w:r>
        <w:br/>
        <w:t>Довго й лицар слухав пісню,&lt;br /&gt;</w:t>
        <w:br/>
        <w:t>Далі мовив на відході:&lt;br /&gt;</w:t>
        <w:br/>
        <w:t>"Що за дивна сила слова!&lt;br /&gt;</w:t>
        <w:br/>
        <w:t>Ворожбит якийсь, та й годі!"</w:t>
      </w:r>
    </w:p>
    <w:p>
      <w:r>
        <w:br/>
        <w:t>II</w:t>
      </w:r>
    </w:p>
    <w:p>
      <w:r>
        <w:br/>
        <w:t>Літнім вечором пізненько&lt;br /&gt;</w:t>
        <w:br/>
        <w:t>Сам поет сидів в хатині,&lt;br /&gt;</w:t>
        <w:br/>
        <w:t>Так од ранку цілу днину&lt;br /&gt;</w:t>
        <w:br/>
        <w:t>Він просидів в самотині.</w:t>
      </w:r>
    </w:p>
    <w:p>
      <w:r>
        <w:br/>
        <w:t>Тож сидів поет в віконці,&lt;br /&gt;</w:t>
        <w:br/>
        <w:t>Слухав співів, що лунали&lt;br /&gt;</w:t>
        <w:br/>
        <w:t>Скрізь по полю і до нього&lt;br /&gt;</w:t>
        <w:br/>
        <w:t>У хатину долітали.</w:t>
      </w:r>
    </w:p>
    <w:p>
      <w:r>
        <w:br/>
        <w:t>Співи стихли, потім хутко&lt;br /&gt;</w:t>
        <w:br/>
        <w:t>Налетіла літня нічка;&lt;br /&gt;</w:t>
        <w:br/>
        <w:t>Дерева шуміли з вітром,&lt;br /&gt;</w:t>
        <w:br/>
        <w:t>Гомоніла бистра річка.</w:t>
      </w:r>
    </w:p>
    <w:p>
      <w:r>
        <w:br/>
        <w:t>І поет в своїй хатині&lt;br /&gt;</w:t>
        <w:br/>
        <w:t>Прислухавсь до того шуму,&lt;br /&gt;</w:t>
        <w:br/>
        <w:t>Погляд в темряву втопивши,&lt;br /&gt;</w:t>
        <w:br/>
        <w:t>Він таємну думав думу.</w:t>
      </w:r>
    </w:p>
    <w:p>
      <w:r>
        <w:br/>
        <w:t>Тільки чує — хтось під'їхав&lt;br /&gt;</w:t>
        <w:br/>
        <w:t>На коні до його хати&lt;br /&gt;</w:t>
        <w:br/>
        <w:t>І спинився, потім зброя&lt;br /&gt;</w:t>
        <w:br/>
        <w:t>Почала чиясь бряжчати.</w:t>
      </w:r>
    </w:p>
    <w:p>
      <w:r>
        <w:br/>
        <w:t>Що за диво! Під віконце&lt;br /&gt;</w:t>
        <w:br/>
        <w:t>Хтось помалу підступає.&lt;br /&gt;</w:t>
        <w:br/>
        <w:t>Тут поет не втерпів: "Хто там? —&lt;br /&gt;</w:t>
        <w:br/>
        <w:t>Невідомого питає.-</w:t>
      </w:r>
    </w:p>
    <w:p>
      <w:r>
        <w:br/>
        <w:t>Якщо злодій, то запевне&lt;br /&gt;</w:t>
        <w:br/>
        <w:t>Помиливсь ти, любий друже!"&lt;br /&gt;</w:t>
        <w:br/>
        <w:t>"Ні, се я, — озвався голос, —&lt;br /&gt;</w:t>
        <w:br/>
        <w:t>Маю справу, пильну дуже..."</w:t>
      </w:r>
    </w:p>
    <w:p>
      <w:r>
        <w:br/>
        <w:t>"Хто ж се "я"?" — поет питає.&lt;br /&gt;</w:t>
        <w:br/>
        <w:t>"Я, Бертольдо, лицар з гаю".&lt;br /&gt;</w:t>
        <w:br/>
        <w:t>Тут поет пізнав той голос:&lt;br /&gt;</w:t>
        <w:br/>
        <w:t>"А, мисливий! Знаю, знаю!</w:t>
      </w:r>
    </w:p>
    <w:p>
      <w:r>
        <w:br/>
        <w:t>Вибачай, прошу до хати,&lt;br /&gt;</w:t>
        <w:br/>
        <w:t>Хоч у мене трошки темно,&lt;br /&gt;</w:t>
        <w:br/>
        <w:t>Бо коли я сам у хаті,&lt;br /&gt;</w:t>
        <w:br/>
        <w:t>Не палю вогню даремно;</w:t>
      </w:r>
    </w:p>
    <w:p>
      <w:r>
        <w:br/>
        <w:t>Та для гостя запалю вже".&lt;br /&gt;</w:t>
        <w:br/>
        <w:t>І добув вогню з кресала.&lt;br /&gt;</w:t>
        <w:br/>
        <w:t>Перед ним лицарська постать&lt;br /&gt;</w:t>
        <w:br/>
        <w:t>Владаря Бертольда стала.</w:t>
      </w:r>
    </w:p>
    <w:p>
      <w:r>
        <w:br/>
        <w:t>"Добрий вечір!" — "Добрий вечір"&lt;br /&gt;</w:t>
        <w:br/>
        <w:t>Став тут лицар і — ні слова.&lt;br /&gt;</w:t>
        <w:br/>
        <w:t>Щось ніяк не починалась&lt;br /&gt;</w:t>
        <w:br/>
        <w:t>Тая пильная розмова.</w:t>
      </w:r>
    </w:p>
    <w:p>
      <w:r>
        <w:br/>
        <w:t>"Де ж твоя, мій гостю, справа?" —&lt;br /&gt;</w:t>
        <w:br/>
        <w:t>Далі вже поет озвався.&lt;br /&gt;</w:t>
        <w:br/>
        <w:t>Лицар стиха одмовляє:&lt;br /&gt;</w:t>
        <w:br/>
        <w:t>"Я, мій друже, закохався..."</w:t>
      </w:r>
    </w:p>
    <w:p>
      <w:r>
        <w:br/>
        <w:t>Тут поет йому говорить:&lt;br /&gt;</w:t>
        <w:br/>
        <w:t>"Що ж на се тобі пораджу?&lt;br /&gt;</w:t>
        <w:br/>
        <w:t>А проте доказуй далі,&lt;br /&gt;</w:t>
        <w:br/>
        <w:t>Може, чим тебе розважу".</w:t>
      </w:r>
    </w:p>
    <w:p>
      <w:r>
        <w:br/>
        <w:t>"Закохався я і гину, —&lt;br /&gt;</w:t>
        <w:br/>
        <w:t>Каже лицар, — вдень і вночі&lt;br /&gt;</w:t>
        <w:br/>
        <w:t>Бачу я перед собою&lt;br /&gt;</w:t>
        <w:br/>
        <w:t>Ясні оченьки дівочі".</w:t>
      </w:r>
    </w:p>
    <w:p>
      <w:r>
        <w:br/>
        <w:t>"Що ж? — поет на те говорить. —&lt;br /&gt;</w:t>
        <w:br/>
        <w:t>То за ручку та й до шлюбу!"&lt;br /&gt;</w:t>
        <w:br/>
        <w:t>"Ох! — зітхає лицар. — Візьме&lt;br /&gt;</w:t>
        <w:br/>
        <w:t>Інший хтось дівчину любу!</w:t>
      </w:r>
    </w:p>
    <w:p>
      <w:r>
        <w:br/>
        <w:t>Під балкон моєї донни&lt;br /&gt;</w:t>
        <w:br/>
        <w:t>Кожен вечір я приходжу,&lt;br /&gt;</w:t>
        <w:br/>
        <w:t>І в журбі тяжкій, в зітханнях&lt;br /&gt;</w:t>
        <w:br/>
        <w:t>Цілу нічку я проводжу.</w:t>
      </w:r>
    </w:p>
    <w:p>
      <w:r>
        <w:br/>
        <w:t>На мою журбу й зітхання&lt;br /&gt;</w:t>
        <w:br/>
        <w:t>Я відповіді не маю,&lt;br /&gt;</w:t>
        <w:br/>
        <w:t>Чим я маю привернути&lt;br /&gt;</w:t>
        <w:br/>
        <w:t>Серце милої, — не знаю!</w:t>
      </w:r>
    </w:p>
    <w:p>
      <w:r>
        <w:br/>
        <w:t>Може б, краще їй припали&lt;br /&gt;</w:t>
        <w:br/>
        <w:t>До сподоби серенади?.."&lt;br /&gt;</w:t>
        <w:br/>
        <w:t>Тут поет на те: "Запевне,&lt;br /&gt;</w:t>
        <w:br/>
        <w:t>Треба пташечці принади!"</w:t>
      </w:r>
    </w:p>
    <w:p>
      <w:r>
        <w:br/>
        <w:t>"Голос маю, — каже лицар, —&lt;br /&gt;</w:t>
        <w:br/>
        <w:t>Та не тямлю віршування..."&lt;br /&gt;</w:t>
        <w:br/>
        <w:t>"Певна річ, — поет говорить, —&lt;br /&gt;</w:t>
        <w:br/>
        <w:t>То не легке полювання,</w:t>
      </w:r>
    </w:p>
    <w:p>
      <w:r>
        <w:br/>
        <w:t>А то б досі вже на лаври&lt;br /&gt;</w:t>
        <w:br/>
        <w:t>Хто б схотів, то й був багатий,&lt;br /&gt;</w:t>
        <w:br/>
        <w:t>Ні, — химерний, норовистий&lt;br /&gt;</w:t>
        <w:br/>
        <w:t>Кінь поезії крилатий!"</w:t>
      </w:r>
    </w:p>
    <w:p>
      <w:r>
        <w:br/>
        <w:t>"Правду кажеш, — мовив лицар, —&lt;br /&gt;</w:t>
        <w:br/>
        <w:t>Але ж я тебе благаю,&lt;br /&gt;</w:t>
        <w:br/>
        <w:t>Щоб поміг мені в сій справі.&lt;br /&gt;</w:t>
        <w:br/>
        <w:t>Пам'ятаю, як у гаю</w:t>
      </w:r>
    </w:p>
    <w:p>
      <w:r>
        <w:br/>
        <w:t>Ти своїм віршем чудовим&lt;br /&gt;</w:t>
        <w:br/>
        <w:t>Чарував усю громаду, —&lt;br /&gt;</w:t>
        <w:br/>
        <w:t>Тільки ти один тепера&lt;br /&gt;</w:t>
        <w:br/>
        <w:t>Можеш дать мені пораду!</w:t>
      </w:r>
    </w:p>
    <w:p>
      <w:r>
        <w:br/>
        <w:t>За пораду все, що хочеш,&lt;br /&gt;</w:t>
        <w:br/>
        <w:t>Дам тобі я в надгороду".&lt;br /&gt;</w:t>
        <w:br/>
        <w:t>"Ну, на се, — поет відмовив, —&lt;br /&gt;</w:t>
        <w:br/>
        <w:t>Не надіюся я зроду.</w:t>
      </w:r>
    </w:p>
    <w:p>
      <w:r>
        <w:br/>
        <w:t>Можу я знайти й без плати&lt;br /&gt;</w:t>
        <w:br/>
        <w:t>Для приятеля пораду.&lt;br /&gt;</w:t>
        <w:br/>
        <w:t>Ось пожди лиш трохи, зараз&lt;br /&gt;</w:t>
        <w:br/>
        <w:t>Будеш мати серенаду.</w:t>
      </w:r>
    </w:p>
    <w:p>
      <w:r>
        <w:br/>
        <w:t>Та мені для сього треба&lt;br /&gt;</w:t>
        <w:br/>
        <w:t>Ймення й вроду панни знати".&lt;br /&gt;</w:t>
        <w:br/>
        <w:t>"їй наймення Ізідора,&lt;br /&gt;</w:t>
        <w:br/>
        <w:t>А вродлива!.. не сказати!.."</w:t>
      </w:r>
    </w:p>
    <w:p>
      <w:r>
        <w:br/>
        <w:t>Більш поет вже не питався,&lt;br /&gt;</w:t>
        <w:br/>
        <w:t>Сів, задумавсь на хвилину,&lt;br /&gt;</w:t>
        <w:br/>
        <w:t>Записав щось на папері,&lt;br /&gt;</w:t>
        <w:br/>
        <w:t>Зняв з кілочка мандолину,</w:t>
      </w:r>
    </w:p>
    <w:p>
      <w:r>
        <w:br/>
        <w:t>Показав слова Бертольду,&lt;br /&gt;</w:t>
        <w:br/>
        <w:t>Мандолину дав у руки&lt;br /&gt;</w:t>
        <w:br/>
        <w:t>Та написанії вірші&lt;br /&gt;</w:t>
        <w:br/>
        <w:t>І промовив для науки:</w:t>
      </w:r>
    </w:p>
    <w:p>
      <w:r>
        <w:br/>
        <w:t>"Ти, співаючи, на струнах&lt;br /&gt;</w:t>
        <w:br/>
        <w:t>Маєш так перебирати:&lt;br /&gt;</w:t>
        <w:br/>
        <w:t>Ut-fa-la-sol, fa-mi-re-sol...&lt;br /&gt;</w:t>
        <w:br/>
        <w:t>Далі можеш сам добрати".</w:t>
      </w:r>
    </w:p>
    <w:p>
      <w:r>
        <w:br/>
        <w:t>"От спасибі!" — крикнув лицар.&lt;br /&gt;</w:t>
        <w:br/>
        <w:t>Ще ж поет не відозвався,&lt;br /&gt;</w:t>
        <w:br/>
        <w:t>А вже лицар був надворі.&lt;br /&gt;</w:t>
        <w:br/>
        <w:t>На коня! і геть погнався.</w:t>
      </w:r>
    </w:p>
    <w:p>
      <w:r>
        <w:br/>
        <w:t>І погнався лицар хутко&lt;br /&gt;</w:t>
        <w:br/>
        <w:t>Через доли, через гори,&lt;br /&gt;</w:t>
        <w:br/>
        <w:t>І спинився під віконцем&lt;br /&gt;</w:t>
        <w:br/>
        <w:t>У своєї Ізідори.</w:t>
      </w:r>
    </w:p>
    <w:p>
      <w:r>
        <w:br/>
        <w:t>Хутко в неї під віконцем&lt;br /&gt;</w:t>
        <w:br/>
        <w:t>Мандоліна залунала,&lt;br /&gt;</w:t>
        <w:br/>
        <w:t>Із потоку гуків чулих&lt;br /&gt;</w:t>
        <w:br/>
        <w:t>Серенада виринала:</w:t>
      </w:r>
    </w:p>
    <w:p>
      <w:r>
        <w:br/>
        <w:t>"Гордо, пишно, променисто&lt;br /&gt;</w:t>
        <w:br/>
        <w:t>Золотії світять зорі,&lt;br /&gt;</w:t>
        <w:br/>
        <w:t>Та не може дорівнятись&lt;br /&gt;</w:t>
        <w:br/>
        <w:t>Ні одна з них Ізідорі!</w:t>
      </w:r>
    </w:p>
    <w:p>
      <w:r>
        <w:br/>
        <w:t>Найчистіші діаманти&lt;br /&gt;</w:t>
        <w:br/>
        <w:t>Сяють, ясні та прозорі,&lt;br /&gt;</w:t>
        <w:br/>
        <w:t>Та не може дорівнятись&lt;br /&gt;</w:t>
        <w:br/>
        <w:t>Ні один з них Ізідорі!</w:t>
      </w:r>
    </w:p>
    <w:p>
      <w:r>
        <w:br/>
        <w:t>Дорогих перлин коштовних&lt;br /&gt;</w:t>
        <w:br/>
        <w:t>Є багато в синім морі,&lt;br /&gt;</w:t>
        <w:br/>
        <w:t>Та не може дорівнятись&lt;br /&gt;</w:t>
        <w:br/>
        <w:t>Ні одна з них Ізідорі".</w:t>
      </w:r>
    </w:p>
    <w:p>
      <w:r>
        <w:br/>
        <w:t>Отже, ледве серенада&lt;br /&gt;</w:t>
        <w:br/>
        <w:t>Залунала у просторі,&lt;br /&gt;</w:t>
        <w:br/>
        <w:t>Вийшла з хати Ізідора&lt;br /&gt;</w:t>
        <w:br/>
        <w:t>Подивитися на зорі.</w:t>
      </w:r>
    </w:p>
    <w:p>
      <w:r>
        <w:br/>
        <w:t>А як стихли під балконом&lt;br /&gt;</w:t>
        <w:br/>
        <w:t>Любі гуки мандоліни,&lt;br /&gt;</w:t>
        <w:br/>
        <w:t>До Бертольда полетіла&lt;br /&gt;</w:t>
        <w:br/>
        <w:t>Квітка з рожі від дівчини.</w:t>
      </w:r>
    </w:p>
    <w:p>
      <w:r>
        <w:br/>
        <w:t>В ту ж хвилину Ізідора&lt;br /&gt;</w:t>
        <w:br/>
        <w:t>Зникла хутко, наче мрія,&lt;br /&gt;</w:t>
        <w:br/>
        <w:t>Та зосталася в Бертольда&lt;br /&gt;</w:t>
        <w:br/>
        <w:t>Квітка з рожі і — надія!</w:t>
      </w:r>
    </w:p>
    <w:p>
      <w:r>
        <w:br/>
        <w:t>III</w:t>
      </w:r>
    </w:p>
    <w:p>
      <w:r>
        <w:br/>
        <w:t>Боже, боже! що то може&lt;br /&gt;</w:t>
        <w:br/>
        <w:t>Наробити серенада!..&lt;br /&gt;</w:t>
        <w:br/>
        <w:t>Зникла в серденьку в Бертольда&lt;br /&gt;</w:t>
        <w:br/>
        <w:t>Темна туга і досада.</w:t>
      </w:r>
    </w:p>
    <w:p>
      <w:r>
        <w:br/>
        <w:t>Усміх донни Ізідори&lt;br /&gt;</w:t>
        <w:br/>
        <w:t>Був дедалі все ясніше,&lt;br /&gt;</w:t>
        <w:br/>
        <w:t>І щораз вона ставала&lt;br /&gt;</w:t>
        <w:br/>
        <w:t>До Бертольда прихильніше.</w:t>
      </w:r>
    </w:p>
    <w:p>
      <w:r>
        <w:br/>
        <w:t>Далі перстень Ізідорин&lt;br /&gt;</w:t>
        <w:br/>
        <w:t>На руці у нього сяє,&lt;br /&gt;</w:t>
        <w:br/>
        <w:t>Нареченою своєю&lt;br /&gt;</w:t>
        <w:br/>
        <w:t>Він кохану називає.</w:t>
      </w:r>
    </w:p>
    <w:p>
      <w:r>
        <w:br/>
        <w:t>Як же бучно, як же втішно&lt;br /&gt;</w:t>
        <w:br/>
        <w:t>Всім гулялось на весіллі!&lt;br /&gt;</w:t>
        <w:br/>
        <w:t>Танцювали, попивали&lt;br /&gt;</w:t>
        <w:br/>
        <w:t>Від неділі до неділі.</w:t>
      </w:r>
    </w:p>
    <w:p>
      <w:r>
        <w:br/>
        <w:t>Всіх приймали, всіх вітали,&lt;br /&gt;</w:t>
        <w:br/>
        <w:t>Всім уміли догодити,&lt;br /&gt;</w:t>
        <w:br/>
        <w:t>Тільки нашого поета&lt;br /&gt;</w:t>
        <w:br/>
        <w:t>Пан забувся запросити.</w:t>
      </w:r>
    </w:p>
    <w:p>
      <w:r>
        <w:br/>
        <w:t>Звісно, клопоту багато&lt;br /&gt;</w:t>
        <w:br/>
        <w:t>Завжди пану молодому, —&lt;br /&gt;</w:t>
        <w:br/>
        <w:t>Хто ж би міг ще пам'ятати&lt;br /&gt;</w:t>
        <w:br/>
        <w:t>Про якогось там сірому?</w:t>
      </w:r>
    </w:p>
    <w:p>
      <w:r>
        <w:br/>
        <w:t>Час летів, немов на крилах,&lt;br /&gt;</w:t>
        <w:br/>
        <w:t>І, мов сон, життя минало.&lt;br /&gt;</w:t>
        <w:br/>
        <w:t>Та незчувсь Бертольд, як лихо&lt;br /&gt;</w:t>
        <w:br/>
        <w:t>Несподівано настало.</w:t>
      </w:r>
    </w:p>
    <w:p>
      <w:r>
        <w:br/>
        <w:t>Забажалось королеві&lt;br /&gt;</w:t>
        <w:br/>
        <w:t>Звоювать чужеє царство,&lt;br /&gt;</w:t>
        <w:br/>
        <w:t>Розіслав він скрізь герольдів&lt;br /&gt;</w:t>
        <w:br/>
        <w:t>На війну скликать лицарство.</w:t>
      </w:r>
    </w:p>
    <w:p>
      <w:r>
        <w:br/>
        <w:t>І якраз серед бенкету&lt;br /&gt;</w:t>
        <w:br/>
        <w:t>В замку нашого Бертольда&lt;br /&gt;</w:t>
        <w:br/>
        <w:t>Залунала гучна сурма&lt;br /&gt;</w:t>
        <w:br/>
        <w:t>Королівського герольда.</w:t>
      </w:r>
    </w:p>
    <w:p>
      <w:r>
        <w:br/>
        <w:t>Прощавай, дружина люба,&lt;br /&gt;</w:t>
        <w:br/>
        <w:t>Всі розкоші, всі вигоди!&lt;br /&gt;</w:t>
        <w:br/>
        <w:t>Все те треба проміняти&lt;br /&gt;</w:t>
        <w:br/>
        <w:t>На далекії походи.</w:t>
      </w:r>
    </w:p>
    <w:p>
      <w:r>
        <w:br/>
        <w:t>Залишить Бертольдо мусив&lt;br /&gt;</w:t>
        <w:br/>
        <w:t>Молодую Ізідору,&lt;br /&gt;</w:t>
        <w:br/>
        <w:t>У неділю вранці-рано&lt;br /&gt;</w:t>
        <w:br/>
        <w:t>Вже він вирушив із двору.</w:t>
      </w:r>
    </w:p>
    <w:p>
      <w:r>
        <w:br/>
        <w:t>Подалося геть за море&lt;br /&gt;</w:t>
        <w:br/>
        <w:t>Все одважнеє лицарство;&lt;br /&gt;</w:t>
        <w:br/>
        <w:t>Там за морем десь лежало&lt;br /&gt;</w:t>
        <w:br/>
        <w:t>Бусурменське господарство.</w:t>
      </w:r>
    </w:p>
    <w:p>
      <w:r>
        <w:br/>
        <w:t>І пішло одважне військо&lt;br /&gt;</w:t>
        <w:br/>
        <w:t>Через нетрі та пустині;&lt;br /&gt;</w:t>
        <w:br/>
        <w:t>Не один вояк смутився&lt;br /&gt;</w:t>
        <w:br/>
        <w:t>По своїй рідній країні.</w:t>
      </w:r>
    </w:p>
    <w:p>
      <w:r>
        <w:br/>
        <w:t>Та коли вже надто тяжко&lt;br /&gt;</w:t>
        <w:br/>
        <w:t>Туга серце обгортала,&lt;br /&gt;</w:t>
        <w:br/>
        <w:t>То співці співали пісню,&lt;br /&gt;</w:t>
        <w:br/>
        <w:t>Пісня тугу розважала:</w:t>
      </w:r>
    </w:p>
    <w:p>
      <w:r>
        <w:br/>
        <w:t>"Не журись, коли недоля&lt;br /&gt;</w:t>
        <w:br/>
        <w:t>В край чужий тебе закине!&lt;br /&gt;</w:t>
        <w:br/>
        <w:t>Рідний край у тебе в серці,&lt;br /&gt;</w:t>
        <w:br/>
        <w:t>Поки спогад ще не гине.</w:t>
      </w:r>
    </w:p>
    <w:p>
      <w:r>
        <w:br/>
        <w:t>Не журись, не марно пройдуть&lt;br /&gt;</w:t>
        <w:br/>
        <w:t>Сії сльози й тяжка мука:&lt;br /&gt;</w:t>
        <w:br/>
        <w:t>Рідний край щиріш любити&lt;br /&gt;</w:t>
        <w:br/>
        <w:t>Научає нас розлука".</w:t>
      </w:r>
    </w:p>
    <w:p>
      <w:r>
        <w:br/>
        <w:t>Так вони співали, йдучи&lt;br /&gt;</w:t>
        <w:br/>
        <w:t>Через дикії пустині,&lt;br /&gt;</w:t>
        <w:br/>
        <w:t>Додавав той спів розваги&lt;br /&gt;</w:t>
        <w:br/>
        <w:t>Не одній смутній людині.</w:t>
      </w:r>
    </w:p>
    <w:p>
      <w:r>
        <w:br/>
        <w:t>Попереду всього війська&lt;br /&gt;</w:t>
        <w:br/>
        <w:t>Три старшії виступали:&lt;br /&gt;</w:t>
        <w:br/>
        <w:t>Карлос, Гвідо і Бертольдо;&lt;br /&gt;</w:t>
        <w:br/>
        <w:t>За одвагу їх обрали.</w:t>
      </w:r>
    </w:p>
    <w:p>
      <w:r>
        <w:br/>
        <w:t>Їдуть, їдуть, врешті бачать —&lt;br /&gt;</w:t>
        <w:br/>
        <w:t>Три дороги розійшлися,&lt;br /&gt;</w:t>
        <w:br/>
        <w:t>Розлучились три найстарші,&lt;br /&gt;</w:t>
        <w:br/>
        <w:t>Кожний різно подалися...</w:t>
      </w:r>
    </w:p>
    <w:p>
      <w:r>
        <w:br/>
        <w:t>Карлос вибрав шлях направо,&lt;br /&gt;</w:t>
        <w:br/>
        <w:t>Гвідо вибрав шлях наліво,&lt;br /&gt;</w:t>
        <w:br/>
        <w:t>А Бертольд подався просто.&lt;br /&gt;</w:t>
        <w:br/>
        <w:t>"Дай же, боже, нам!" — "Щасливо!"</w:t>
      </w:r>
    </w:p>
    <w:p>
      <w:r>
        <w:br/>
        <w:t>І Бертольдові спочатку&lt;br /&gt;</w:t>
        <w:br/>
        <w:t>Справді щастя панувало,&lt;br /&gt;</w:t>
        <w:br/>
        <w:t>Довелося звоювати&lt;br /&gt;</w:t>
        <w:br/>
        <w:t>Городів чужих чимало.</w:t>
      </w:r>
    </w:p>
    <w:p>
      <w:r>
        <w:br/>
        <w:t>От вже він на стольне місто&lt;br /&gt;</w:t>
        <w:br/>
        <w:t>Погляда одважним оком,&lt;br /&gt;</w:t>
        <w:br/>
        <w:t>Але тут-то саме щастя&lt;br /&gt;</w:t>
        <w:br/>
        <w:t>Обернулось іншим боком.</w:t>
      </w:r>
    </w:p>
    <w:p>
      <w:r>
        <w:br/>
        <w:t>Чи то врешті у Бертольда&lt;br /&gt;</w:t>
        <w:br/>
        <w:t>Притомилося лицарство,&lt;br /&gt;</w:t>
        <w:br/>
        <w:t>Чи то владар бусурменський&lt;br /&gt;</w:t>
        <w:br/>
        <w:t>Міцно так тримавсь за царство, —</w:t>
      </w:r>
    </w:p>
    <w:p>
      <w:r>
        <w:br/>
        <w:t>Тільки твердо так трималось&lt;br /&gt;</w:t>
        <w:br/>
        <w:t>Місто гордеє, уперте,&lt;br /&gt;</w:t>
        <w:br/>
        <w:t>Раз одбилось, потім вдруге,&lt;br /&gt;</w:t>
        <w:br/>
        <w:t>Потім втретє, ще й вчетверте.</w:t>
      </w:r>
    </w:p>
    <w:p>
      <w:r>
        <w:br/>
        <w:t>Тут прийшлось Бертольду з лихом:&lt;br /&gt;</w:t>
        <w:br/>
        <w:t>Край чужий, ворожі люде,&lt;br /&gt;</w:t>
        <w:br/>
        <w:t>Голод, злидні, військо гине...&lt;br /&gt;</w:t>
        <w:br/>
        <w:t>Що то буде, що то буде?!.</w:t>
      </w:r>
    </w:p>
    <w:p>
      <w:r>
        <w:br/>
        <w:t>Місяць, другий вже ведеться&lt;br /&gt;</w:t>
        <w:br/>
        <w:t>Тая прикрая облога.&lt;br /&gt;</w:t>
        <w:br/>
        <w:t>Серед війська почалися&lt;br /&gt;</w:t>
        <w:br/>
        <w:t>Нарікання і тривога.</w:t>
      </w:r>
    </w:p>
    <w:p>
      <w:r>
        <w:br/>
        <w:t>Приступили до Бертольда&lt;br /&gt;</w:t>
        <w:br/>
        <w:t>Вояки й гукають грізно:&lt;br /&gt;</w:t>
        <w:br/>
        <w:t>"Гей, виводь ти нас ізвідси!&lt;br /&gt;</w:t>
        <w:br/>
        <w:t>Геть веди, поки не пізно!</w:t>
      </w:r>
    </w:p>
    <w:p>
      <w:r>
        <w:br/>
        <w:t>Нащо ти сюди на згубу&lt;br /&gt;</w:t>
        <w:br/>
        <w:t>Підманив нас за собою?&lt;br /&gt;</w:t>
        <w:br/>
        <w:t>Чи ти хочеш, щоб усі ми&lt;br /&gt;</w:t>
        <w:br/>
        <w:t>Наложили головою?</w:t>
      </w:r>
    </w:p>
    <w:p>
      <w:r>
        <w:br/>
        <w:t>Осоружне нам се місто!&lt;br /&gt;</w:t>
        <w:br/>
        <w:t>Хай їй цур, такій облозі!&lt;br /&gt;</w:t>
        <w:br/>
        <w:t>Хай їй цур, самій тій славі!&lt;br /&gt;</w:t>
        <w:br/>
        <w:t>Хай їй цур, тій перемозі!.."</w:t>
      </w:r>
    </w:p>
    <w:p>
      <w:r>
        <w:br/>
        <w:t>Хтів Бертольд розумним словом&lt;br /&gt;</w:t>
        <w:br/>
        <w:t>Люте військо вгамувати,&lt;br /&gt;</w:t>
        <w:br/>
        <w:t>Та воно дедалі гірше&lt;br /&gt;</w:t>
        <w:br/>
        <w:t>Почало репетувати.</w:t>
      </w:r>
    </w:p>
    <w:p>
      <w:r>
        <w:br/>
        <w:t>Далі кинулись до зброї...&lt;br /&gt;</w:t>
        <w:br/>
        <w:t>Бог зна, чим би то скінчилось...&lt;br /&gt;</w:t>
        <w:br/>
        <w:t>Але тут хтось крикнув: "Стійте!" —&lt;br /&gt;</w:t>
        <w:br/>
        <w:t>Військо раптом зупинилось.</w:t>
      </w:r>
    </w:p>
    <w:p>
      <w:r>
        <w:br/>
        <w:t>Вийшли тут наперед війська&lt;br /&gt;</w:t>
        <w:br/>
        <w:t>Військові співці славутні,&lt;br /&gt;</w:t>
        <w:br/>
        <w:t>Всі вони були при зброї,&lt;br /&gt;</w:t>
        <w:br/>
        <w:t>А в руках тримали лютні.</w:t>
      </w:r>
    </w:p>
    <w:p>
      <w:r>
        <w:br/>
        <w:t>З них один промовив: "Браття!&lt;br /&gt;</w:t>
        <w:br/>
        <w:t>Часу маєте доволі,&lt;br /&gt;</w:t>
        <w:br/>
        <w:t>Щоб Бертольда покарати,&lt;br /&gt;</w:t>
        <w:br/>
        <w:t>Він же й так у вашій волі.</w:t>
      </w:r>
    </w:p>
    <w:p>
      <w:r>
        <w:br/>
        <w:t>Ми б хотіли тут в сій справі&lt;br /&gt;</w:t>
        <w:br/>
        <w:t>Скілька слів до вас сказати,&lt;br /&gt;</w:t>
        <w:br/>
        <w:t>Та співцям співати личить,&lt;br /&gt;</w:t>
        <w:br/>
        <w:t>Отже, ми почнем співати".</w:t>
      </w:r>
    </w:p>
    <w:p>
      <w:r>
        <w:br/>
        <w:t>Тут один із них тихенько&lt;br /&gt;</w:t>
        <w:br/>
        <w:t>Струни срібнії торкає,&lt;br /&gt;</w:t>
        <w:br/>
        <w:t>Усміхається лукаво&lt;br /&gt;</w:t>
        <w:br/>
        <w:t>І такої починає:</w:t>
      </w:r>
    </w:p>
    <w:p>
      <w:r>
        <w:br/>
        <w:t>"Був собі одважний лицар,&lt;br /&gt;</w:t>
        <w:br/>
        <w:t>Нам його згадать до речі,&lt;br /&gt;</w:t>
        <w:br/>
        <w:t>Він робив походи довгі —&lt;br /&gt;</w:t>
        <w:br/>
        <w:t>Від порога та до печі.</w:t>
      </w:r>
    </w:p>
    <w:p>
      <w:r>
        <w:br/>
        <w:t>Він своїм язиком довгим&lt;br /&gt;</w:t>
        <w:br/>
        <w:t>Руйнував ворожі міста...&lt;br /&gt;</w:t>
        <w:br/>
        <w:t>Чули ви його розповідь:&lt;br /&gt;</w:t>
        <w:br/>
        <w:t>"Я один, а їх аж триста!"</w:t>
      </w:r>
    </w:p>
    <w:p>
      <w:r>
        <w:br/>
        <w:t>Ну, та сей одважний лицар&lt;br /&gt;</w:t>
        <w:br/>
        <w:t>Якось вибрався до бою.&lt;br /&gt;</w:t>
        <w:br/>
        <w:t>І вернув живий,здоровий:&lt;br /&gt;</w:t>
        <w:br/>
        <w:t>Талісман він мав з собою.</w:t>
      </w:r>
    </w:p>
    <w:p>
      <w:r>
        <w:br/>
        <w:t>Я гадаю, талісман сей&lt;br /&gt;</w:t>
        <w:br/>
        <w:t>Кожен з вас тут знать готовий,&lt;br /&gt;</w:t>
        <w:br/>
        <w:t>Се буде речення мудре:&lt;br /&gt;</w:t>
        <w:br/>
        <w:t>"Утікай, поки здоровий!"</w:t>
      </w:r>
    </w:p>
    <w:p>
      <w:r>
        <w:br/>
        <w:t>"Утікай, поки здоровий!" —&lt;br /&gt;</w:t>
        <w:br/>
        <w:t>Всі співці тут заспівали;&lt;br /&gt;</w:t>
        <w:br/>
        <w:t>Вояки стояли тихо,&lt;br /&gt;</w:t>
        <w:br/>
        <w:t>Очі в землю поспускали.</w:t>
      </w:r>
    </w:p>
    <w:p>
      <w:r>
        <w:br/>
        <w:t>Раптом зброя заблищала,&lt;br /&gt;</w:t>
        <w:br/>
        <w:t>І гукнуло військо хором:&lt;br /&gt;</w:t>
        <w:br/>
        <w:t>"Ми готові йти до бою!&lt;br /&gt;</w:t>
        <w:br/>
        <w:t>Краще смерть, ніж вічний сором!"</w:t>
      </w:r>
    </w:p>
    <w:p>
      <w:r>
        <w:br/>
        <w:t>І метнулися у напад&lt;br /&gt;</w:t>
        <w:br/>
        <w:t>Так запекло, так завзято,&lt;br /&gt;</w:t>
        <w:br/>
        <w:t>Що не встигла й ніч настати,&lt;br /&gt;</w:t>
        <w:br/>
        <w:t>Як було вже місто взято.</w:t>
      </w:r>
    </w:p>
    <w:p>
      <w:r>
        <w:br/>
        <w:t>Місто взято, цар в полоні&lt;br /&gt;</w:t>
        <w:br/>
        <w:t>Бусурменський. Перемога!&lt;br /&gt;</w:t>
        <w:br/>
        <w:t>От тепер уже одкрита&lt;br /&gt;</w:t>
        <w:br/>
        <w:t>Всім у рідний край дорога.</w:t>
      </w:r>
    </w:p>
    <w:p>
      <w:r>
        <w:br/>
        <w:t>Тут на радощах Бертольдо&lt;br /&gt;</w:t>
        <w:br/>
        <w:t>Всіх співців казав зібрати&lt;br /&gt;</w:t>
        <w:br/>
        <w:t>І, коли вони зібрались,&lt;br /&gt;</w:t>
        <w:br/>
        <w:t>Привселюдно став казати:</w:t>
      </w:r>
    </w:p>
    <w:p>
      <w:r>
        <w:br/>
        <w:t>"Ви, співці славутні наші,&lt;br /&gt;</w:t>
        <w:br/>
        <w:t>Ви, красо всього народу!&lt;br /&gt;</w:t>
        <w:br/>
        <w:t>Ви нам честь відрятували,&lt;br /&gt;</w:t>
        <w:br/>
        <w:t>Вам ми винні надгороду!"</w:t>
      </w:r>
    </w:p>
    <w:p>
      <w:r>
        <w:br/>
        <w:t>Та співці відповідали:&lt;br /&gt;</w:t>
        <w:br/>
        <w:t>"Ні, не нам, ласкавий пане,&lt;br /&gt;</w:t>
        <w:br/>
        <w:t>Той, хто сих пісень навчив нас,&lt;br /&gt;</w:t>
        <w:br/>
        <w:t>Надгороду хай дістане".</w:t>
      </w:r>
    </w:p>
    <w:p>
      <w:r>
        <w:br/>
        <w:t>"Де ж він, де? — гукнув Бертольдо. —&lt;br /&gt;</w:t>
        <w:br/>
        <w:t>Що ж він криється між вами?" —&lt;br /&gt;</w:t>
        <w:br/>
        <w:t>"Він не тут, — співці говорять, —&lt;br /&gt;</w:t>
        <w:br/>
        <w:t>На війні не був він з нами.</w:t>
      </w:r>
    </w:p>
    <w:p>
      <w:r>
        <w:br/>
        <w:t>Він зостався, щоб піснями&lt;br /&gt;</w:t>
        <w:br/>
        <w:t>Звеселять рідну країну,&lt;br /&gt;</w:t>
        <w:br/>
        <w:t>Там він має розважати&lt;br /&gt;</w:t>
        <w:br/>
        <w:t>Не одну сумну родину".</w:t>
      </w:r>
    </w:p>
    <w:p>
      <w:r>
        <w:br/>
        <w:t>"Знаю я сього поета&lt;br /&gt;</w:t>
        <w:br/>
        <w:t>І його величну душу,&lt;br /&gt;</w:t>
        <w:br/>
        <w:t>І тепер йому по-царськи&lt;br /&gt;</w:t>
        <w:br/>
        <w:t>Я подякувати мушу.</w:t>
      </w:r>
    </w:p>
    <w:p>
      <w:r>
        <w:br/>
        <w:t>Тільки б дав нам бог щасливо&lt;br /&gt;</w:t>
        <w:br/>
        <w:t>Повернутися додому,&lt;br /&gt;</w:t>
        <w:br/>
        <w:t>Срібла, золота насиплю&lt;br /&gt;</w:t>
        <w:br/>
        <w:t>Я співцеві дорогому!.."</w:t>
      </w:r>
    </w:p>
    <w:p>
      <w:r>
        <w:br/>
        <w:t>IV</w:t>
      </w:r>
    </w:p>
    <w:p>
      <w:r>
        <w:br/>
        <w:t>Кажуть, весь поміст у пеклі&lt;br /&gt;</w:t>
        <w:br/>
        <w:t>З добрих замірів зложився!&lt;br /&gt;</w:t>
        <w:br/>
        <w:t>Для пекельного помосту&lt;br /&gt;</w:t>
        <w:br/>
        <w:t>І Бертольдо потрудився...</w:t>
      </w:r>
    </w:p>
    <w:p>
      <w:r>
        <w:br/>
        <w:t>Вже давно Бертольд вернувся&lt;br /&gt;</w:t>
        <w:br/>
        <w:t>Із далекої чужини,&lt;br /&gt;</w:t>
        <w:br/>
        <w:t>Знов зажив життям веселим&lt;br /&gt;</w:t>
        <w:br/>
        <w:t>Біля милої дружини.</w:t>
      </w:r>
    </w:p>
    <w:p>
      <w:r>
        <w:br/>
        <w:t>Знов у нього в пишнім замку&lt;br /&gt;</w:t>
        <w:br/>
        <w:t>Почалося вічне свято, —&lt;br /&gt;</w:t>
        <w:br/>
        <w:t>О, тепер було у нього&lt;br /&gt;</w:t>
        <w:br/>
        <w:t>Срібла, золота багато!</w:t>
      </w:r>
    </w:p>
    <w:p>
      <w:r>
        <w:br/>
        <w:t>Окрім того, що набрав він&lt;br /&gt;</w:t>
        <w:br/>
        <w:t>На війні всього без ліку,&lt;br /&gt;</w:t>
        <w:br/>
        <w:t>Ще король йому в подяку&lt;br /&gt;</w:t>
        <w:br/>
        <w:t>Надгороду дав велику.</w:t>
      </w:r>
    </w:p>
    <w:p>
      <w:r>
        <w:br/>
        <w:t>Сила статків та маєтків!&lt;br /&gt;</w:t>
        <w:br/>
        <w:t>Вже Бертольдо граф заможний!&lt;br /&gt;</w:t>
        <w:br/>
        <w:t>Він живе в свойому графстві,&lt;br /&gt;</w:t>
        <w:br/>
        <w:t>Наче сам король вельможний.</w:t>
      </w:r>
    </w:p>
    <w:p>
      <w:r>
        <w:br/>
        <w:t>Та околиця, де жив він,&lt;br /&gt;</w:t>
        <w:br/>
        <w:t>Вся була йому віддана,&lt;br /&gt;</w:t>
        <w:br/>
        <w:t>Люд увесь в тім краю мусив&lt;br /&gt;</w:t>
        <w:br/>
        <w:t>Узнавать його за пана.</w:t>
      </w:r>
    </w:p>
    <w:p>
      <w:r>
        <w:br/>
        <w:t>Тож спочатку того щастя&lt;br /&gt;</w:t>
        <w:br/>
        <w:t>Справді був Бертольдо гідний:&lt;br /&gt;</w:t>
        <w:br/>
        <w:t>Правий суд чинив у панстві,&lt;br /&gt;</w:t>
        <w:br/>
        <w:t>До підданих був лагідний.</w:t>
      </w:r>
    </w:p>
    <w:p>
      <w:r>
        <w:br/>
        <w:t>Але то було не довго,&lt;br /&gt;</w:t>
        <w:br/>
        <w:t>Він дедалі в смак ввіходив&lt;br /&gt;</w:t>
        <w:br/>
        <w:t>І потроху в себе в графстві&lt;br /&gt;</w:t>
        <w:br/>
        <w:t>Інші звичаї заводив.</w:t>
      </w:r>
    </w:p>
    <w:p>
      <w:r>
        <w:br/>
        <w:t>Що ж, напитки, та наїдки,&lt;br /&gt;</w:t>
        <w:br/>
        <w:t>Та убрання прехороші,&lt;br /&gt;</w:t>
        <w:br/>
        <w:t>Та забави, та турніри,&lt;br /&gt;</w:t>
        <w:br/>
        <w:t>А на все ж то треба гроші!</w:t>
      </w:r>
    </w:p>
    <w:p>
      <w:r>
        <w:br/>
        <w:t>Та й по всіх далеких війнах&lt;br /&gt;</w:t>
        <w:br/>
        <w:t>Граф привчився до грабунку,&lt;br /&gt;</w:t>
        <w:br/>
        <w:t>А тепер в своїй країні&lt;br /&gt;</w:t>
        <w:br/>
        <w:t>Він шукав у тім рятунку.</w:t>
      </w:r>
    </w:p>
    <w:p>
      <w:r>
        <w:br/>
        <w:t>Почалися нескінченні&lt;br /&gt;</w:t>
        <w:br/>
        <w:t>Мита, панщина, податки,&lt;br /&gt;</w:t>
        <w:br/>
        <w:t>Граф поставив по дорогах&lt;br /&gt;</w:t>
        <w:br/>
        <w:t>Скрізь застави та рогатки.</w:t>
      </w:r>
    </w:p>
    <w:p>
      <w:r>
        <w:br/>
        <w:t>Трудно навіть розказати,&lt;br /&gt;</w:t>
        <w:br/>
        <w:t>Що за лихо стало в краю, —&lt;br /&gt;</w:t>
        <w:br/>
        <w:t>Люди мучились, як в пеклі,&lt;br /&gt;</w:t>
        <w:br/>
        <w:t>Пан втішався, як у раю.</w:t>
      </w:r>
    </w:p>
    <w:p>
      <w:r>
        <w:br/>
        <w:t>Пан гуляв у себе в замку, —&lt;br /&gt;</w:t>
        <w:br/>
        <w:t>У ярмі стогнали люде,&lt;br /&gt;</w:t>
        <w:br/>
        <w:t>І здавалось, що довіку&lt;br /&gt;</w:t>
        <w:br/>
        <w:t>Все така неволя буде.</w:t>
      </w:r>
    </w:p>
    <w:p>
      <w:r>
        <w:br/>
        <w:t>Розливався людський стогін&lt;br /&gt;</w:t>
        <w:br/>
        <w:t>Всюди хвилею сумною,&lt;br /&gt;</w:t>
        <w:br/>
        <w:t>І в серденьку у поета&lt;br /&gt;</w:t>
        <w:br/>
        <w:t>Озивався він луною...</w:t>
      </w:r>
    </w:p>
    <w:p>
      <w:r>
        <w:br/>
        <w:t>Ось одного разу чує&lt;br /&gt;</w:t>
        <w:br/>
        <w:t>Граф лихі, тривожні вісті:&lt;br /&gt;</w:t>
        <w:br/>
        <w:t>Донесла йому сторожа,&lt;br /&gt;</w:t>
        <w:br/>
        <w:t>Що не все спокійно в місті;</w:t>
      </w:r>
    </w:p>
    <w:p>
      <w:r>
        <w:br/>
        <w:t>Що співці тю місті ходять&lt;br /&gt;</w:t>
        <w:br/>
        <w:t>І піснями люд морочать,&lt;br /&gt;</w:t>
        <w:br/>
        <w:t>Все про рівність і про волю&lt;br /&gt;</w:t>
        <w:br/>
        <w:t>У піснях своїх торочать.</w:t>
      </w:r>
    </w:p>
    <w:p>
      <w:r>
        <w:br/>
        <w:t>Вже й по тюрмах їх саджають,&lt;br /&gt;</w:t>
        <w:br/>
        <w:t>Та ніщо не помагає, —&lt;br /&gt;</w:t>
        <w:br/>
        <w:t>Їх пісні ідуть по людях,&lt;br /&gt;</w:t>
        <w:br/>
        <w:t>Всяк пісні ті переймає.</w:t>
      </w:r>
    </w:p>
    <w:p>
      <w:r>
        <w:br/>
        <w:t>"Ну, — гукнув Бертольд, — то байка!&lt;br /&gt;</w:t>
        <w:br/>
        <w:t>Я візьму співців тих в руки!"&lt;br /&gt;</w:t>
        <w:br/>
        <w:t>Раптом чує — десь близенько&lt;br /&gt;</w:t>
        <w:br/>
        <w:t>Залунали пісні гуки:</w:t>
      </w:r>
    </w:p>
    <w:p>
      <w:r>
        <w:br/>
        <w:t>"В мужика землянка вогка,&lt;br /&gt;</w:t>
        <w:br/>
        <w:t>В пана хата на помості;&lt;br /&gt;</w:t>
        <w:br/>
        <w:t>Що ж, недарма люди кажуть,&lt;br /&gt;</w:t>
        <w:br/>
        <w:t>Що в панів біліші кості!</w:t>
      </w:r>
    </w:p>
    <w:p>
      <w:r>
        <w:br/>
        <w:t>У мужички руки чорні,&lt;br /&gt;</w:t>
        <w:br/>
        <w:t>В пані рученька тендітна;&lt;br /&gt;</w:t>
        <w:br/>
        <w:t>Що ж, недарма люди кажуть,&lt;br /&gt;</w:t>
        <w:br/>
        <w:t>Що в панів і кров блакитна!</w:t>
      </w:r>
    </w:p>
    <w:p>
      <w:r>
        <w:br/>
        <w:t>Мужики цікаві стали,&lt;br /&gt;</w:t>
        <w:br/>
        <w:t>Чи ті кості білі всюди,&lt;br /&gt;</w:t>
        <w:br/>
        <w:t>Чи блакитна кров поллється,&lt;br /&gt;</w:t>
        <w:br/>
        <w:t>Як пробити пану груди?"</w:t>
      </w:r>
    </w:p>
    <w:p>
      <w:r>
        <w:br/>
        <w:t>"Що се, що? — кричить Бертольдо.&lt;br /&gt;</w:t>
        <w:br/>
        <w:t>Гей, ловіть співця, в'яжіте!&lt;br /&gt;</w:t>
        <w:br/>
        <w:t>У тюрму його, в кайдани!&lt;br /&gt;</w:t>
        <w:br/>
        <w:t>Та скоріш, скоріш біжіте!"</w:t>
      </w:r>
    </w:p>
    <w:p>
      <w:r>
        <w:br/>
        <w:t>Коли се з-за мурів замку&lt;br /&gt;</w:t>
        <w:br/>
        <w:t>Обізвався голос долі:&lt;br /&gt;</w:t>
        <w:br/>
        <w:t>"Гей, біжіте, панські слуги,&lt;br /&gt;</w:t>
        <w:br/>
        <w:t>Та спіймайте вітра в полі!</w:t>
      </w:r>
    </w:p>
    <w:p>
      <w:r>
        <w:br/>
        <w:t>Не турбуйся ти даремне,&lt;br /&gt;</w:t>
        <w:br/>
        <w:t>Все одно, вельможний пане,&lt;br /&gt;</w:t>
        <w:br/>
        <w:t>Вловиш нас сьогодні десять,&lt;br /&gt;</w:t>
        <w:br/>
        <w:t>Завтра двадцять знов настане!</w:t>
      </w:r>
    </w:p>
    <w:p>
      <w:r>
        <w:br/>
        <w:t>Нас таки чимале військо,&lt;br /&gt;</w:t>
        <w:br/>
        <w:t>Маєм свого отамана,&lt;br /&gt;</w:t>
        <w:br/>
        <w:t>Він у нас одважний лицар,&lt;br /&gt;</w:t>
        <w:br/>
        <w:t>Врешті, він знайомий пана..."</w:t>
      </w:r>
    </w:p>
    <w:p>
      <w:r>
        <w:br/>
        <w:t>Мов крізь землю провалився&lt;br /&gt;</w:t>
        <w:br/>
        <w:t>Той співець, утік од лиха.&lt;br /&gt;</w:t>
        <w:br/>
        <w:t>А Бертольд сидів і думав,&lt;br /&gt;</w:t>
        <w:br/>
        <w:t>Далі так промовив стиха:</w:t>
      </w:r>
    </w:p>
    <w:p>
      <w:r>
        <w:br/>
        <w:t>"Маєм свого отамана! —&lt;br /&gt;</w:t>
        <w:br/>
        <w:t>Ось де корінь цілій справі!&lt;br /&gt;</w:t>
        <w:br/>
        <w:t>Ну, та я тепера хутко&lt;br /&gt;</w:t>
        <w:br/>
        <w:t>Положу кінець забаві!"</w:t>
      </w:r>
    </w:p>
    <w:p>
      <w:r>
        <w:br/>
        <w:t>Тут він двох щонайвірніших&lt;br /&gt;</w:t>
        <w:br/>
        <w:t>Слуг до себе прикликає&lt;br /&gt;</w:t>
        <w:br/>
        <w:t>І до нашого поета&lt;br /&gt;</w:t>
        <w:br/>
        <w:t>У хатину посилає:</w:t>
      </w:r>
    </w:p>
    <w:p>
      <w:r>
        <w:br/>
        <w:t>"Ви скажіть йому від мене,&lt;br /&gt;</w:t>
        <w:br/>
        <w:t>Що я досі пам'ятаю,&lt;br /&gt;</w:t>
        <w:br/>
        <w:t>Як пісні його втішали&lt;br /&gt;</w:t>
        <w:br/>
        <w:t>Нас колись в чужому краю.</w:t>
      </w:r>
    </w:p>
    <w:p>
      <w:r>
        <w:br/>
        <w:t>Власне я тепер бажаю&lt;br /&gt;</w:t>
        <w:br/>
        <w:t>Дать йому за них заплату:&lt;br /&gt;</w:t>
        <w:br/>
        <w:t>Я поетові дарую&lt;br /&gt;</w:t>
        <w:br/>
        <w:t>В себе в замку гарну хату.</w:t>
      </w:r>
    </w:p>
    <w:p>
      <w:r>
        <w:br/>
        <w:t>Я його талан співацький&lt;br /&gt;</w:t>
        <w:br/>
        <w:t>Так високо поважаю,&lt;br /&gt;</w:t>
        <w:br/>
        <w:t>Що співцем своїм придворним&lt;br /&gt;</w:t>
        <w:br/>
        <w:t>Я зробить його бажаю.</w:t>
      </w:r>
    </w:p>
    <w:p>
      <w:r>
        <w:br/>
        <w:t>Ви скажіть, що він у мене&lt;br /&gt;</w:t>
        <w:br/>
        <w:t>Буде жити в шані, в славі,&lt;br /&gt;</w:t>
        <w:br/>
        <w:t>Тільки, звісно, хай забуде&lt;br /&gt;</w:t>
        <w:br/>
        <w:t>Різні вигадки лукаві".</w:t>
      </w:r>
    </w:p>
    <w:p>
      <w:r>
        <w:br/>
        <w:t>Слуги зараз подалися&lt;br /&gt;</w:t>
        <w:br/>
        <w:t>До убогої оселі,&lt;br /&gt;</w:t>
        <w:br/>
        <w:t>Принесли вони поету&lt;br /&gt;</w:t>
        <w:br/>
        <w:t>Ті запросини веселі.</w:t>
      </w:r>
    </w:p>
    <w:p>
      <w:r>
        <w:br/>
        <w:t>Усміхаючись, він слухав&lt;br /&gt;</w:t>
        <w:br/>
        <w:t>Те запрошення знаднеє,&lt;br /&gt;</w:t>
        <w:br/>
        <w:t>А коли вони скінчили,&lt;br /&gt;</w:t>
        <w:br/>
        <w:t>Так промовив їм на сеє:</w:t>
      </w:r>
    </w:p>
    <w:p>
      <w:r>
        <w:br/>
        <w:t>"Ви скажіте свому пану,&lt;br /&gt;</w:t>
        <w:br/>
        <w:t>Що заплати не бажаю,&lt;br /&gt;</w:t>
        <w:br/>
        <w:t>Бо коли я що дарую,&lt;br /&gt;</w:t>
        <w:br/>
        <w:t>То назад не одбираю.</w:t>
      </w:r>
    </w:p>
    <w:p>
      <w:r>
        <w:br/>
        <w:t>Хай він сам те пригадає,&lt;br /&gt;</w:t>
        <w:br/>
        <w:t>Що то ж я йому дав злото,&lt;br /&gt;</w:t>
        <w:br/>
        <w:t>Хоч тепер об тім жалкую,&lt;br /&gt;</w:t>
        <w:br/>
        <w:t>Краще б кинув у болото!</w:t>
      </w:r>
    </w:p>
    <w:p>
      <w:r>
        <w:br/>
        <w:t>Ви скажіть, що я не хочу&lt;br /&gt;</w:t>
        <w:br/>
        <w:t>Слави з рук його приймати,&lt;br /&gt;</w:t>
        <w:br/>
        <w:t>Бо лихую тільки славу&lt;br /&gt;</w:t>
        <w:br/>
        <w:t>Тії руки можуть дати.</w:t>
      </w:r>
    </w:p>
    <w:p>
      <w:r>
        <w:br/>
        <w:t>Золотих не хочу лаврів, —&lt;br /&gt;</w:t>
        <w:br/>
        <w:t>З ними щастя не здобуду.&lt;br /&gt;</w:t>
        <w:br/>
        <w:t>Як я ними увінчаюсь,&lt;br /&gt;</w:t>
        <w:br/>
        <w:t>То поетом вже не буду.</w:t>
      </w:r>
    </w:p>
    <w:p>
      <w:r>
        <w:br/>
        <w:t>Не поет, у кого думки&lt;br /&gt;</w:t>
        <w:br/>
        <w:t>Не літають вільно в світі,&lt;br /&gt;</w:t>
        <w:br/>
        <w:t>А заплутались навіки&lt;br /&gt;</w:t>
        <w:br/>
        <w:t>В золотії тонкі сіті.</w:t>
      </w:r>
    </w:p>
    <w:p>
      <w:r>
        <w:br/>
        <w:t>Не поет, хто забуває&lt;br /&gt;</w:t>
        <w:br/>
        <w:t>Про страшні народні рани,&lt;br /&gt;</w:t>
        <w:br/>
        <w:t>Щоб собі на вільні руки&lt;br /&gt;</w:t>
        <w:br/>
        <w:t>Золоті надіть кайдани!</w:t>
      </w:r>
    </w:p>
    <w:p>
      <w:r>
        <w:br/>
        <w:t>Тож підіте і скажіте,&lt;br /&gt;</w:t>
        <w:br/>
        <w:t>Що поки я буду жити,&lt;br /&gt;</w:t>
        <w:br/>
        <w:t>Не подумаю довіку&lt;br /&gt;</w:t>
        <w:br/>
        <w:t>Зброї чесної зложити!"</w:t>
      </w:r>
    </w:p>
    <w:p>
      <w:r>
        <w:br/>
        <w:t>З тим вернулись вірні слуги&lt;br /&gt;</w:t>
        <w:br/>
        <w:t>До Бертольда і сказали:&lt;br /&gt;</w:t>
        <w:br/>
        <w:t>"Так і так поет відмовив,&lt;br /&gt;</w:t>
        <w:br/>
        <w:t>Ми даремне намовляли..."</w:t>
      </w:r>
    </w:p>
    <w:p>
      <w:r>
        <w:br/>
        <w:t>Аж скипів Бертольд, почувши&lt;br /&gt;</w:t>
        <w:br/>
        <w:t>Гордовитую відмову,&lt;br /&gt;</w:t>
        <w:br/>
        <w:t>До поета посилає&lt;br /&gt;</w:t>
        <w:br/>
        <w:t>Посланців тих самих знову:</w:t>
      </w:r>
    </w:p>
    <w:p>
      <w:r>
        <w:br/>
        <w:t>"Ви скажіть сьому зухвальцю,&lt;br /&gt;</w:t>
        <w:br/>
        <w:t>Що тепер настав день суду,&lt;br /&gt;</w:t>
        <w:br/>
        <w:t>Що терпів його я довго,&lt;br /&gt;</w:t>
        <w:br/>
        <w:t>Але більш терпіть не буду.</w:t>
      </w:r>
    </w:p>
    <w:p>
      <w:r>
        <w:br/>
        <w:t>Коли він складання віршів&lt;br /&gt;</w:t>
        <w:br/>
        <w:t>Бунтівничих не покине,&lt;br /&gt;</w:t>
        <w:br/>
        <w:t>То в тюрму його закину,&lt;br /&gt;</w:t>
        <w:br/>
        <w:t>Там він, клятий, і загине!"</w:t>
      </w:r>
    </w:p>
    <w:p>
      <w:r>
        <w:br/>
        <w:t>Знову слуги подалися&lt;br /&gt;</w:t>
        <w:br/>
        <w:t>До убогої хатини&lt;br /&gt;</w:t>
        <w:br/>
        <w:t>І, підходячи,почули&lt;br /&gt;</w:t>
        <w:br/>
        <w:t>Тихий бренькіт мандоліни.</w:t>
      </w:r>
    </w:p>
    <w:p>
      <w:r>
        <w:br/>
        <w:t>У вікно зирнули слуги,&lt;br /&gt;</w:t>
        <w:br/>
        <w:t>Бачать: зібрана громада,,&lt;br /&gt;</w:t>
        <w:br/>
        <w:t>Всі стоять навколо ліжка,&lt;br /&gt;</w:t>
        <w:br/>
        <w:t>Мов якась таємна рада!</w:t>
      </w:r>
    </w:p>
    <w:p>
      <w:r>
        <w:br/>
        <w:t>Утомивсь поет від праці,&lt;br /&gt;</w:t>
        <w:br/>
        <w:t>Третій день лежить в недузі,&lt;br /&gt;</w:t>
        <w:br/>
        <w:t>Слухачі навколо нього&lt;br /&gt;</w:t>
        <w:br/>
        <w:t>Посхиляли чола в тузі.</w:t>
      </w:r>
    </w:p>
    <w:p>
      <w:r>
        <w:br/>
        <w:t>А поет усе то грає,&lt;br /&gt;</w:t>
        <w:br/>
        <w:t>То щось пише на папері&lt;br /&gt;</w:t>
        <w:br/>
        <w:t>Й роздає писання людям, —&lt;br /&gt;</w:t>
        <w:br/>
        <w:t>Тут вступили слуги в двері.</w:t>
      </w:r>
    </w:p>
    <w:p>
      <w:r>
        <w:br/>
        <w:t>Всі метнулись хутко з хати,&lt;br /&gt;</w:t>
        <w:br/>
        <w:t>І поет один зостався,&lt;br /&gt;</w:t>
        <w:br/>
        <w:t>Подививсь на слуг спокійно,&lt;br /&gt;</w:t>
        <w:br/>
        <w:t>Гордовито привітався.</w:t>
      </w:r>
    </w:p>
    <w:p>
      <w:r>
        <w:br/>
        <w:t>Всі Бертольдові погрози&lt;br /&gt;</w:t>
        <w:br/>
        <w:t>Слухав мовчки, усміхався.&lt;br /&gt;</w:t>
        <w:br/>
        <w:t>А коли скінчили слуги,&lt;br /&gt;</w:t>
        <w:br/>
        <w:t>Так до них він обізвався:</w:t>
      </w:r>
    </w:p>
    <w:p>
      <w:r>
        <w:br/>
        <w:t>"Ви скажіть свойому пану,&lt;br /&gt;</w:t>
        <w:br/>
        <w:t>Що готовий я в дорогу,&lt;br /&gt;</w:t>
        <w:br/>
        <w:t>Тільки хай велить прислати&lt;br /&gt;</w:t>
        <w:br/>
        <w:t>Слуг ще двох вам на підмогу.</w:t>
      </w:r>
    </w:p>
    <w:p>
      <w:r>
        <w:br/>
        <w:t>На запросини ласкаві&lt;br /&gt;</w:t>
        <w:br/>
        <w:t>Я не можу встать з постелі,&lt;br /&gt;</w:t>
        <w:br/>
        <w:t>Вам нести мене прийдеться&lt;br /&gt;</w:t>
        <w:br/>
        <w:t>Аж до нової оселі.</w:t>
      </w:r>
    </w:p>
    <w:p>
      <w:r>
        <w:br/>
        <w:t>Та й в темниці буду вільний, —&lt;br /&gt;</w:t>
        <w:br/>
        <w:t>Маю думи-чарівниці,&lt;br /&gt;</w:t>
        <w:br/>
        <w:t>Що для них нема на світі&lt;br /&gt;</w:t>
        <w:br/>
        <w:t>Ні застави, ні границі.</w:t>
      </w:r>
    </w:p>
    <w:p>
      <w:r>
        <w:br/>
        <w:t>І мого прудкого слова&lt;br /&gt;</w:t>
        <w:br/>
        <w:t>Не затримає темниця,&lt;br /&gt;</w:t>
        <w:br/>
        <w:t>Полетить воно по світі,&lt;br /&gt;</w:t>
        <w:br/>
        <w:t>Наче тая вільна птиця.</w:t>
      </w:r>
    </w:p>
    <w:p>
      <w:r>
        <w:br/>
        <w:t>З словом зіллються в темниці&lt;br /&gt;</w:t>
        <w:br/>
        <w:t>Гіркий жаль і тяжка туга,&lt;br /&gt;</w:t>
        <w:br/>
        <w:t>І тоді потрійна стане&lt;br /&gt;</w:t>
        <w:br/>
        <w:t>І страшна його потуга.</w:t>
      </w:r>
    </w:p>
    <w:p>
      <w:r>
        <w:br/>
        <w:t>І поет від свого люду&lt;br /&gt;</w:t>
        <w:br/>
        <w:t>Не почує слів догани&lt;br /&gt;</w:t>
        <w:br/>
        <w:t>В день сумний, коли на нього&lt;br /&gt;</w:t>
        <w:br/>
        <w:t>Накладатимуть кайдани!"</w:t>
      </w:r>
    </w:p>
    <w:p>
      <w:r>
        <w:br/>
        <w:t>Так довіку у темниці&lt;br /&gt;</w:t>
        <w:br/>
        <w:t>Довелось поету жити,&lt;br /&gt;</w:t>
        <w:br/>
        <w:t>За тюремний спів він мусив&lt;br /&gt;</w:t>
        <w:br/>
        <w:t>Головою наложити.</w:t>
      </w:r>
    </w:p>
    <w:p>
      <w:r>
        <w:br/>
        <w:t>Та зосталися на світі&lt;br /&gt;</w:t>
        <w:br/>
        <w:t>Молоді його нащадки,&lt;br /&gt;</w:t>
        <w:br/>
        <w:t>Що взяли собі у спадок&lt;br /&gt;</w:t>
        <w:br/>
        <w:t>Всі пісні його, всі гадки.</w:t>
      </w:r>
    </w:p>
    <w:p>
      <w:r>
        <w:br/>
        <w:t>Здійнялось повстання в краю,&lt;br /&gt;</w:t>
        <w:br/>
        <w:t>І Бертольда вбили люде,&lt;br /&gt;</w:t>
        <w:br/>
        <w:t>Та й гадали, що в країні&lt;br /&gt;</w:t>
        <w:br/>
        <w:t>Більш неволі вже не буде.</w:t>
      </w:r>
    </w:p>
    <w:p>
      <w:r>
        <w:br/>
        <w:t>Та зостався по Бертольду&lt;br /&gt;</w:t>
        <w:br/>
        <w:t>Молодий його нащадок,&lt;br /&gt;</w:t>
        <w:br/>
        <w:t>І пиху його, й маєтки&lt;br /&gt;</w:t>
        <w:br/>
        <w:t>Він забрав собі у спадок.</w:t>
      </w:r>
    </w:p>
    <w:p>
      <w:r>
        <w:br/>
        <w:t>І тепер нащадки графські&lt;br /&gt;</w:t>
        <w:br/>
        <w:t>Тюрми міцнії будують,&lt;br /&gt;</w:t>
        <w:br/>
        <w:t>А поетові нащадки&lt;br /&gt;</w:t>
        <w:br/>
        <w:t>Слово гостреє гартують.</w:t>
      </w:r>
    </w:p>
    <w:p>
      <w:r>
        <w:br/>
        <w:t>Проти діла соромного&lt;br /&gt;</w:t>
        <w:br/>
        <w:t>Виступає слово праве —&lt;br /&gt;</w:t>
        <w:br/>
        <w:t>Ох, страшне оте змагання,&lt;br /&gt;</w:t>
        <w:br/>
        <w:t>Хоч воно і не криваве!</w:t>
      </w:r>
    </w:p>
    <w:p>
      <w:r>
        <w:br/>
        <w:t>А коли війна скінчиться&lt;br /&gt;</w:t>
        <w:br/>
        <w:t>Того діла й того слова,&lt;br /&gt;</w:t>
        <w:br/>
        <w:t>То скінчиться давня казка,&lt;br /&gt;</w:t>
        <w:br/>
        <w:t>А настане правда нова.</w:t>
      </w:r>
    </w:p>
    <w:p>
      <w:r>
        <w:br/>
        <w:t>1893, 12/ХІ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Давня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