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Демони</w:t>
      </w:r>
    </w:p>
    <w:p>
      <w:r>
        <w:br/>
        <w:t xml:space="preserve"> &lt;p&gt;Крокуючи Другою авеню, Артур Гамет вирішив, що сьогодні напрочуд гарний весняний день. Не надто холодний, просто свіжий і надихаючий. "Ідеальний день для продажу страхових полісів," — промовив він сам до себе. На розі Дев'ятої стріт він зійшов із тротуару.</w:t>
      </w:r>
    </w:p>
    <w:p>
      <w:r>
        <w:br/>
        <w:t>І зник.</w:t>
      </w:r>
    </w:p>
    <w:p>
      <w:r>
        <w:br/>
        <w:t>— Ви бачили? — запитав різника його помічник. Обидва стояли біля дверей м'ясної крамниці, байдуже розглядаючи перехожих.</w:t>
      </w:r>
    </w:p>
    <w:p>
      <w:r>
        <w:br/>
        <w:t>— Що бачив? — відгукнувся огрядний з обличчям бурякового кольору різник.</w:t>
      </w:r>
    </w:p>
    <w:p>
      <w:r>
        <w:br/>
        <w:t>— Того хлопця в пальто. Він зник.</w:t>
      </w:r>
    </w:p>
    <w:p>
      <w:r>
        <w:br/>
        <w:t>— Та ну, — сказав різник. — Мабуть, просто звернув на Дев'яту. І що з того?</w:t>
      </w:r>
    </w:p>
    <w:p>
      <w:r>
        <w:br/>
        <w:t>Помічник різника не бачив, щоб Артур звертав на Дев'яту чи перетинав Другу. Він бачив, як той зник. Але який сенс наполягати? Ну скажеш ти босові, що він помилився, а далі? До того ж хлопець у пальто, можливо, й справді звернув на Дев'яту. Куди ще він міг подітися?</w:t>
      </w:r>
    </w:p>
    <w:p>
      <w:r>
        <w:br/>
        <w:t>Але Артура Гамета в Нью-Йорку вже не було. Він зник без сліду.</w:t>
      </w:r>
    </w:p>
    <w:p>
      <w:r>
        <w:br/>
        <w:t>Десь в іншому місці, необов'язково на Землі, істота, що називала себе Нельзевулом, пильно вдивлялася у п'ятикутник, усередині якого з'явилося щось, на що він ніяк не розраховував. Нельзевул уп'явся у це "щось" гнівним поглядом, і мав на це всі підстави. Упродовж багатьох років він вишукував магічні формули, експериментував із травами та субстанціями, вивчав найкращі книжки з магії та знахарства. Усе засвоєне вклав в одне титанічне зусилля. І що з того вийшло? З'явився не той демон.</w:t>
      </w:r>
    </w:p>
    <w:p>
      <w:r>
        <w:br/>
        <w:t>Звісно, на результат могло вплинути все що завгодно. Взяти хоча б відрубану руку мерця. Не виключено, що це рука самогубці, — хіба можна вірити навіть найкращим з торговців? А можливо, одна зі сторін п'ятикутника накреслена трохи криво, а це дуже важливо. Або слова закляття вимовлені дещо в іншому порядку. Навіть одна невірна інтонація могла наробити лиха.</w:t>
      </w:r>
    </w:p>
    <w:p>
      <w:r>
        <w:br/>
        <w:t>Хай там як, а зробленого не повернути. Нельзевул притулився плечем, вкритим червоною лускою, до велетенської сулії і почухав інше плече кинджалоподібним нігтем. Як завжди в хвилини збентеження, шипастий хвіст нерішуче стукав по підлозі.</w:t>
      </w:r>
    </w:p>
    <w:p>
      <w:r>
        <w:br/>
        <w:t>Принаймні якогось демона він таки зловив.</w:t>
      </w:r>
    </w:p>
    <w:p>
      <w:r>
        <w:br/>
        <w:t>Але істота всередині п'ятикутника не була схожа на жоден зі звичайних видів демонів. Взяти хоча б оці складки сірої плоті, що звисають донизу... Певна річ, усі історичні повідомлення відомі своєю неточністю. Ким би не було це надприродне створіння, доведеться йому потрудитися. У цьому Нельзевул був абсолютно впевнений. Він зручніше схрестив ноги й став чекати, коли дивна істота заговорить.</w:t>
      </w:r>
    </w:p>
    <w:p>
      <w:r>
        <w:br/>
        <w:t>Артур Гамет був надто приголомшений, щоб розмовляти. Хвилину тому він ішов до страхової контори, обмірковуючи свої справи й насолоджуючись чудовим повітрям раннього весняного ранку. Він ступив на бруківку перехрестя Другої авеню та Дев'ятої стріт — і... раптом опинився тут, незрозуміло, де саме.</w:t>
      </w:r>
    </w:p>
    <w:p>
      <w:r>
        <w:br/>
        <w:t>Трохи погойдуючись, він почав вдивлятися в густий туман, що оповив кімнату, й виявив велетенське чудовисько, вкрите червоною лускою, що сиділо навпочіпки. Поруч стояло щось схоже на сулію, але близько трьох метрів заввишки. Чудовисько мало шипастий хвіст — ним воно саме чухало голову — і поросячі очиці, що похмуро втупилися в Артура. Той спробував відступити назад, але зміг зробити лише один крок. Він помітив, що стоїть всередині накресленої крейдою фігури і з невідомої причини не може переступити через білі лінії.</w:t>
      </w:r>
    </w:p>
    <w:p>
      <w:r>
        <w:br/>
        <w:t>— Ну, от, — промовило червоне страховисько, порушуючи напружену тишу, — нарешті я тебе впіймав.</w:t>
      </w:r>
    </w:p>
    <w:p>
      <w:r>
        <w:br/>
        <w:t>Воно промовляло зовсім інші слова, звуки яких були абсолютно незнайомі Артурові, але якимось чином він розумів зміст сказаного. Це не була телепатія; Артур ніби перекладав з чужої мови — автоматично й без напруження.</w:t>
      </w:r>
    </w:p>
    <w:p>
      <w:r>
        <w:br/>
        <w:t>— Мушу визнати, я трохи розчарований, — вів далі Нельзевул, не дочекавшись відповіді від демона, замкненого в п'ятикутнику. — в усіх наших легендах сказано, що демони — це страхітливі створіння п'ять метрів заввишки, з крилами, крихітними головами й дірою у грудях, з якої б'ють струмені холодної води.</w:t>
      </w:r>
    </w:p>
    <w:p>
      <w:r>
        <w:br/>
        <w:t>Артур Гамет скинув пальто: воно безформною промоклою грудкою впало йому під ноги. Було темно, але ідея про демона, що може викидати струмені холодної води, видалася йому напрочуд привабливою — у кімнаті було спекотно, як у печі. Його сірий твідовий костюм уже встиг перетворитися на зім'яту суміш тканини й поту.</w:t>
      </w:r>
    </w:p>
    <w:p>
      <w:r>
        <w:br/>
        <w:t>Разом із цією думкою прийшло примирення з дійсністю: з цим червоним лускатим чудовиськом, накресленими крейдою лініями, через які неможливо переступити, розпеченою кімнатою.</w:t>
      </w:r>
    </w:p>
    <w:p>
      <w:r>
        <w:br/>
        <w:t>Йому спало на думку, що в книгах, журналах і фільмах герой, який потрапив у незвичну ситуацію, зазвичай вимовляє: "Ущипніть мене, це не може бути правдою!" або "Великий Боже, я сплю, п'яний чи збожеволів?" Артур не збирався виголошувати настільки очевидні нісенітниці. По-перше, він був переконаний, що величезне червоне чудовисько цього не оцінить, по-друге, знав, що не спить, не п'яний і не збожеволів. У лексиконі Артура Гамета бракувало потрібних слів, але він розумів: сон — це одне, а те, що він зараз бачить, — зовсім інше.</w:t>
      </w:r>
    </w:p>
    <w:p>
      <w:r>
        <w:br/>
        <w:t>— У легендах нічого не сказано про вміння здирати з себе шкіру, — замислено пробурмотів Нельзевул, роздивляючись пальто, яке лежало біля ніг Артура. — Цікаво.</w:t>
      </w:r>
    </w:p>
    <w:p>
      <w:r>
        <w:br/>
        <w:t>— Це помилка, — твердо сказав Артур. Тривалий досвід роботи страховим агентом став йому зараз у пригоді. Артурові доводилося мати справу з усіма категоріями людей і знаходити вихід із найзаплутаніших ситуацій. Очевидно, чудовисько намагалося викликати демона, випадково натрапило на нього і зараз вважає, ніби Артур — це демон. Цю помилку слід виправити якомога швидше.</w:t>
      </w:r>
    </w:p>
    <w:p>
      <w:r>
        <w:br/>
        <w:t>— Я страховий агент, — сказав він. Чудовисько похитало величезною рогатою головою.</w:t>
      </w:r>
    </w:p>
    <w:p>
      <w:r>
        <w:br/>
        <w:t>Воно вимахувало хвостом з боку в бік, з неприємним свистом розтинаючи ним повітря.</w:t>
      </w:r>
    </w:p>
    <w:p>
      <w:r>
        <w:br/>
        <w:t>— Твоя потойбічна діяльність мене анітрохи не обходить, — проревів Нельзевул. — У принципі, мені навіть байдуже, до якої категорії демонів ти належиш.</w:t>
      </w:r>
    </w:p>
    <w:p>
      <w:r>
        <w:br/>
        <w:t>— Кажу ж вам, що я не...</w:t>
      </w:r>
    </w:p>
    <w:p>
      <w:r>
        <w:br/>
        <w:t>— Нічого не вийде! — прогарчало чудовисько, люто виблискуючи очима на Артура й впритул наближаючись до краю п'ятикутника. — Я знаю, що ти демон. І мені потрібен драст.</w:t>
      </w:r>
    </w:p>
    <w:p>
      <w:r>
        <w:br/>
        <w:t>— Драст? Не думаю...</w:t>
      </w:r>
    </w:p>
    <w:p>
      <w:r>
        <w:br/>
        <w:t>— Я вас демонів бачу наскрізь, — сказав Нельзевул, з очевидним зусиллям опановуючи себе. — І я і ти знаємо, що коли демона викликають закляттям, то він має виконати одне бажання. Я тебе викликав, і мені потрібен драст. П'ять тонн драсту.</w:t>
      </w:r>
    </w:p>
    <w:p>
      <w:r>
        <w:br/>
        <w:t>— Драст... — розгублено почав Артур, намагаючись триматися у найвіддаленішому куті п'ятикутника, подалі від чудовиська, яке люто вимахувало хвостом.</w:t>
      </w:r>
    </w:p>
    <w:p>
      <w:r>
        <w:br/>
        <w:t>— Драст, він же вут, він же гакатіні, він же сап-дер-уп. Усе це та сама річ.</w:t>
      </w:r>
    </w:p>
    <w:p>
      <w:r>
        <w:br/>
        <w:t>"Воно говорить про гроші", — раптом зрозумів Артур. Жаргонні слова були йому незнайомі, але інтонацію, з якою їх вимовили, неможливо було сплутати ні з чим іншим. Без сумніву, драстом називають те, що править місцевим мешканцям за валюту.</w:t>
      </w:r>
    </w:p>
    <w:p>
      <w:r>
        <w:br/>
        <w:t>— П'ять тонн, хіба це багато, — вів далі Нельзевул, хитро посміхаючись. — Принаймні для тебе. Ти маєш радіти, що я не з тих дурнів, хто вимагає безсмертя.</w:t>
      </w:r>
    </w:p>
    <w:p>
      <w:r>
        <w:br/>
        <w:t>Артур зрадів.</w:t>
      </w:r>
    </w:p>
    <w:p>
      <w:r>
        <w:br/>
        <w:t>— А якщо я не погоджусь? — запитав він.</w:t>
      </w:r>
    </w:p>
    <w:p>
      <w:r>
        <w:br/>
        <w:t>— У такому разі, — відповів Нельзевул, і усмішка його змінилася на похмуру гримасу, — мені доведеться тебе зачарувати. Знову помістити в цю сулію. Артур покосився на прозору зелену пляшку, що виглядала з-поза голови чудовиська. Широка в нижній частині сулія поступово звужувалася догори. Якщо страховисько зможе проштовхнути Артура всередину, йому ніколи в житті не протиснутися на волю крізь вузьке горло. А в тому, що воно на таке здатне, Артур не сумнівався.</w:t>
      </w:r>
    </w:p>
    <w:p>
      <w:r>
        <w:br/>
        <w:t>— Ну ж бо, — сказав Нельзевул, знову розпливаючись в усмішці, ще хитрішій, ніж раніше, — який сенс ставати в позу героя. Що для тебе п'ять тонн старого, доброго сап-дер-упу? Я забагатію, а тобі варто лише змахнути рукою.</w:t>
      </w:r>
    </w:p>
    <w:p>
      <w:r>
        <w:br/>
        <w:t>Він замовк, і його посмішка стала запобігливою.</w:t>
      </w:r>
    </w:p>
    <w:p>
      <w:r>
        <w:br/>
        <w:t>— Знаєш, — він стишив голос, — адже я справді витратив на це купу часу й вута, прочитав масу книг. — Раптом його хвіст хльоснув по підлозі, немов куля, що рикошетом відскочила від граніту. — Не намагайся пошити мене в дурні! — проревів він.</w:t>
      </w:r>
    </w:p>
    <w:p>
      <w:r>
        <w:br/>
        <w:t>Артур з'ясував, що магічна сила крейдяних ліній поширюється, щонайменше на висоту його зросту. Він обережно притулився до невидимої стіни й, виявивши, що вона витримує вагу, зручно на неї обперся.</w:t>
      </w:r>
    </w:p>
    <w:p>
      <w:r>
        <w:br/>
        <w:t>П'ять тонн драсту, міркував він. Очевидно, це чудовисько — чаклун з бозна-якої країни. Може, навіть з іншої планети. Своїми закляттями воно намагалося викликати демона, що виконує будь-які бажання, а викликало його, Артура Гамета. Тепер воно чогось хоче від нього, а в разі непокори погрожує пляшкою. Усе це страшенно нелогічно, але Артур почав підозрювати, що у більшості чаклунів негаразд з логікою.</w:t>
      </w:r>
    </w:p>
    <w:p>
      <w:r>
        <w:br/>
        <w:t>— Я спробую знайти для тебе драст, — промимрив Артур, відчуваючи, що треба сказати хоч слово. — Але мені доведеться повернутися за ним до... е-е... пекла. Усі ці фокуси з маханням руками давно застаріли.</w:t>
      </w:r>
    </w:p>
    <w:p>
      <w:r>
        <w:br/>
        <w:t>— Гаразд, — промовило чудовисько, стоячи на краю п'ятикутника й хижо поглядаючи на Артура. — Я тобі довіряю. Але пам'ятай, що я можу тебе викликати в будь-який час. Тобі нікуди дітися, сам розумієш, тож краще й не намагайся. До речі, мене звуть Нельзевул.</w:t>
      </w:r>
    </w:p>
    <w:p>
      <w:r>
        <w:br/>
        <w:t>А Вельзевул вам часом не родич? — запитав Артур.</w:t>
      </w:r>
    </w:p>
    <w:p>
      <w:r>
        <w:br/>
        <w:t>— Це мій прадід, — відповів Нельзевул, підозріливо поглядаючи на Артура. — Він був військовим. На жаль, він... — Нельзевул урвав на півслові й кинув на нього гнівний погляд. — Утім, вам, демонам, усе це відомо! Згинь! І принеси драст.</w:t>
      </w:r>
    </w:p>
    <w:p>
      <w:r>
        <w:br/>
        <w:t>Артур Гамет знову зник.</w:t>
      </w:r>
    </w:p>
    <w:p>
      <w:r>
        <w:br/>
        <w:t>Він матеріалізувався на розі Другої авеню і Дев'ятої-стріт — там, де вперше зник. Пальто лежало біля його ніг, а одяг весь просяк потом. Артур похитнувся, намагаючись відновити рівновагу, адже в ту мить, коли Нельзевул його звільнив, він спирався на магічну силову стіну. Артур Гамет підняв з бруківки пальто й поспішив додому. На щастя, народу довкола було небагато.</w:t>
      </w:r>
    </w:p>
    <w:p>
      <w:r>
        <w:br/>
        <w:t>Дві домогосподарки, зойкнувши, швидко зацокотіли підборами геть. Якийсь вишукано вдягнений чоловік чотири-п'ять разів кліпнув очима, зробив крок до нього, немов збираючись щось запитати, передумав і поквапливо пішов у напрямі Восьмої-стріт. Решта або не помітили Артура, або їм було байдуже.</w:t>
      </w:r>
    </w:p>
    <w:p>
      <w:r>
        <w:br/>
        <w:t>Повернувшись до своєї двокімнатної квартири, Артур зробив слабку спробу викреслити з пам'яті усе, що сталося, немов поганий сон. Це йому не вдалося, і він почав аналізувати свої можливості.</w:t>
      </w:r>
    </w:p>
    <w:p>
      <w:r>
        <w:br/>
        <w:t>Він міг би дістати драст. Тобто не виключено, що міг би, якби знав, що це таке. Речовина, яку Нель-зевул вважає коштовною, може виявитися чим завгодно. Свинцем, наприклад, або залізом. Але навіть у цьому разі Артур із його скромними доходами вилетів би у трубу.</w:t>
      </w:r>
    </w:p>
    <w:p>
      <w:r>
        <w:br/>
        <w:t>Можна було б повідомити поліцію. І потрапити до психіатричної лікарні. Забудь про це.</w:t>
      </w:r>
    </w:p>
    <w:p>
      <w:r>
        <w:br/>
        <w:t>Нарешті, можна нічого не робити — і скніти решту життя у пляшці. Цей варіант теж варто забути.</w:t>
      </w:r>
    </w:p>
    <w:p>
      <w:r>
        <w:br/>
        <w:t>Лишається одне — чекати, поки Нельзевул не викличе його знову, і тоді з'ясувати, що таке драст. Може, це звичайний гній? Можна було б узяти його на фермі у дядька з Нью-Джерсі, якщо Нельзевул сам подбає про доставку.</w:t>
      </w:r>
    </w:p>
    <w:p>
      <w:r>
        <w:br/>
        <w:t>Артур Гамет зателефонував до офісу й повідомив, що хворий і хворітиме ще кілька днів. Після цього він приготував на своїй невеличкій кухні ситний сніданок, у глибині душі пишаючись споїм апетитом. Не кожен здатний ум'яти таку порцію, коли йому світить перспектива опинитися у пляшці. Він прибрав у квартирі й перевдягнувся у легкий пляжний костюм. Годинник показував пів на п'яту вечора. Артур витягнувся на ліжку й став чекати. Близько пів на десяту він зник.</w:t>
      </w:r>
    </w:p>
    <w:p>
      <w:r>
        <w:br/>
        <w:t>— Знову змінив шкіру, — зауважив Нельзевул. — А де драст? — нетерпляче смикаючи хвостом, він бігав довкола п'ятикутника.</w:t>
      </w:r>
    </w:p>
    <w:p>
      <w:r>
        <w:br/>
        <w:t>— У мене за спиною його нема, — відповів Артур, повертаючись так, щоб знову стати обличчям до Нельзевула. — Мені потрібна додаткова інформація. — Він прибрав невимушену позу, обпершись об невидиму поверхню, випромінювану крейдовими лініями.</w:t>
      </w:r>
    </w:p>
    <w:p>
      <w:r>
        <w:br/>
        <w:t>— І ви повинні пообіцяти, що, коли я віддам драст, дасте мені спокій.</w:t>
      </w:r>
    </w:p>
    <w:p>
      <w:r>
        <w:br/>
        <w:t>— Звісно, — радо погодився Нельзевул. — Так чи інакше я маю право висловити лише одне бажання. От що, давай-но я заприсягнуся великою клятвою Сатани. Вона, як тобі відомо, абсолютно непорушна.</w:t>
      </w:r>
    </w:p>
    <w:p>
      <w:r>
        <w:br/>
        <w:t>— Сатани?</w:t>
      </w:r>
    </w:p>
    <w:p>
      <w:r>
        <w:br/>
        <w:t>— Це один із наших перших президентів, — пояснив Нельзевул із побожним видом. — У нього служив мій прадід Вельзевул. На жаль... Втім, ти й сам усе знаєш.</w:t>
      </w:r>
    </w:p>
    <w:p>
      <w:r>
        <w:br/>
        <w:t>Нельзевул заприсягся великою клятвою Сатани, і це було величне видовище. Коли він замовк, блакитні клуби туману в кімнаті оповили по краю червоні смуги, а контури гігантської сулії зловісно колихалися у тьмяному світлі. Навіть у своєму легкому одязі Артур обливався потом. Він шкодував, що не народився холодильним демоном.</w:t>
      </w:r>
    </w:p>
    <w:p>
      <w:r>
        <w:br/>
        <w:t>— От так, — сказав Нельзевул, розпрямляючись на весь зріст посередині кімнати й обвиваючи хвостом зап'ястя. Очі його світились дивним вогнем — відблиском спогадів про колишню славу.</w:t>
      </w:r>
    </w:p>
    <w:p>
      <w:r>
        <w:br/>
        <w:t>— То яка інформація тобі потрібна? — запитав Нельзевул, крокуючи з боку в бік перед п'ятикутником і тягнучи за собою хвіст.</w:t>
      </w:r>
    </w:p>
    <w:p>
      <w:r>
        <w:br/>
        <w:t>— Опиши мені цей драст.</w:t>
      </w:r>
    </w:p>
    <w:p>
      <w:r>
        <w:br/>
        <w:t>— Ну, він такий важкий, і не надто твердий...</w:t>
      </w:r>
    </w:p>
    <w:p>
      <w:r>
        <w:br/>
        <w:t>— Може, це свинець?</w:t>
      </w:r>
    </w:p>
    <w:p>
      <w:r>
        <w:br/>
        <w:t>— ...і жовтий. Золото...</w:t>
      </w:r>
    </w:p>
    <w:p>
      <w:r>
        <w:br/>
        <w:t>— Гм, пробурмотів Артур, втупившись у сулію. — А він ніколи не буває сірим або, скажімо, темно-бурим?</w:t>
      </w:r>
    </w:p>
    <w:p>
      <w:r>
        <w:br/>
        <w:t>— Ні. Він завжди жовтий. Іноді з червонуватим відтінком.</w:t>
      </w:r>
    </w:p>
    <w:p>
      <w:r>
        <w:br/>
        <w:t>Отже, таки золото. Артур почав задумливо розглядати лускате створіння, що з погано прихованим нетерпінням крокувало по кімнаті. П'ять тонн золота. Це коштуватиме ...</w:t>
      </w:r>
    </w:p>
    <w:p>
      <w:r>
        <w:br/>
        <w:t>Ні, краще про це не думати. Це неможливо.</w:t>
      </w:r>
    </w:p>
    <w:p>
      <w:r>
        <w:br/>
        <w:t>— Це забере трохи часу, — сказав Артур. — Років шістдесят-сімдесят. Давайте домовимося: я повідомлю вам одразу, як тільки...</w:t>
      </w:r>
    </w:p>
    <w:p>
      <w:r>
        <w:br/>
        <w:t>Нельзевул перервав його вибухом гомеричного реготу. Очевидно, Артур зачепив його рудиментарне почуття гумору, тому що чудовисько, обхопивши коліна передніми лапами, аж скавчало від сміху.</w:t>
      </w:r>
    </w:p>
    <w:p>
      <w:r>
        <w:br/>
        <w:t>— Років шістдесят-сімдесят! — проревіло воно, захлинаючись. Сулія затремтіла, і навіть стіни п'ятикутника ніби сколихнулися. — Даю тобі шістдесят-сімдесят хвилин! Інакше — пляшка!</w:t>
      </w:r>
    </w:p>
    <w:p>
      <w:r>
        <w:br/>
        <w:t>— Хвилиночку, — проговорив Артур з найвіддаленішого кута п'ятикутника. — Мені не так багато треба... Зачекайте!</w:t>
      </w:r>
    </w:p>
    <w:p>
      <w:r>
        <w:br/>
        <w:t>Його щойно осяяла рятівна думка. То була, без сумніву, найкраща думка в його житті. До того ж його власна.</w:t>
      </w:r>
    </w:p>
    <w:p>
      <w:r>
        <w:br/>
        <w:t>— Мені потрібна точна формула закляття, з допомогою якого ви мене викликаєте, — заявив Артур. — Я маю упевнитися в центральному офісі, що все в порядку.</w:t>
      </w:r>
    </w:p>
    <w:p>
      <w:r>
        <w:br/>
        <w:t>Чудовисько оскаженіло й почало сипати прокльонами. Повітря потемніло, в ньому з'явилися червоні смуги. У тон голосу Нельзевула співчутливо забряжчала сулія, а сама кімната, здавалося, пішла кругом. Однак Артур Гамет твердо стояв на своєму. Він терпляче сім чи вісім разів пояснив, що ув'язнювати його в сулії марно — тоді Нельзевул напевно не одержить золота. Усе, що від нього вимагають, — це формула, і без неї, безумовно, не...</w:t>
      </w:r>
    </w:p>
    <w:p>
      <w:r>
        <w:br/>
        <w:t>Зрештою йому повідомили формулу.</w:t>
      </w:r>
    </w:p>
    <w:p>
      <w:r>
        <w:br/>
        <w:t>— І без фокусів мені! — прогримів на прощання Нельзевул, обома руками і хвостом вказуючи на пляшку.</w:t>
      </w:r>
    </w:p>
    <w:p>
      <w:r>
        <w:br/>
        <w:t>Артур мляво кивнув і знову опинився у своїй кімнаті.</w:t>
      </w:r>
    </w:p>
    <w:p>
      <w:r>
        <w:br/>
        <w:t>Наступні кілька днів пройшли в гарячкових пошуках по всьому Нью-Йорку. Деякі складники магічної формули неважко було придбати, наприклад, гілку омели у квітковому магазині або сірку. Складніше виявилося знайти могильну землю та ліве крило кажана. Справжньою проблемою було розшукати руку, відтяту у мерця, що загинув від рук убивці. Нарешті Артур купив її у спеціалізованій крамниці для студентів-медиків. Продавець дав гарантію, що небіжчик, якому вона належала, помер насильницькою смертю. Втім, Артур підозрював, що продавець просто намагається його розважити, але з цим нічого не можна було вдіяти.</w:t>
      </w:r>
    </w:p>
    <w:p>
      <w:r>
        <w:br/>
        <w:t>Серед іншого він придбав і велику скляну сулію, і до того ж дуже дешево. "Усе ж мешканці Нью-Йорка мають деякі переваги", — подумав Артур. — Схоже, за гроші тут можна купити все — буквально все".</w:t>
      </w:r>
    </w:p>
    <w:p>
      <w:r>
        <w:br/>
        <w:t>За три дні всі матеріали були закуплені, і на третю ніч, ближче до дванадцятої, він розклав їх на підлозі своєї квартири. У вікно світив місяць — три чверті від повні, але щодо місячної фази у магічній формулі не було чітких вказівок, тож, схоже, ніяких проблем виникнути не повинно. Артур накреслив п'ятикутник, запалив свічки та ладан і почав читати слова закляття. Він сподівався, що, правильно виконуючи всі вказівки, зможе зачарувати Нельзевула. Його єдиним бажанням було, щоб чудовисько дало йому спокій — раз і назавжди. І Артур не бачив, що могло б завадити йому втілити свій план.</w:t>
      </w:r>
    </w:p>
    <w:p>
      <w:r>
        <w:br/>
        <w:t>Коли він промовив слова закляття, кімнату оповив блакитний туман, і невдовзі Артур побачив щось у центрі п'ятикутника.</w:t>
      </w:r>
    </w:p>
    <w:p>
      <w:r>
        <w:br/>
        <w:t>— Нельзевул! — вигукнув він. Але це був не Нельзевул.</w:t>
      </w:r>
    </w:p>
    <w:p>
      <w:r>
        <w:br/>
        <w:t>Коли Артур закінчив читати закляття, істота всередині п'ятикутника сягнула п'яти метрів у висоту, їй довелося схилитися майже до підлоги, щоб поміститися під стелею кімнати. Це було створіння жахливого вигляду з крилами, крихітною головою та дірою у грудях. Артур Гамет зачаклував не того демона.</w:t>
      </w:r>
    </w:p>
    <w:p>
      <w:r>
        <w:br/>
        <w:t>— Що все це означає? — запитав демон, викидаючи з грудей струмінь холодної води. Вода вдарилася об невидимі стіни п'ятикутника й розлилася по підлозі. Мабуть, у нього спрацював рефлекс: у кімнаті Артура і без того панувала приємна прохолода.</w:t>
      </w:r>
    </w:p>
    <w:p>
      <w:r>
        <w:br/>
        <w:t>— Я хочу, щоб ти виконав одне моє бажання, — сказав Артур.</w:t>
      </w:r>
    </w:p>
    <w:p>
      <w:r>
        <w:br/>
        <w:t>Демон був блакитного кольору й неймовірно худий, замість крил стирчали рудиментарні відростки.</w:t>
      </w:r>
    </w:p>
    <w:p>
      <w:r>
        <w:br/>
        <w:t>Перш ніж відповісти, він двічі поплескав ними себе по кістлявих грудях.</w:t>
      </w:r>
    </w:p>
    <w:p>
      <w:r>
        <w:br/>
        <w:t>— Я не знаю, хто ти такий і як тобі вдалося мене спіймати, — сказав демон, — але це ти дотепно втяв. Безперечно, дотепно.</w:t>
      </w:r>
    </w:p>
    <w:p>
      <w:r>
        <w:br/>
        <w:t>— Ніколи теревенити, — нервово відповів Артур, подумки зважуючи, коли саме Нельзевулові заманеться викликати його знову. — Мені потрібні п'ять тонн золота, відомого також під назвами драст, гакатіні чи сап-дер-уп. — Він щомиті чекав, що опиниться у пляшці.</w:t>
      </w:r>
    </w:p>
    <w:p>
      <w:r>
        <w:br/>
        <w:t>— Розумієш, — сказав холодильний демон, — у тебе, схоже, склалося помилкове враження, щодо мене...</w:t>
      </w:r>
    </w:p>
    <w:p>
      <w:r>
        <w:br/>
        <w:t>— Даю тобі двадцять чотири години...</w:t>
      </w:r>
    </w:p>
    <w:p>
      <w:r>
        <w:br/>
        <w:t>— Я не багатий, — сказав холодильний демон. —Я дрібний підприємець, страховий агент. Але якщо ти даси мені час...</w:t>
      </w:r>
    </w:p>
    <w:p>
      <w:r>
        <w:br/>
        <w:t>— Інакше — пляшка, — докінчив Артур. Він вказав на велику сулію, що стояла в кутку, й одразу зрозумів, що п'ятиметровий холодильний демон в ній аж ніяк не поміститься.</w:t>
      </w:r>
    </w:p>
    <w:p>
      <w:r>
        <w:br/>
        <w:t>— Коли я викличу тебе наступного разу, сулія буде достатньо місткою, — додав Артур. — Я не чекав, що ти виявишся таким великим.</w:t>
      </w:r>
    </w:p>
    <w:p>
      <w:r>
        <w:br/>
        <w:t>— У нас є легенди про таємничі зникнення людей, — подумав демон уголос. — Так от, що тоді відбувається! Пекло... Втім, навряд чи мені хто-небудь повірить.</w:t>
      </w:r>
    </w:p>
    <w:p>
      <w:r>
        <w:br/>
        <w:t>— Принеси драст, — сказав Артур. — Згинь! Холодильного демона не стало.</w:t>
      </w:r>
    </w:p>
    <w:p>
      <w:r>
        <w:br/>
        <w:t>Артур Гамет знав, що може розраховувати не більш як на добу. Можливо, й менше, адже невідомо, коли Нельзевул вирішить, що час минув. І вже зовсім не відомо, що утне багряно-луската тварюка, якщо її розчарувати втретє. Під кінець дня Артур помітив, що міцно стискає трубу парового опалення. Але чим вона може допомогти проти закляття?! Просто приємно триматися за щось тверде й надійне.</w:t>
      </w:r>
    </w:p>
    <w:p>
      <w:r>
        <w:br/>
        <w:t>Він подумав, що соромно чіплятися до холодильного демона й зловживати його можливостями. Адже цілком очевидно, що це — несправжній демон, так само несправжній, як і сам Артур. Що ж, він не ув'язнюватиме його в пляшці. Це все одно не допоможе, якщо бажання Нельзевула не буде виконане.</w:t>
      </w:r>
    </w:p>
    <w:p>
      <w:r>
        <w:br/>
        <w:t>Нарешті Артур знову вимовив слова закляття.</w:t>
      </w:r>
    </w:p>
    <w:p>
      <w:r>
        <w:br/>
        <w:t>— Ти б зробив п'ятикутник ширшим, — сказав холодильний демон, зіщулившись у незручній позі посеред магічної зони. — Мені бракує місця для...</w:t>
      </w:r>
    </w:p>
    <w:p>
      <w:r>
        <w:br/>
        <w:t>— Згинь, — сказав Артур , гарячково стираючи крейду з підлоги. Він накреслив п'ятикутник заново, цього разу охопивши ним майже всю кімнату. Сулію (ту саму, бо п'ятиметрової, ясна річ, не знайшлося) він відніс на кухню, сам заліз на шафу й повторив формулу від самого початку. Кімнату знову оповив густий синій туман.</w:t>
      </w:r>
    </w:p>
    <w:p>
      <w:r>
        <w:br/>
        <w:t>— Тільки не гарячкуй, — сказав холодильний демон з п'ятикутника. — Сап-дер-упу поки що нема. Виникли певні проблеми. Зараз я тобі все поясню. —Він помахав крилами, щоб розвіяти туман. Поруч із ним стояла триметрова сулія. Всередині, зелений від люті, сидів Нельзевул.</w:t>
      </w:r>
    </w:p>
    <w:p>
      <w:r>
        <w:br/>
        <w:t>Він щось кричав, але накривка була щільно загвинчена, і жоден звук не проникав назовні.</w:t>
      </w:r>
    </w:p>
    <w:p>
      <w:r>
        <w:br/>
        <w:t>Я знайшов формулу в бібліотеці, — пояснив демон. — Ледь не очманів, коли вона подіяла. Розумієш, я завжди був тверезим бізнесменом і не визнаю цієї надприродної туфти. Але факт залишається фактом. Хай там як, я зачаклував цього демона. — Він ткнув кістлявою рукою у бік сулії. — Але він нізащо не хоче розщедрюватися. Довелося запхати його у пляшку.</w:t>
      </w:r>
    </w:p>
    <w:p>
      <w:r>
        <w:br/>
        <w:t>Холодильний демон полегшено зітхнув, помітивши посмішку Артура. Вона була рівнозначна скасуванню смертного вироку.</w:t>
      </w:r>
    </w:p>
    <w:p>
      <w:r>
        <w:br/>
        <w:t>— Навіщо мене у пляшку, — вів далі холодильний демон, — у мене дружина і троє дітей. Знаєш, як це буває. У нас зараз криза у страховій справі й таке інше. Я не наберу п'яти тонн драсту, навіть якщо мені дадуть на підмогу цілу армію. Але щойно я переконаю цього демона...</w:t>
      </w:r>
    </w:p>
    <w:p>
      <w:r>
        <w:br/>
        <w:t>— Про драст не турбуйся, — перервав його Артур. —Забери лише цього демона із собою. І дбайливо зберігай. Звісно, у пляшці.</w:t>
      </w:r>
    </w:p>
    <w:p>
      <w:r>
        <w:br/>
        <w:t>— Це можна, — запевнив синьокрилий страховий агент. — А як ми вирішимо із драстом...</w:t>
      </w:r>
    </w:p>
    <w:p>
      <w:r>
        <w:br/>
        <w:t>— Забудь, — поблажливо промовив Артур. Зрештою, ми, страхові агенти, повинні допомагати один одному. — А ти теж займаєшся пожежами й крадіжками?</w:t>
      </w:r>
    </w:p>
    <w:p>
      <w:r>
        <w:br/>
        <w:t>— Ні, я працюю по нещасних випадках, — відповів страховий агент. — Але знаєш, я думаю...</w:t>
      </w:r>
    </w:p>
    <w:p>
      <w:r>
        <w:br/>
        <w:t>У пляшці не тямився від люті й сипав жахливими прокльонами Нельзевул, а два страхові агенти безтурботно обговорювали тонкощі своєї справи.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