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Деревій</w:t>
      </w:r>
    </w:p>
    <w:p>
      <w:r>
        <w:br/>
        <w:t xml:space="preserve"> &lt;p&gt;Як тільки тихі весняні повені зійдуть з лук та лугових видолинків, полишивши на молоденькій траві рудий слизькуватий мул, занесений хтозна-звідки, з яких земель, Данило Коряк, чоловік худий, цибатий, плоскогрудий, але широкий у кості — сорочка на його плечах розіп'ята, мовби кроляча шкурка на граблищі,— лаштується в путь. Вона йому недалека, на розсадник, що тулиться між річищем Псла та крутою правобережною горою,— це кілометрів за шість од села. Споряджатися Данилові приємно, хоча й клопітно, бо треба захопити не лише ту примусію, що торік брав, а ще й те, що взимку надумав, без чого минулого літа обходився так-сяк, а цього вже не обійдеться. Воно в нього все записане довгими зимовими вечорами на аркушику паперу з шкільного зошита — гарненько, в стовпчик, старанно наслиненим хімічним олівцем — і пронумероване:</w:t>
      </w:r>
    </w:p>
    <w:p>
      <w:r>
        <w:br/>
        <w:t>"1. Сітки рибальської не п'ять метрів узяти, а два з лишком, бо рів повужчав то вистачить.</w:t>
      </w:r>
    </w:p>
    <w:p>
      <w:r>
        <w:br/>
        <w:t>2. Лопатку саперську в Кошкалди випросить. Вона хоч і стара, та зручна, бо складається.</w:t>
      </w:r>
    </w:p>
    <w:p>
      <w:r>
        <w:br/>
        <w:t>3. Сікач у лавці купить або сокирчину, тільки обух щоб не варений був, а клепаний.</w:t>
      </w:r>
    </w:p>
    <w:p>
      <w:r>
        <w:br/>
        <w:t>4. Ніж Антипові замовить з ресори, бо лавошні або м'які, або сухі, ламаються. Торік два поламав.</w:t>
      </w:r>
    </w:p>
    <w:p>
      <w:r>
        <w:br/>
        <w:t>5. Торбу тютюну Іванового не забути, бо свій сю зиму вимерз, слабкий, не продирає.</w:t>
      </w:r>
    </w:p>
    <w:p>
      <w:r>
        <w:br/>
        <w:t>Ну оце й усе начебто. А як надумаю ще щось, то запишу.</w:t>
      </w:r>
    </w:p>
    <w:p>
      <w:r>
        <w:br/>
        <w:t>6. Еге ж, а про деревій забув. Треба взяти снопик, доки молодий наросте, бо жолудь хоча й пахне, але не так".</w:t>
      </w:r>
    </w:p>
    <w:p>
      <w:r>
        <w:br/>
        <w:t>До деревію у Данила пристрасть мало кому зрозуміла, і те, що він понад усе любить деревіїв дух, пояснюють одним: змалечку Коряк чинбарував з батьком, то й звик, щоб у хаті міцним, колючим, як нашатир, дубовим настоєм пахло. Сам же Данило каже: "Мені воно що мочений дуб, що деревій — як ладан, тільки краще, бо аж здоровля прибуває... "</w:t>
      </w:r>
    </w:p>
    <w:p>
      <w:r>
        <w:br/>
        <w:t>На розсаднику Данило сторожує. Не так удень, як уночі, коли вепри виходять з барлогів попастися: жолуді риють на розсаднику ось уже кілька років, а лісникам клопіт. От і найняли Данила в сторожі. Він хоча й погано бачить, зате чує, мов сова: вуж повзтиме десь неподалік — почує і скаже: "Отамо вуж не спить". А на очі слабує. І дивується: "Хіба то не морока? На два сажні все мені наче в тумані, а зорі бачу, хоч які дрібні!"</w:t>
      </w:r>
    </w:p>
    <w:p>
      <w:r>
        <w:br/>
        <w:t>Далекозорий він.</w:t>
      </w:r>
    </w:p>
    <w:p>
      <w:r>
        <w:br/>
        <w:t>Натоптавши лантух усяким необхідним збіжжям, Данило виносить його у двір, закурює на дорогу, потім вертається в хату й каже до жінки:</w:t>
      </w:r>
    </w:p>
    <w:p>
      <w:r>
        <w:br/>
        <w:t>— Ну, то я пішов, значить...</w:t>
      </w:r>
    </w:p>
    <w:p>
      <w:r>
        <w:br/>
        <w:t>— Ти ж уночі там, гляди, без ружжа не виходь,— наказує вона, запинаючи хустку, бо має провести його до порома і переправити, щоб зосліпу у воду не впав. І більш нічого не каже, знаючи, що дорогою, як буде в тому потреба, встигнуть про все перегомоніти.</w:t>
      </w:r>
    </w:p>
    <w:p>
      <w:r>
        <w:br/>
        <w:t>І вирушають. Данило з лантухом та берданкою за плечима, вона з біленьким вузликом, у котрому на тиждень харчів зав'язано. Данило в куфайці та гумових чоботях, і Полька (хоча вже давно не Полька, а Палажка) теж у куфайці та гумових чоботях. Тільки й різниці, що в неї халяви якраз об нозі, тугенько литки обтискають, а в нього хляпають, бо тонконогий — як швидко йде чи біжить, то крила старого суконного галіфе обмотуються навколо ніг вище колін, аж присвистують...</w:t>
      </w:r>
    </w:p>
    <w:p>
      <w:r>
        <w:br/>
        <w:t>Данило цибає широко й дивиться кудись поперед себе, а Полька — під ноги. Трапиться де калюжа або рівець, обводить його за руку, як поводир, примовляючи:</w:t>
      </w:r>
    </w:p>
    <w:p>
      <w:r>
        <w:br/>
        <w:t>— Сюди, сюди... О!</w:t>
      </w:r>
    </w:p>
    <w:p>
      <w:r>
        <w:br/>
        <w:t>А він іноді йде-йде та й зупиниться, ткне пальцем у далечінь:</w:t>
      </w:r>
    </w:p>
    <w:p>
      <w:r>
        <w:br/>
        <w:t>— Диви, он дзьоб лелечий над туманцем червоніє.</w:t>
      </w:r>
    </w:p>
    <w:p>
      <w:r>
        <w:br/>
        <w:t>— Еге ж, так я й побачу...— каже Полька, бо знає, що справді не побачить: раз Данило вгледів щось, то це вже страх далеко.</w:t>
      </w:r>
    </w:p>
    <w:p>
      <w:r>
        <w:br/>
        <w:t>Потім луки кінчаються, і вони прошкують лісовою стежиною, Ліс низовий, набряклий душною вологою та п'янким духом розбухлої брості. Й обоє вони, вдихаючи його, думають про одне й те ж: "Оце б тільки жити та жити, а бач — старість..." — і зітхають, міцніше тримаються за руки, обходячи калюжі, як молоді круг аналоя.</w:t>
      </w:r>
    </w:p>
    <w:p>
      <w:r>
        <w:br/>
        <w:t>На сонячних галявинах трави такі, що вже й на випас годилися б, але ж який з них наїдок? Вода водою. У затінках попід гінкою ліщиною (рибалки тут щоосені вудлища собі ріжуть) прозоро-зелені шпичаки конвалій, кропива з-під торішнього листя пнеться, молоденька, ще не жалка, якраз на борщ, сям і там стримлять замшілі пні, що пахнуть, як їх вивернути, старими грибами й трошечки йодом.</w:t>
      </w:r>
    </w:p>
    <w:p>
      <w:r>
        <w:br/>
        <w:t>Ідуть, а довкола жовті квіти аж киплять. То жаб'яче мило. Ранньої весни, коли ще не цвітуть конвалії, півники й тендітні сокирки, школярики носять до школи ті жовті, соковиті, аж рипучі квіти, бо й вони веселі, дарма що не пахнуть, лише водою віддають, сирою землею та молодим жабуринням.</w:t>
      </w:r>
    </w:p>
    <w:p>
      <w:r>
        <w:br/>
        <w:t>От і зараз школярі сунуть ватагою назустріч Данилові та Польці, щойно з порома, видно. Ґелґотять, шльопають по калюжах, розбризкуючи з них сонце, а в руках у кожного жовті пучечки — жаб'яче мило...</w:t>
      </w:r>
    </w:p>
    <w:p>
      <w:r>
        <w:br/>
        <w:t>— Добрий день, дядьку й тітко! — поступаються стежкою.</w:t>
      </w:r>
    </w:p>
    <w:p>
      <w:r>
        <w:br/>
        <w:t>— А, здрастуйте, здрастуйте! До школи?</w:t>
      </w:r>
    </w:p>
    <w:p>
      <w:r>
        <w:br/>
        <w:t>— Угу...</w:t>
      </w:r>
    </w:p>
    <w:p>
      <w:r>
        <w:br/>
        <w:t>— Ич, парубота...— всміхається до найменших хлопчаків Данило. Вони йому теж усміхаються.</w:t>
      </w:r>
    </w:p>
    <w:p>
      <w:r>
        <w:br/>
        <w:t>— Он як! Ну, тоді... мужики!</w:t>
      </w:r>
    </w:p>
    <w:p>
      <w:r>
        <w:br/>
        <w:t>— Ха-ха, хи-хи... Таке скажуть!</w:t>
      </w:r>
    </w:p>
    <w:p>
      <w:r>
        <w:br/>
        <w:t>— Поромом з того боку?</w:t>
      </w:r>
    </w:p>
    <w:p>
      <w:r>
        <w:br/>
        <w:t>— Атож.</w:t>
      </w:r>
    </w:p>
    <w:p>
      <w:r>
        <w:br/>
        <w:t>— Ич, зайці...</w:t>
      </w:r>
    </w:p>
    <w:p>
      <w:r>
        <w:br/>
        <w:t>І розходяться. Школярики біжка луками, Данило та Полька — неквапом, намацуючи чобітьми твердину. Аж назустріч їм ще двоє школярів, років по шістнадцять, а може, й під сімнадцять. За руки взялися, одне на одного не дивляться, і квітів ні в неї, ні в нього — ці вже бояться жовтого. Забачивши старших, пустилися, пішли порізно, нахиливши низенько голови, очі ховають...</w:t>
      </w:r>
    </w:p>
    <w:p>
      <w:r>
        <w:br/>
        <w:t>— Добридень,— тихенько мовили, а поминувши старих, озирнулись і знову за руки взялися... Полька всміхається собі тихо, під ноги, молодіє видом. Потім:</w:t>
      </w:r>
    </w:p>
    <w:p>
      <w:r>
        <w:br/>
        <w:t>— Колись, може, згадуєш, як ми отакої нори гуртом у ладки на луках грали? Ти тоді вже на вулицю вчащав, а мене увечері ще й за двір тато не пускали...</w:t>
      </w:r>
    </w:p>
    <w:p>
      <w:r>
        <w:br/>
        <w:t>— Це отам, на Кулининій пущі?</w:t>
      </w:r>
    </w:p>
    <w:p>
      <w:r>
        <w:br/>
        <w:t>— Авжеж. То я тебе тоді догнала, оддала ладку...</w:t>
      </w:r>
    </w:p>
    <w:p>
      <w:r>
        <w:br/>
        <w:t>— Того ж і оддала, що я не хотів тікати...</w:t>
      </w:r>
    </w:p>
    <w:p>
      <w:r>
        <w:br/>
        <w:t>— Та може... А додому прийшла, цілий вечір ту долоню, котрою тебе торкнулася, до серця тулила. Господи, дурні ми тоді були...</w:t>
      </w:r>
    </w:p>
    <w:p>
      <w:r>
        <w:br/>
        <w:t>— Не дурні, а молоді,— якомога поважніше вимовляє ці слова Данило і бровами щось таке робить: то вгору їх підкине, то на очі напустить, а вони йому тремтять — усміхається. Тоді зітхає.— Було, було, та вже не буде...</w:t>
      </w:r>
    </w:p>
    <w:p>
      <w:r>
        <w:br/>
        <w:t>І обом їм робиться трохи сумно, бо знають, що таки не буде.</w:t>
      </w:r>
    </w:p>
    <w:p>
      <w:r>
        <w:br/>
        <w:t>Попереду чути стукіт сокири, аж виляски над водою. То поромщик підлагоджує пором після зими, бо має час, доки підоспіє хтось, щоб перехопитися на інший берег.</w:t>
      </w:r>
    </w:p>
    <w:p>
      <w:r>
        <w:br/>
        <w:t>Забачивши Данила й Польку, він шапкує до них уклінно, бо довго не бачилися — цілу зиму.</w:t>
      </w:r>
    </w:p>
    <w:p>
      <w:r>
        <w:br/>
        <w:t>— Живі-здорові?</w:t>
      </w:r>
    </w:p>
    <w:p>
      <w:r>
        <w:br/>
        <w:t>— Та слава Богу!</w:t>
      </w:r>
    </w:p>
    <w:p>
      <w:r>
        <w:br/>
        <w:t>— Що там у вас, у Вищій?</w:t>
      </w:r>
    </w:p>
    <w:p>
      <w:r>
        <w:br/>
        <w:t>— Весна...</w:t>
      </w:r>
    </w:p>
    <w:p>
      <w:r>
        <w:br/>
        <w:t>— А новенького?</w:t>
      </w:r>
    </w:p>
    <w:p>
      <w:r>
        <w:br/>
        <w:t>Та й розгомоняться на часину, хоч те новеньке відоме всім трьом. А вже коли сонечко вимахне з-за дерев і настил на поромі закурить сріблястим відпаром, просихаючи, вирушають на той бік. За дротянку, що перекинута з берега на берег і провисла серединою аж у воду, беруться двоє, поромщик і Полька, а Данило сідає на мішок і дивиться по річці в далечінь. До дротянки його не підпускають, щоб не оступився, бува, та у воду не впав або руку в шківець не встромив, бо такий щирий у роботі, що аж похапливий.</w:t>
      </w:r>
    </w:p>
    <w:p>
      <w:r>
        <w:br/>
        <w:t>І пливуть: скрип, скрип, тьох, тьох,— виспівує дротянка, а вода поза поромом обтікає та шелестить: прудка весною течія, води багато.</w:t>
      </w:r>
    </w:p>
    <w:p>
      <w:r>
        <w:br/>
        <w:t>Приставши до берега, Данило й Полька виходять на галявину, стоять якийсь час мовчки, поглядають у той бік, куди Данилові йти, потім Полька йому:</w:t>
      </w:r>
    </w:p>
    <w:p>
      <w:r>
        <w:br/>
        <w:t>— Ну ти ж глядися там... А він:</w:t>
      </w:r>
    </w:p>
    <w:p>
      <w:r>
        <w:br/>
        <w:t>— Дивися ж там за хазяйством...— це так, за звичкою бо хазяйства, вважай, немає, кури та квочка підсипана, та троє гусей осталося з зими на розплід.</w:t>
      </w:r>
    </w:p>
    <w:p>
      <w:r>
        <w:br/>
        <w:t>Далі Данило йде сам, а Полька з поромом поволі одпливає на той бік не оглядаючись. Він теж ні разу не озирнеться, тільки наслухає, як дротянка над водою витьохкує, підкидає зручніше лантушок на плечі й дибає петлястою стежкою, вже не обминаючи калюж.</w:t>
      </w:r>
    </w:p>
    <w:p>
      <w:r>
        <w:br/>
        <w:t>На розсаднику ані душі, навіть слідів людських немає — неторкана земля. Тільки рівненькі, посаджені під шпур кленочки, тополі, дубки, ясени до сонця пнуться та напружуються в бруньках — ось-ось вони луснуть. Край плантації під старою побитою громом вербою тулиться хата, вірніше не хата, а курінь о чотирьох стінах. Це і сторожка, і насінниця, і затишок для добрих людей у негоду. Торік біленька, вимазана Полькою хата зчорніла за зиму, скло у вікнах взялося жовто-червоними розводами та кружечками, райдугою проти сонця виграє.</w:t>
      </w:r>
    </w:p>
    <w:p>
      <w:r>
        <w:br/>
        <w:t>Данило відсунув двері, вдихнув сирої погрібної пітьми, напоєної духом підопрілого сіна з примістки й торішнього акацієвого насіння, що лишилося невисіяним, і сів на поріжку, відчуваючи, що вже ніколи в світі, до смерті, до сліпоти, не піде звідси, з розсадника, що тільки й жив узимку мрією про цю мить... І хоч на нього чекало багато роботи: треба було винести з хати сіно й жолобки з-під насіння, щоб просихали на сонці, протерти вікна, розікласти свою примусію, щоб всяка річ своє місце знала, поставити сітку на ярку, розтикати попід стелею деревій, щоб зміцнити вологий весняний дух у своїй загородці, де примістка,— а він сидів на поріжку нерухомо, всміхаючись перед собою, й дрібно-дрібно ворушив пальцями рук, покладених на гострі коліна, у котрих ще гула втома від довгої, незвичної після зими ходи.</w:t>
      </w:r>
    </w:p>
    <w:p>
      <w:r>
        <w:br/>
        <w:t>Нарешті підвівся, вломив дрівець на всохлому кущі черемхи й розіклав багаттячко. Тоненький струмок диму поволі піднявся над сторожкою, понад віттям дерев та й послався над ними прозорою хмаркою. А перегодом на горі, що голо височіла за лісом, пролунало, як над порожнечею:</w:t>
      </w:r>
    </w:p>
    <w:p>
      <w:r>
        <w:br/>
        <w:t>— А-га-га-га...</w:t>
      </w:r>
    </w:p>
    <w:p>
      <w:r>
        <w:br/>
        <w:t>"О, вже сошеняни пасіку привезли,— подумав Данило.— Знов на те місце, що й торік. Ну, воно й правильно, бо в цьому краї, як узяти по Пслу, найбільше дикої яблуні то груші, а ще ж і терну, і черемхи скільки... "</w:t>
      </w:r>
    </w:p>
    <w:p>
      <w:r>
        <w:br/>
        <w:t>— То ти, Даниле?.. — лунко запитали з гори.</w:t>
      </w:r>
    </w:p>
    <w:p>
      <w:r>
        <w:br/>
        <w:t>— "А вже ж не хто",— відповів у думці Коряк, міркуючи, що горланити йому, старому чоловікові, не личить, а як там комусь треба буде переконатися, він це чи не він, то прийдуть.</w:t>
      </w:r>
    </w:p>
    <w:p>
      <w:r>
        <w:br/>
        <w:t>Ходив до нього завжди старший сошенянський пасічник дід Прокіпко — не про щось там дрібне погомоніти, а про життя.</w:t>
      </w:r>
    </w:p>
    <w:p>
      <w:r>
        <w:br/>
        <w:t>Він і розмову так починав: "Давай, лишень, Даниле, про життя поміркуємо... Які дива за зиму чував або видав?"</w:t>
      </w:r>
    </w:p>
    <w:p>
      <w:r>
        <w:br/>
        <w:t>Коряк любив такий зачин, однак першим балачки не заводив, зважаючи на те, що Прокіпко старший за нього на цілих п'ятнадцять років, а отже й мудріший на цілий ківш.</w:t>
      </w:r>
    </w:p>
    <w:p>
      <w:r>
        <w:br/>
        <w:t>"Н-да... — починав пасічник, закручуючи цигарку з Данилового кріпачку.— Життя наше, як теє колесо: котиться, котиться, з гори на гору, з гори на гору, тоді цоп — упало... "</w:t>
      </w:r>
    </w:p>
    <w:p>
      <w:r>
        <w:br/>
        <w:t>І починалася балачка.</w:t>
      </w:r>
    </w:p>
    <w:p>
      <w:r>
        <w:br/>
        <w:t>"Ну, як сю зиму сторожувалося?" — цікавиться Прокіпко, вмощуючись під вербою так, щоб стовбур у спину не муляв. "Ет, не питайте",— одказував Данило й заходжувався розважливо, з довгими значущими паузами, оповідати, яка на нього оце недавно, вже напровесні, незгода трапилася.</w:t>
      </w:r>
    </w:p>
    <w:p>
      <w:r>
        <w:br/>
        <w:t>"Сиджу якось уночі під коморою, курю, наслухаю, що де робиться. В конторі саме якась нарада закрилася, люди розходяться. Бачу, і до мене хтось чимчикує. Підійшло, чую, постояло, похекало. Думав обізватися, спитати, хто, а тоді така гадка: як треба чогось од мене, само скаже, не треба — піде... "</w:t>
      </w:r>
    </w:p>
    <w:p>
      <w:r>
        <w:br/>
        <w:t>При словах "постояло, похекало" Прокіпко нашорошувався, зводив на співбесідника очі, що з ним траплялося дуже рідко, очікуючи на щось незвичайне, якесь диво, а Данило, помовчавши, вів далі:</w:t>
      </w:r>
    </w:p>
    <w:p>
      <w:r>
        <w:br/>
        <w:t>"Одсторожував я, пішов додому, сів снідати... Коли це рип — посильний. Так і так, товариш голова викликають. Приходжу. Тільки на поріг, а він: "То ви, Даниле Кіндратовичу, може, скажете голові в очі, откровенно, що не уважаєте його, що він для вас не авторитет?"</w:t>
      </w:r>
    </w:p>
    <w:p>
      <w:r>
        <w:br/>
        <w:t>"Чого, з якої речі?" — питаю.</w:t>
      </w:r>
    </w:p>
    <w:p>
      <w:r>
        <w:br/>
        <w:t>"Ну як,— одказує,— підійшов учора до вас, а ви курите, очима дивитесь і — ні "здрастуйте", ні "До побачення". Я все ж таки голова... "</w:t>
      </w:r>
    </w:p>
    <w:p>
      <w:r>
        <w:br/>
        <w:t>"Кажу йому: чув, що підходив хтось, а здоровкатися не здоровкався, бо не впізнав — бачу погано".</w:t>
      </w:r>
    </w:p>
    <w:p>
      <w:r>
        <w:br/>
        <w:t>"Ну да,— сміється,— зірки на небі, самі ж хвалилися, бачите, а голови й за крок не признали?"</w:t>
      </w:r>
    </w:p>
    <w:p>
      <w:r>
        <w:br/>
        <w:t>"Та, кажу, може б, і признав, якби ж трохи далі стояли. Обидився... "</w:t>
      </w:r>
    </w:p>
    <w:p>
      <w:r>
        <w:br/>
        <w:t>Прокіпко на те ані пари з уст, попихкає димом, похитав головою та й подається на гору до пасіки. А вже другого дня, знову завітавши на розмову, скаже:</w:t>
      </w:r>
    </w:p>
    <w:p>
      <w:r>
        <w:br/>
        <w:t>"Так, гомониш, обидився... Угу... Ну, хай пообижається. А ти мені краще поясни, бо ти молодший, грамотніший, чого воно так, що в нас дванадцять місяців на рік, а у калмиків тринадцять?"</w:t>
      </w:r>
    </w:p>
    <w:p>
      <w:r>
        <w:br/>
        <w:t>І то вже йому аж до вечора вистачить — міркувати та дивуватися, чого ж воно так сталося...</w:t>
      </w:r>
    </w:p>
    <w:p>
      <w:r>
        <w:br/>
        <w:t>Взагалі Данило за багато років приятелювання з пасічником помітив, що той не любить бувальщин ("Я таке й без тебе знаю, надивився"), а все навертає розмову на щось незвичайне, дивовижне, хоча воно й вигадане, якщо не кимось, то самим Прокіпком...</w:t>
      </w:r>
    </w:p>
    <w:p>
      <w:r>
        <w:br/>
        <w:t>Погрівши над багаттям руки, що затерпли од лантуха, та коліна — вони в нього завжди мерзнуть,— Данило виймав сітку і йде на рів ставити: до вечора, поки прийде Прокіпко, треба юшки зварити.</w:t>
      </w:r>
    </w:p>
    <w:p>
      <w:r>
        <w:br/>
        <w:t>У рові води мало, на вершок-два, але риба є, здебільшого в'язь, що виходить у повінь пастися на луки, а як вода спадає, повертається в річку. То Данило, вважай, не ловить його і ніколи не скаже, що ходив рибу ловити, а скаже: "Перейняв двойко на вечерю".</w:t>
      </w:r>
    </w:p>
    <w:p>
      <w:r>
        <w:br/>
        <w:t>Коли сітка виставлена — зяє угорі діромаччям, тільки внизу ціла, залаштована сировою ниткою, Коряк повертається до сторожки, вимітає звідти прілі гриби, що проросли по кутках і під примісткою ще восени, сушить, переколошкує сіно, розкладає на поличках своє начиння, але найприємніша йому робота — розперезати снопик деревію і ощадливо, по одній стеблині уквітчати ним стіни, низеньку стелю, холодні темпі кутки, а тоді сісти на коритце, перекинуте догори дном, і дихати, дихати так розкішно, глибоко, що аж у грудях щем... Тільки після цього він може сказати лісникові, Польці чи Прокіпкові, що вже обжився і до самої осені навіть гадки не має в село повертатися, хіба на неділю або як гості з Харкова прибудуть — дочка, зять і онука.</w:t>
      </w:r>
    </w:p>
    <w:p>
      <w:r>
        <w:br/>
        <w:t>О, ті часи для Данила любі та жадані. Порається, бувало, на розсаднику, там бур'янину висмикне, там саджанець до тички підв'яже, щоб рівненько ріс, аж гульк — хлоп'я стежкою лопотить і ще здалеку: "Дядьку, дядьку! Казали тітка Полька, щоб ви додому йшли, ваші, хе, хе, хух...— не здишеться,— гості з Харкова приїхали".</w:t>
      </w:r>
    </w:p>
    <w:p>
      <w:r>
        <w:br/>
        <w:t>Тоді Данила вже не втримають біля сторожки ні дощ, ні град, ані каміння з неба. Біжить з малим посланцем, хекає по-дитячому та гостинці йому на бігу тиче: молодих горішків ліщинових, меду стільникового, загорнутого в широкий кленовий лист, чи ляща, спійманого вдосвіта — що під руку підвернулося, а галіфе обмотується йому крилами об йоги вище колін: хльось, хльось, хльось... "Хоч би ж пором по сей бік був!"</w:t>
      </w:r>
    </w:p>
    <w:p>
      <w:r>
        <w:br/>
        <w:t>І не так йому дочка мила — хоч, звісно, хто ж рідної дитини не любить? — як зять Ігор та онука. Дочка, та більше до матері тулиться, про ганчір'я шушукаються, а то, дивись, і на карти кинуть, як нікого з чоловіків поблизу немає, а зять — о, то хлопець! Простий, добрий, неп'ющий і освічений — інженер.</w:t>
      </w:r>
    </w:p>
    <w:p>
      <w:r>
        <w:br/>
        <w:t>Приїхав позаторік уперше — хтозна, що за людина, не бачились, не говорили, тільки привіти в доччиних листах приписував. Словом — і своє начебто, і чуже. Увійшов у хату, підождав, доки жінка з батьком та матір'ю наобнімаються, сердитеньким, щоправда, трохи здався, брови зведені, губи лише ледь-ледь у посмішці тремтять. Потім дитину жінці передав: "Здрастуйте, тату! Здрастуйте, мамо! — обняв, поцілував тричі.— Так оце той зять... " — сказав і так усміхнувся, що... як же ти його не полюбиш!..</w:t>
      </w:r>
    </w:p>
    <w:p>
      <w:r>
        <w:br/>
        <w:t>Вже й сонце сіло за гору. Від неї на ліс, на черемховий цвіт, що деінде вже проклюнувся білими вічками, лягла широченна, мабуть, вона сягала жа до Псла, тінь. Дим од багаття погустішав у ній, духом став крутіший, бо вологість налягла.</w:t>
      </w:r>
    </w:p>
    <w:p>
      <w:r>
        <w:br/>
        <w:t>Данило став навколішки, хотів заглянути в казанок, та тільки диму набрав у очі, заплющився і так навзаплюшки мішав щербатою дерев'яною ложкою запашну юшку з двох в'язів — решту випустив,— розмірковуючи про те, що вже б час і Прокіпкові прийти, а його немає.</w:t>
      </w:r>
    </w:p>
    <w:p>
      <w:r>
        <w:br/>
        <w:t>І саме в цей момент на стежці, що вела з гори до сторожки, почувся хрускіт сухенького хмизу, а незабаром з диму, покашлюючи, вийшов і сам Прокіпко — з ключкою в руці, в довгій куфайчині, в тій же шапці шкіряній, потрісканій, що й торік. Але постарів, подався пасічник: згорбився дужче, верхня губа з рідкими прозеленуватими вусами дужче запала...</w:t>
      </w:r>
    </w:p>
    <w:p>
      <w:r>
        <w:br/>
        <w:t>Зняв шапку, пригладив ті вуса.</w:t>
      </w:r>
    </w:p>
    <w:p>
      <w:r>
        <w:br/>
        <w:t>— Добривечір, Даниле! — Руки не подав, бо не мав такої звички.— А що воно видать, що чувать у білому світі? Висидів цілісіньку зиму на печі, подурнішав дід, то кортить якогось дива начуватися, щоб мізки розворушить...</w:t>
      </w:r>
    </w:p>
    <w:p>
      <w:r>
        <w:br/>
        <w:t>— Та які ж дива,— спроквола, розважливо мовив Коряк,— Перезимували, от і слава Богу. Тепер літувати доведеться.</w:t>
      </w:r>
    </w:p>
    <w:p>
      <w:r>
        <w:br/>
        <w:t>— Так-то так... Прокіпко зняв шапку, поклав під вербою і став умощуватися так, щоб у спину не муляло.— А знаку на небі ніякого не довелося бачити, як сторожував? Кажуть — я не чув, а люди подейкують,— що літають зараз у небі якісь чудовиська і світяться, і крізь них видно, як там усередині їдять, п'ють, гопки вибивають... Не чув? Гм... А я вірю, бо чудес на світі багато було та ще й буде...</w:t>
      </w:r>
    </w:p>
    <w:p>
      <w:r>
        <w:br/>
        <w:t>Потім вони їли юшку, підставляючи під ложки висохлі старечі долоні, курили міцний Данилів тютюн, позичений у сусіди Івана, і мовчали. А сонячне проміння згасало над горою, де пасіка, небо роздвоїлося на синє, од стену,— нічне й червоне, од гори,— вечорове; з річки, де пором, долинав гомін та регіт (учні саме поверталися з школи, щоб по сей бік лісом розбрестися стежками по нагірних хуторах). Насувалася ніч.</w:t>
      </w:r>
    </w:p>
    <w:p>
      <w:r>
        <w:br/>
        <w:t>Коли внизу між стовбурами дерев за річкою зринуло червоне коло місяця, Данило увійшов до сторожки, намацав примістку й ліг: доки вепри вийдуть на пасовисько, можна трохи перепочити. І думалося йому про те, що зараз робить Полька, про дива, що літають чи не літають у небі,— Бог з ними,— про дітей та онуку десь там, у далекому невідомому Харкові, коли б то хоч вони пожили по-людськи, в мирі, тиші та супокої.</w:t>
      </w:r>
    </w:p>
    <w:p>
      <w:r>
        <w:br/>
        <w:t>А в сторожці пахло сонцем, що цілий день угрівало долівку та стіни, сухими теплими ящиками з-під насіння та деревієм. І грудям дихалося легко, просторо, тільки щеміло там щось на самісінькому дні...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Деревій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