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Дядько Мілон</w:t>
      </w:r>
    </w:p>
    <w:p>
      <w:r>
        <w:br/>
        <w:t xml:space="preserve"> &lt;p&gt;Вже цілий місяць ллє сонце на поля своє пекуче полум’я. Скільки можна сягнути оком, скрізь зеленіє земля, небо від краю до краю обрію синє, й життя радісно цвіте під зливою тепла. Розкидані на рівнині нормандські ферми, оточені поясками могутніх буків, здалеку скидаються на маленькі гайки. А зблизька, якби відчинити побиті шашелем ворота, то здавалося б, що то якийсь велетенський сад, бо всі крислаті, кощаві, мов старі селянки, яблуні вкриті цвітом. Чорні, скривлені, зігнуті стовбури, вишикувавшись у двері, виставляють у небо свої блискучі біло-рожеві крони. Солодкий запах яблуневого цвіту мішається з масним запахом одчинених хлівів і парою прілої купи гною, де порпаються кури.</w:t>
      </w:r>
    </w:p>
    <w:p>
      <w:r>
        <w:br/>
        <w:t>Полудень. У холодку під грушею, що стоїть перед самими дверима, обідає родина: батько, мати, четверо дітей, дві служниці й троє наймитів. Усі мовчать. їдять юшку, потім беруться до великої миски картоплі, смаженої на салі.</w:t>
      </w:r>
    </w:p>
    <w:p>
      <w:r>
        <w:br/>
        <w:t>Інколи якась служниця підводиться і йде з глеком у льох по сидр.</w:t>
      </w:r>
    </w:p>
    <w:p>
      <w:r>
        <w:br/>
        <w:t>Господар, високий чолов’яга сорока років, довго дивиться на виноградну лозу, що, звиваючись, як змія, обснувала всю стінку попід віконницями. Нарешті каже:</w:t>
      </w:r>
    </w:p>
    <w:p>
      <w:r>
        <w:br/>
        <w:t>— На батьковій лозі багато бростин цього року. Може, щось і вродить.</w:t>
      </w:r>
    </w:p>
    <w:p>
      <w:r>
        <w:br/>
        <w:t>Жінка теж поглядає туди, не кажучи й слова.</w:t>
      </w:r>
    </w:p>
    <w:p>
      <w:r>
        <w:br/>
        <w:t>Цю лозу посаджено на тому самому місці, де було розстріляно батька.</w:t>
      </w:r>
    </w:p>
    <w:p>
      <w:r>
        <w:br/>
        <w:t>Сталося це за війни 1870 року. Пруссаки захопили всю округу. Проти них стояв генерал Федерб з Північною армією.</w:t>
      </w:r>
    </w:p>
    <w:p>
      <w:r>
        <w:br/>
        <w:t>Прусський штаб зупинився саме на цій фермі. Старий селянин, дядько П’єр Мілон, якому вона належала, прийняв і розмістив пруссаків якнайкраще. Цілий місяць німецький авангард залишався в селі для розвідки. Французи стояли спокійно, за десять миль звідти, а проте майже щоночі зникало кілька уланіз.</w:t>
      </w:r>
    </w:p>
    <w:p>
      <w:r>
        <w:br/>
        <w:t>Коли розвідників посилали в об’їзд по двоє-троє, ніхто з них більш не повертався.</w:t>
      </w:r>
    </w:p>
    <w:p>
      <w:r>
        <w:br/>
        <w:t>Вранці їх знаходили мертвих десь у полі, біля двору або в канаві. Навіть їхні коні здихали на дорозі, зарубані шаблею.</w:t>
      </w:r>
    </w:p>
    <w:p>
      <w:r>
        <w:br/>
        <w:t>Очевидно, всі ці вбивства вчиняли ті самі люди, але нікому не щастило їх викрити.</w:t>
      </w:r>
    </w:p>
    <w:p>
      <w:r>
        <w:br/>
        <w:t>Округа була тероризована. Селян розстрілювали за самим лише наговором, хапали жінок, страхали дітей, щоб дізнатись у них. І все намарно.</w:t>
      </w:r>
    </w:p>
    <w:p>
      <w:r>
        <w:br/>
        <w:t>Та ось одного ранку дядька Мілона знайшли у стайні на соломі. Обличчя його було розтяте шабельним ударом.</w:t>
      </w:r>
    </w:p>
    <w:p>
      <w:r>
        <w:br/>
        <w:t>А за три кілометри від ферми підібрали двох уланів з розпоротими животами. Один з низ ще стискав у руці скривавлену шаблю. Очевидно, він бився, захищався.</w:t>
      </w:r>
    </w:p>
    <w:p>
      <w:r>
        <w:br/>
        <w:t>Зараз же на дворі перед фермою скликали військово-польовий суд, привели старого.</w:t>
      </w:r>
    </w:p>
    <w:p>
      <w:r>
        <w:br/>
        <w:t>Йому було шістдесят вісім років. Він був малий, худорлявий, трохи кривий, з довгими, схожими на краб’ячі клешні, руками. Крізь безбарвне, рідке й легке, немов качиний пух, волосся просвічувався лисий череп. На засмаглій, зморщеній шиї набрякли товсті жили, що зникали під щелепами й знову проступали на скронях. В окрузі його мали за скупого й непоступливого чоловіка.</w:t>
      </w:r>
    </w:p>
    <w:p>
      <w:r>
        <w:br/>
        <w:t>П’ятеро офіцерів і полковник посідали на подвір’ї за столом, винесеним з кухні. Старого під охороною чотирьох солдатів поставили перед ними.</w:t>
      </w:r>
    </w:p>
    <w:p>
      <w:r>
        <w:br/>
        <w:t>Полковник сказав французькою мовою:</w:t>
      </w:r>
    </w:p>
    <w:p>
      <w:r>
        <w:br/>
        <w:t>— Дядьку Мілоне, за той час, що ми тут, ми могли тільки хвалити вас. Ви завжди були до нас послужливі й уважні. Але сьогодні над вами тяжить страшне обвинувачення, й треба все пояснити. Звідки у вас рани на обличчі?</w:t>
      </w:r>
    </w:p>
    <w:p>
      <w:r>
        <w:br/>
        <w:t>Селянин нічого не відповів.</w:t>
      </w:r>
    </w:p>
    <w:p>
      <w:r>
        <w:br/>
        <w:t>Полковник сказав знову:</w:t>
      </w:r>
    </w:p>
    <w:p>
      <w:r>
        <w:br/>
        <w:t>— Ваше мовчання викриває вас, дядьку Мілоне. Але я хочу, щоб ви мені відповіли, чуєте? Чи знаєте ви, хто вбив отих двох уланів, знайдених сьогодні вранці біля розп’яття на дорозі?</w:t>
      </w:r>
    </w:p>
    <w:p>
      <w:r>
        <w:br/>
        <w:t>Селянин промовив чітко й виразно:</w:t>
      </w:r>
    </w:p>
    <w:p>
      <w:r>
        <w:br/>
        <w:t>— Я.</w:t>
      </w:r>
    </w:p>
    <w:p>
      <w:r>
        <w:br/>
        <w:t>Здивований полковник замовк, пильно вдивляючись у полоненого. Дядько Мілон тупо дивився в землю, ніби стояв на сповіді перед священиком, лише одне зраджувало його внутрішнє хвилювання: він раз у раз і з видимим зусиллям ковтав слину, немовби йому звело горло.</w:t>
      </w:r>
    </w:p>
    <w:p>
      <w:r>
        <w:br/>
        <w:t>Його родина — старший син Жан, невістка й двоє малих дітей, — злякані й стривожені, стояли ззаду, кроків за десять.</w:t>
      </w:r>
    </w:p>
    <w:p>
      <w:r>
        <w:br/>
        <w:t>Полковник сказав:</w:t>
      </w:r>
    </w:p>
    <w:p>
      <w:r>
        <w:br/>
        <w:t>— А чи відомо вам, хто повбивав розвідників нашої армії, яких останнім часом щодня знаходили мертвих у полі?</w:t>
      </w:r>
    </w:p>
    <w:p>
      <w:r>
        <w:br/>
        <w:t>Старий одповів усе так само тупо й спокійно:</w:t>
      </w:r>
    </w:p>
    <w:p>
      <w:r>
        <w:br/>
        <w:t>— Я.</w:t>
      </w:r>
    </w:p>
    <w:p>
      <w:r>
        <w:br/>
        <w:t>— Що? Усіх?</w:t>
      </w:r>
    </w:p>
    <w:p>
      <w:r>
        <w:br/>
        <w:t>— Так, усіх чисто.</w:t>
      </w:r>
    </w:p>
    <w:p>
      <w:r>
        <w:br/>
        <w:t>— Ви самі?</w:t>
      </w:r>
    </w:p>
    <w:p>
      <w:r>
        <w:br/>
        <w:t>— Сам.</w:t>
      </w:r>
    </w:p>
    <w:p>
      <w:r>
        <w:br/>
        <w:t>— Розкажіть, як ви це робили.</w:t>
      </w:r>
    </w:p>
    <w:p>
      <w:r>
        <w:br/>
        <w:t>Селянин, здавалось, захвилювався; потреба довго говорити, видно, бентежила його, і він пробелькотів:</w:t>
      </w:r>
    </w:p>
    <w:p>
      <w:r>
        <w:br/>
        <w:t>— Або я знаю? Як доводилося, так і робив.</w:t>
      </w:r>
    </w:p>
    <w:p>
      <w:r>
        <w:br/>
        <w:t>Полковник сказав:</w:t>
      </w:r>
    </w:p>
    <w:p>
      <w:r>
        <w:br/>
        <w:t>— Попереджаю вас — треба говорити все. Для вас буде краще, якщо ви признаєтесь одразу. Розкажіть усе спочатку.</w:t>
      </w:r>
    </w:p>
    <w:p>
      <w:r>
        <w:br/>
        <w:t>Селянин тривожно поглянув на родину, яка стояла позаду й уважно слухала. Ще хвилину він повагався й раптом зважився:</w:t>
      </w:r>
    </w:p>
    <w:p>
      <w:r>
        <w:br/>
        <w:t>— Якось увечері — було це годині десь о десятій — на другйй день, як ви прийшли сюди, я повертався додому. Ви й ваші солдати відняли в мене корову й двох баранів, а паші забрали не менше як на п’ятдесят екю. Я сказав собі: "Гаразд, хоч скільки б вони брали, а все одно я поквитаюсь". Я ще й іншу кривду мав на серці — скажу згодом. От якось увечері бачу я: один ваш кіннотник сидить за моєю клунею біля канави. Сидить і палить собі люльку. Я зняв з гака косу, потихеньку підійшов до нього ззаду — він нічого не чув. Я й відтяв йому голову одним махом, ніби колос зрізав. Він не встиг і охнути. Пошукайте його в ставку, він лежить там у мішку з-під вугілля, на шиї — камінь од загорожі. Я знав, що мені робити. Я зняв з нього мундир, потім чоботи, каску, все познімав і заховав у печі, де випалюють вапно, в Марте новому гаю, недалеко за моїм двором.</w:t>
      </w:r>
    </w:p>
    <w:p>
      <w:r>
        <w:br/>
        <w:t>Старий замовк. Уражені офіцери перезирнулись. Полковник знов почав допит; і ось що тоді довідалися…</w:t>
      </w:r>
    </w:p>
    <w:p>
      <w:r>
        <w:br/>
        <w:t>Раз убивши, старий далі жив з одною думкою: "Вбивати пруссаків!" Він ненавидів їх похмурою й лютою ненавистю скнарого селянина й патріота. Як він сказав, він знав, що йому робити. Він перечекав кілька днів.</w:t>
      </w:r>
    </w:p>
    <w:p>
      <w:r>
        <w:br/>
        <w:t>Йому дали волю розгулювати по селу, виходити й вертатися, коли заманеться, — таким видавався він послужливим, відданим і покірним перед переможцями. Він бачив, як щовечора з штабу посилали кур’єрів. В які саме села вирушають верхівці, він знав і вивчив, постійно спілкуючись із солдатами, ті кілька потрібних йому німецьких слів; і от якось уночі він зважився.</w:t>
      </w:r>
    </w:p>
    <w:p>
      <w:r>
        <w:br/>
        <w:t>Вийшовши з двору, він прокрався в ліс до вапнярки, заліз у глиб довгого підземного переходу, дістав мундир убитого ним пруссака й надяг його.</w:t>
      </w:r>
    </w:p>
    <w:p>
      <w:r>
        <w:br/>
        <w:t>Потім він почав блукати полем, пробираючись поповзом, ховаючись за косогорами, тривожно дослухаючись до найменшого шелесту, ніби який браконьєр.</w:t>
      </w:r>
    </w:p>
    <w:p>
      <w:r>
        <w:br/>
        <w:t>Коли він вирішив, що настав час діяти, то вийшов ближче до дороги й заховався в кущах. Тут він почекав іще. Нарешті близько півночі почувся кінський тупіт.</w:t>
      </w:r>
    </w:p>
    <w:p>
      <w:r>
        <w:br/>
        <w:t>Старий припав вухом до землі, аби переконатись, що їде тільки один верхівець, потім приготувався.</w:t>
      </w:r>
    </w:p>
    <w:p>
      <w:r>
        <w:br/>
        <w:t>Улан їхав клусом, віз депеші. Він сторожко озирався, пильно прислухаючись. Коли він під’їхав десь на десять кроків, дядько Мілон виповз на дорогу й застогнав: "Hilfe! Hilfe!" ("Поможіть! Поможіть!"). Верхівець спинився, побачив простертого на землі німецького кавалериста, подумав, що того поранено, зліз з коня й підійшов ближче, нічого не підозріваючи, і в ту мить, коли він нахилився над невідомим, довге загнуте лезо шаблі встромилося йому в живіт. Він упав, як підкошений, і тільки тіпнувся кілька разів у корчах.</w:t>
      </w:r>
    </w:p>
    <w:p>
      <w:r>
        <w:br/>
        <w:t>Тоді, сповнений радості, німої радості старого селянина-нормандця, дядько Мілон підвівся й уже задля втіхи перерізав трупові горло, потім відволік його і вкинув у канаву. Кінь спокійно чекав господаря. Дядько Мілон сів у сідло й помчав рівниною.</w:t>
      </w:r>
    </w:p>
    <w:p>
      <w:r>
        <w:br/>
        <w:t>За годину він побачив ще двох уланів, що поруч верталися до штабу. Він поїхав просто на них, закричавши, як і першого разу: "Hilfe! Hilfe!" Пізнавши форму, пруссаки, нічого не підозрюючи, дали йому під’їхати. Старий вихором влетів поміж них і вбив одного шаблею, а другого пострілом з револьвера.</w:t>
      </w:r>
    </w:p>
    <w:p>
      <w:r>
        <w:br/>
        <w:t>Він випустив тельбухи їхнім коням — німецьким коням! — тихенько повернувся назад, до вапнярки, і сховав коня першого улана в темному переході. Тут він скинув мундир, знов убрався в своє жебрацьке лахміття і, діставшись додому, проспав аж до ранку.</w:t>
      </w:r>
    </w:p>
    <w:p>
      <w:r>
        <w:br/>
        <w:t>Чотири доби він не виходив, чекаючи, поки закінчиться розшук, а на п’яту ніч вирушив знов і вбив іще двох солдатів з допомогою такого самого маневру. Відтоді він не пропускав жодної нагоди. Привид-улан, мисливець на людей, щоночі мандрував безлюдними, залитими місячним сяйвом полями. Скінчивши справу й лишивши за собою на дорозі трупи ворогів, старий вершник повертався до вапнярки й ховав там коня й мундир.</w:t>
      </w:r>
    </w:p>
    <w:p>
      <w:r>
        <w:br/>
        <w:t>Серед білого дня він спокійно відносив вівса й води своїй коняці, що стояла в темній печері, й годував її досхочу, бо вимагав од неї нелегкої роботи.</w:t>
      </w:r>
    </w:p>
    <w:p>
      <w:r>
        <w:br/>
        <w:t>Але останньої ночі один з тих, на кого він напав, не розгубився й розтяв обличчя йому шаблею.</w:t>
      </w:r>
    </w:p>
    <w:p>
      <w:r>
        <w:br/>
        <w:t>Проте старий убив їх обох! Йому ще стало сили доїхати до вапнярки, сховати коня й перевдягтись у свою нуждей-ну одіж; та коли вертався назад, його охопила страшенна кволість, і він заліз у стайню, бо вже не міг добратися додому. Там його й знайшли, скривавленого, на соломі…</w:t>
      </w:r>
    </w:p>
    <w:p>
      <w:r>
        <w:br/>
        <w:t>Скінчивши своє оповідання, дядько Мілон раптом підвів голову й гордо оглянув офіцерів.</w:t>
      </w:r>
    </w:p>
    <w:p>
      <w:r>
        <w:br/>
        <w:t>Полковник, смикаючи себе за вуса, спитав:</w:t>
      </w:r>
    </w:p>
    <w:p>
      <w:r>
        <w:br/>
        <w:t>— Більш нічого не маєте сказати?</w:t>
      </w:r>
    </w:p>
    <w:p>
      <w:r>
        <w:br/>
        <w:t>— Ні, нічого. Я вів рахунок: я вбив шістнадцятьох, ні більше, ні менше.</w:t>
      </w:r>
    </w:p>
    <w:p>
      <w:r>
        <w:br/>
        <w:t>— Ви знаєте, що маєте вмерти?</w:t>
      </w:r>
    </w:p>
    <w:p>
      <w:r>
        <w:br/>
        <w:t>— Я, здається, не просив у вас помилування.</w:t>
      </w:r>
    </w:p>
    <w:p>
      <w:r>
        <w:br/>
        <w:t>— Ви коли-небудь служили солдатом?</w:t>
      </w:r>
    </w:p>
    <w:p>
      <w:r>
        <w:br/>
        <w:t>— Так. Свого часу і я воював. Та й батько мій був солдатом, ще за першого імператора. Ви його вбили. Ви й Франсуа вбили, мого меншого сина, минулого місяця поблизу Євре… Я був вам винен і заплатив сповна. Тепер ми квити.</w:t>
      </w:r>
    </w:p>
    <w:p>
      <w:r>
        <w:br/>
        <w:t>Офіцери перезирнулися.</w:t>
      </w:r>
    </w:p>
    <w:p>
      <w:r>
        <w:br/>
        <w:t>Старий додав:</w:t>
      </w:r>
    </w:p>
    <w:p>
      <w:r>
        <w:br/>
        <w:t>— Восьмеро за батька й восьмеро за сина; ми квити. Не я перший ліз "на спірку з вами. Я вас зовсім не знаю. Я не знаю навіть, звідки ви взялися! Прийшли до мене й командуєте, як у себе вдома. Я помстився на тих, на шістнадцятьох. Я не каюсь.</w:t>
      </w:r>
    </w:p>
    <w:p>
      <w:r>
        <w:br/>
        <w:t>І, випроставши своє затерпле тіло, старий схрестив на грудях руки в позі скромного героя.</w:t>
      </w:r>
    </w:p>
    <w:p>
      <w:r>
        <w:br/>
        <w:t>Пруссаки довго радились пошепки. Капітан, що теж місяць тому втратив сина, захищав цього хороброго селянина.</w:t>
      </w:r>
    </w:p>
    <w:p>
      <w:r>
        <w:br/>
        <w:t>Полковник підвівся і, підійшовши до дядька Мілона, сказав стиха:</w:t>
      </w:r>
    </w:p>
    <w:p>
      <w:r>
        <w:br/>
        <w:t>— Слухайте, старий, є один тільки спосіб урятувати вам життя. Якщо ви…</w:t>
      </w:r>
    </w:p>
    <w:p>
      <w:r>
        <w:br/>
        <w:t>Але дядько Мілон не слухав далі. Його рідкий чуб маяв на вітрі, худе, спотворене ударом шаблі обличчя скривилося страшною гримасою; він уп’явся очима в офіцера-переможця і, набравши в груди повітря, з усієї сили плюнув пруссакові в лице.</w:t>
      </w:r>
    </w:p>
    <w:p>
      <w:r>
        <w:br/>
        <w:t>Полковник у нестямі підняв руку, але селянин плюнув йому в обличчя вдруге.</w:t>
      </w:r>
    </w:p>
    <w:p>
      <w:r>
        <w:br/>
        <w:t>Всі офіцери, схопившись на ноги, воднораз вигукували якісь накази.</w:t>
      </w:r>
    </w:p>
    <w:p>
      <w:r>
        <w:br/>
        <w:t>Старого схопили, поставили до стінки й розстріляли, і до останньої хвилини він спокійно всміхався Жанові — своєму старшому синові, невістці й двом малим, що дивилися на нього божевільними від жаху очима.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Дядько Мілон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