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Дідок і вітряки</w:t>
      </w:r>
    </w:p>
    <w:p>
      <w:r>
        <w:br/>
        <w:t xml:space="preserve"> Сидів колись Дідок під явором густим.&lt;br /&gt;</w:t>
        <w:br/>
        <w:t>Зелене листячко неначебто шептало,&lt;br /&gt;</w:t>
        <w:br/>
        <w:t>Що шелестів і він, як був ще молодим…&lt;br /&gt;</w:t>
        <w:br/>
        <w:t>Було, та загуло і сниться перестало…&lt;br /&gt;</w:t>
        <w:br/>
        <w:t>Стояли перед ним два хлопці Вітряки,&lt;br /&gt;</w:t>
        <w:br/>
        <w:t>Поприбиралися такими молодцями,&lt;br /&gt;</w:t>
        <w:br/>
        <w:t>Що гляньте, мов, се ми, не прості козаки!&lt;br /&gt;</w:t>
        <w:br/>
        <w:t>І почали вони молоти язиками:&lt;br /&gt;</w:t>
        <w:br/>
        <w:t>— Гай, гай, Дідусику! — озвавсь один Вітряк.-&lt;br /&gt;</w:t>
        <w:br/>
        <w:t>І сива голова, і борода велика,&lt;br /&gt;</w:t>
        <w:br/>
        <w:t>І розуму набравсь, а все-таки бідняк&lt;br /&gt;</w:t>
        <w:br/>
        <w:t>І в світі божому якаясь ти притика.&lt;br /&gt;</w:t>
        <w:br/>
        <w:t>Он я надумався,— побачиш, потривай,-&lt;br /&gt;</w:t>
        <w:br/>
        <w:t>Як гарно житиму, аби була охота!&lt;br /&gt;</w:t>
        <w:br/>
        <w:t>Достану грошенят — у мене буде рай:&lt;br /&gt;</w:t>
        <w:br/>
        <w:t>Будинок, дворище, мальовані ворота;&lt;br /&gt;</w:t>
        <w:br/>
        <w:t>Біля воріт тобі збудую хатку я,&lt;br /&gt;</w:t>
        <w:br/>
        <w:t>І будеш ти гостям ворота відчиняти,&lt;br /&gt;</w:t>
        <w:br/>
        <w:t>І житимеш в добрі; головонька твоя&lt;br /&gt;</w:t>
        <w:br/>
        <w:t>Не буде вже тоді під явором куняти.-&lt;br /&gt;</w:t>
        <w:br/>
        <w:t>На се Дідок сказав: — Бринить добро твоє,&lt;br /&gt;</w:t>
        <w:br/>
        <w:t>І гарно здалеку будинок бовваніє…&lt;br /&gt;</w:t>
        <w:br/>
        <w:t>Розумний б’є на те, що справді в його є,&lt;br /&gt;</w:t>
        <w:br/>
        <w:t>А дурень думкою, як кажуть, багатіє.&lt;br /&gt;</w:t>
        <w:br/>
        <w:t>— Я розсудив не так! — верзе другий Вітряк.-&lt;br /&gt;</w:t>
        <w:br/>
        <w:t>Щоб в світі живучи, ніколи не блудити,&lt;br /&gt;</w:t>
        <w:br/>
        <w:t>Підладжуйсь до людей, вертись і так і сяк,&lt;br /&gt;</w:t>
        <w:br/>
        <w:t>А іноді умій солодку річ зліпити.&lt;br /&gt;</w:t>
        <w:br/>
        <w:t>Хоч кажуть — хто мовчить, той ніби двох&lt;br /&gt;</w:t>
        <w:br/>
        <w:t>навчить,-&lt;br /&gt;</w:t>
        <w:br/>
        <w:t>Щербата вигадка: не можна мовчки жити,&lt;br /&gt;</w:t>
        <w:br/>
        <w:t>Бо не чутно того, хто дума і мовчить,&lt;br /&gt;</w:t>
        <w:br/>
        <w:t>Міркуй усяк про те, як язиком вертіти.&lt;br /&gt;</w:t>
        <w:br/>
        <w:t>Ти думаєш своє, а вимовляй не те —&lt;br /&gt;</w:t>
        <w:br/>
        <w:t>І потече тобі усюди теє млеко,&lt;br /&gt;</w:t>
        <w:br/>
        <w:t>Вигадливий язик дорогу промете,&lt;br /&gt;</w:t>
        <w:br/>
        <w:t>І можна вибраться далеко-предалеко.&lt;br /&gt;</w:t>
        <w:br/>
        <w:t>— Гляди,— промовив Дід,— на світі є пристріт,&lt;br /&gt;</w:t>
        <w:br/>
        <w:t>Такою думкою ти не хвались нікому,&lt;br /&gt;</w:t>
        <w:br/>
        <w:t>Бо сказано давно: брехнею пройдеш світ,&lt;br /&gt;</w:t>
        <w:br/>
        <w:t>Та от біда яка — не вернешся додому,-&lt;br /&gt;</w:t>
        <w:br/>
        <w:t>Дідок замовк, сидить і голову схилив.&lt;br /&gt;</w:t>
        <w:br/>
        <w:t>"От,— думає собі,— десь на лихо взялися…"&lt;br /&gt;</w:t>
        <w:br/>
        <w:t>Аж дивиться згодя — нема вже Вітряків,&lt;br /&gt;</w:t>
        <w:br/>
        <w:t>Бо засоромились і мовчки розійшлися.</w:t>
      </w:r>
    </w:p>
    <w:p>
      <w:r>
        <w:br/>
        <w:t>Дідок сказав своє, тепер і я додам:&lt;br /&gt;</w:t>
        <w:br/>
        <w:t>Моторна голова нехай свій розум має,&lt;br /&gt;</w:t>
        <w:br/>
        <w:t>Шкода молоть брехню порожнім Вітрякам,&lt;br /&gt;</w:t>
        <w:br/>
        <w:t>Бо мудра правдонька їм крилля поламає.&lt;br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Дідок і вітряки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