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Дідусь</w:t>
      </w:r>
    </w:p>
    <w:p>
      <w:r>
        <w:br/>
        <w:t xml:space="preserve"> &lt;p&gt;— Прошу єгомостя!</w:t>
      </w:r>
    </w:p>
    <w:p>
      <w:r>
        <w:br/>
        <w:t>— А що там?</w:t>
      </w:r>
    </w:p>
    <w:p>
      <w:r>
        <w:br/>
        <w:t>— До хорого. Чоловік чекає.</w:t>
      </w:r>
    </w:p>
    <w:p>
      <w:r>
        <w:br/>
        <w:t>— До хорого, до хорого, — говорив панотець, протираючи заспані очі.</w:t>
      </w:r>
    </w:p>
    <w:p>
      <w:r>
        <w:br/>
        <w:t>— Няй іде до дяка, щоб церкву відчинив і приладив, що треба!</w:t>
      </w:r>
    </w:p>
    <w:p>
      <w:r>
        <w:br/>
        <w:t>Служниця замкнула двері, і чути було, як у кухні повторяла панотцеві слова.</w:t>
      </w:r>
    </w:p>
    <w:p>
      <w:r>
        <w:br/>
        <w:t>Панотець повернувся на ліжку і підняв ковдру, що зсувалася з нього.</w:t>
      </w:r>
    </w:p>
    <w:p>
      <w:r>
        <w:br/>
        <w:t>— До хорого. Га, що робити! Треба йти. А тут так добре спати.</w:t>
      </w:r>
    </w:p>
    <w:p>
      <w:r>
        <w:br/>
        <w:t>Ніколи сон не здається таким смачним, як тоді, коли нам не дають спати.</w:t>
      </w:r>
    </w:p>
    <w:p>
      <w:r>
        <w:br/>
        <w:t>Легенько зсунулися повіки на сонні очі, гадка про хорого навела спомин дзвонів, і під враженням їх глухого, далекого гомону панотець заснув наново.</w:t>
      </w:r>
    </w:p>
    <w:p>
      <w:r>
        <w:br/>
        <w:t>— Прошу єґомостя, прошу єґомостя!</w:t>
      </w:r>
    </w:p>
    <w:p>
      <w:r>
        <w:br/>
        <w:t>— А що там?</w:t>
      </w:r>
    </w:p>
    <w:p>
      <w:r>
        <w:br/>
        <w:t>— Дяк вже пішов до церкви. Чекає.</w:t>
      </w:r>
    </w:p>
    <w:p>
      <w:r>
        <w:br/>
        <w:t>— Чекає. Скажи, що я йду.</w:t>
      </w:r>
    </w:p>
    <w:p>
      <w:r>
        <w:br/>
        <w:t>За малу годину вулицею з церкви в село ішло двоє людей. Вони потопали в морі білої мряки і один другого майже не бачили так, що прохожі лишень на знак дзвінка клякали, як годиться клякати, коли священик іде з паном Богом.</w:t>
      </w:r>
    </w:p>
    <w:p>
      <w:r>
        <w:br/>
        <w:t>Надворі був осінній приморозок; сільське, як тісто в діжі, розмішане болото стялося і світило брудними хруста-лями. Під ногами воно ломилося і видавало легенький хрускіт. Панотець почув зимно і скорив, дяк собі поспішав і щотретій-четвертий крок дзвонив. Так перейшли довженну вулицю, аж опинилися за школою, біля криниці.</w:t>
      </w:r>
    </w:p>
    <w:p>
      <w:r>
        <w:br/>
        <w:t>— То тут! — озвався дяк.</w:t>
      </w:r>
    </w:p>
    <w:p>
      <w:r>
        <w:br/>
        <w:t>— Тут? — повторив священик і відчинив ворота. Його здивувало, що на подвір'ю було зовсім тихо.</w:t>
      </w:r>
    </w:p>
    <w:p>
      <w:r>
        <w:br/>
        <w:t>Ніхто не вийшов його зустрічати, не було сусідів, свояків, сільських лікарів і лікарок.</w:t>
      </w:r>
    </w:p>
    <w:p>
      <w:r>
        <w:br/>
        <w:t>— А може, то не тут? — спитав панотець дяка.</w:t>
      </w:r>
    </w:p>
    <w:p>
      <w:r>
        <w:br/>
        <w:t>— Ні, таки тут, старий Скрегота хорий. Таже я знаю.</w:t>
      </w:r>
    </w:p>
    <w:p>
      <w:r>
        <w:br/>
        <w:t>— Ну, як так, то ходім!</w:t>
      </w:r>
    </w:p>
    <w:p>
      <w:r>
        <w:br/>
        <w:t>І вони увійшли в хату. У хаті тишина. Пусто, як вимів. Лиш постіль лежить розкрита, але недужого нема.</w:t>
      </w:r>
    </w:p>
    <w:p>
      <w:r>
        <w:br/>
        <w:t>— Гей, є тут хто? — крикнув дяк, заглядаючи до кухоньки, комори і до світлиці. Ніхто не відповів, лиш кури озвалися на поді.</w:t>
      </w:r>
    </w:p>
    <w:p>
      <w:r>
        <w:br/>
        <w:t>— Нема що. Підождемо... Сіли на лаву й чекають.</w:t>
      </w:r>
    </w:p>
    <w:p>
      <w:r>
        <w:br/>
        <w:t>А туг і сонце засвітило, і мряка піднеслася вище хлопа. Сидять і ждуть, коли чують, надворі якийсь крик: "Ацю! АцюГ</w:t>
      </w:r>
    </w:p>
    <w:p>
      <w:r>
        <w:br/>
        <w:t>Вийшли на поріг. Старий дідусь, босий, простоволосий, вганяв за годованими підсвинками і насилу старався їх намовити, або зневолити, щоб зайшли до кучі. Але годованці немов насміхалися з безсильності та неповоротності старого, бігали собі по цілім подвір'ю і, мабуть, мали велику охоту заглянути в город, що був забезпечений невисоким плотом і ворітцями з ріща.</w:t>
      </w:r>
    </w:p>
    <w:p>
      <w:r>
        <w:br/>
        <w:t>— Ацю, ацю! — кричав старий, блендаючи худими ногами.</w:t>
      </w:r>
    </w:p>
    <w:p>
      <w:r>
        <w:br/>
        <w:t>— До кучі!</w:t>
      </w:r>
    </w:p>
    <w:p>
      <w:r>
        <w:br/>
        <w:t>Панотець дивився якусь хвилину, а там став непокоїтись.</w:t>
      </w:r>
    </w:p>
    <w:p>
      <w:r>
        <w:br/>
        <w:t>— А що то ви собі думаєте! Посилаєте по мене, стягаєте з ліжка, не знати на що і по що! Хто у вас хорий?</w:t>
      </w:r>
    </w:p>
    <w:p>
      <w:r>
        <w:br/>
        <w:t>Старий подивився на панотця і кивнув головою.</w:t>
      </w:r>
    </w:p>
    <w:p>
      <w:r>
        <w:br/>
        <w:t>— Та то я, прошу отця духовного, то я вмираю. Отцеві було того забагато.</w:t>
      </w:r>
    </w:p>
    <w:p>
      <w:r>
        <w:br/>
        <w:t>— Що, то ви собі жарти з мене робите, чи що? Вмирає і за безрогами бігає по цілім обійстю!</w:t>
      </w:r>
    </w:p>
    <w:p>
      <w:r>
        <w:br/>
        <w:t>— Аякже, прошу отця духовного? Як вийшли, то треба загнати... Ацю!.. А то пішли би в город або до сусіда... Ацю!</w:t>
      </w:r>
    </w:p>
    <w:p>
      <w:r>
        <w:br/>
        <w:t>Хто знає, як довго були би тривали ці перегони, коли б не дяк. Він поставив дзвінок і червону ліхтарню на порозі, а сам взявся помагати старому.</w:t>
      </w:r>
    </w:p>
    <w:p>
      <w:r>
        <w:br/>
        <w:t>Годованці, як побачили таку поважну підмогу, зайшли зараз до кучі. Дідусь ще раз накричав на них і замкнув дверцята на грабовий кілок.</w:t>
      </w:r>
    </w:p>
    <w:p>
      <w:r>
        <w:br/>
        <w:t>Аж тепер підійшов до панотця і поздоровив його як слід.</w:t>
      </w:r>
    </w:p>
    <w:p>
      <w:r>
        <w:br/>
        <w:t>— Няй отець духовні будуть вибачені і няй на мене не гніваються! Але звичайно, вийшли, так треба загнати.</w:t>
      </w:r>
    </w:p>
    <w:p>
      <w:r>
        <w:br/>
        <w:t>Панотець змяк. Гніватися не міг, бо мав серце добре і до людей прихильне, а втім, гніватися не було й за що.</w:t>
      </w:r>
    </w:p>
    <w:p>
      <w:r>
        <w:br/>
        <w:t>— Я не гніваюся, — озвався лагідно, — але все-таки, трудити мене, коли нема потреби, то несовісно. Та ж ви такі здорові, що в неділю самі до церкви прийшли би та висповідалися.</w:t>
      </w:r>
    </w:p>
    <w:p>
      <w:r>
        <w:br/>
        <w:t>— Ох, Боженьку ти мій! Де там в неділю! Де! Я ось хто зн&amp;є чи до полудня дочекаю. Я лиш насилу жду на вас. Так мені Боже, що насилу!</w:t>
      </w:r>
    </w:p>
    <w:p>
      <w:r>
        <w:br/>
        <w:t>— Добре насилу, —— погадав собі панотець, входячи в</w:t>
      </w:r>
    </w:p>
    <w:p>
      <w:r>
        <w:br/>
        <w:t>хату— _ . 0</w:t>
      </w:r>
    </w:p>
    <w:p>
      <w:r>
        <w:br/>
        <w:t>Старий пішов до комірки перебратися в чисту одіж. За</w:t>
      </w:r>
    </w:p>
    <w:p>
      <w:r>
        <w:br/>
        <w:t>хвилину вийшов білий і причепурений. Панотець не</w:t>
      </w:r>
    </w:p>
    <w:p>
      <w:r>
        <w:br/>
        <w:t>спішився. Не бачив потреби. Йому хотілося побалакати з</w:t>
      </w:r>
    </w:p>
    <w:p>
      <w:r>
        <w:br/>
        <w:t>дідусем, що був смертельно хорий і все ж таки бігав по</w:t>
      </w:r>
    </w:p>
    <w:p>
      <w:r>
        <w:br/>
        <w:t>подвір'ю за безрогою.</w:t>
      </w:r>
    </w:p>
    <w:p>
      <w:r>
        <w:br/>
        <w:t>— А давно ви нездужаєте? — спитав панотець, сідаючи на ослін.</w:t>
      </w:r>
    </w:p>
    <w:p>
      <w:r>
        <w:br/>
        <w:t>— о, здавна, здавна. Ніби так боліти, то мене нічо не болить, але сила кудись поділася. Нічо її в костях не чую. І в грудях чогось так холоне... Виразно смерть.</w:t>
      </w:r>
    </w:p>
    <w:p>
      <w:r>
        <w:br/>
        <w:t>— Ну, і як же, нікого у вас нема? Самі сидите, як пустельник? І здоровому самому нудно, а не то хорому.</w:t>
      </w:r>
    </w:p>
    <w:p>
      <w:r>
        <w:br/>
        <w:t>— Та я не сам, прошу отця духовного, є в мене діти; добрі, добрі діти. Гріх був би нарікати.</w:t>
      </w:r>
    </w:p>
    <w:p>
      <w:r>
        <w:br/>
        <w:t>— Добрі, а за старого не дбають.</w:t>
      </w:r>
    </w:p>
    <w:p>
      <w:r>
        <w:br/>
        <w:t>— Дбають, отче духовний, дбають. Ще й як дбають! Нині жодне з хати не хотіло вийти. Обступили мене та й плачуть. Але я кажу: "Чого тут плакати? Ідіть кожне до свого. Мене не пильнуйте, бо ніхто й не вкраде; я як маю вмирати, то й так умру, без вас Ти, Гриньку, кажу до старшого сина, іди на Змийну. Рілля готова. Давно час сіяти. Ану ж прийде похорон і знов відтягнеться, а тут вже і приморозки потягають. А ти, кажу дочці, іди до міста та накупи чого треба. Знаєш, прийде що до чого, то в наших жидів удвоє дорожче. Невістку я післав на друге село, щоби дала знати своїм, а зять пішов по отця духовного та мав поступити до теслів. Так лежу я сам, коли чую, підсвинки вийшли. Дивлюся у вікно, рилами ворота підносять. Треба загнати. Підвівся я, та якось, славити Бога, загнав. А отець духовні няй не гніваються на мене, бо я таки направду хорий. Дуже хорий.</w:t>
      </w:r>
    </w:p>
    <w:p>
      <w:r>
        <w:br/>
        <w:t>Він поцілував панотця в руку і впевнив об своїй хоробі.</w:t>
      </w:r>
    </w:p>
    <w:p>
      <w:r>
        <w:br/>
        <w:t>— Ну, як же, і вам не прикро самому? — питав панотець.</w:t>
      </w:r>
    </w:p>
    <w:p>
      <w:r>
        <w:br/>
        <w:t>— І не страшно? — додав від себе дяк.</w:t>
      </w:r>
    </w:p>
    <w:p>
      <w:r>
        <w:br/>
        <w:t>— А чого ж тут боятись? Нікого не вбив, нікому віку не вкоротив, не обікрав. Пережив своє, та й треба забиратись. То так, як той робітник. Зробить роботу, та й додому. Та чи то мені не час? Вже другий місяць, правду сказать, хліб святий марную. Десь тая сила вгікла і нічо не годен робити, а задурно хліб дітей їсти, то якось не добре. В горло не йде. От, славити Бога, що конець. Чого мені боятись: дітей випровадив на люди, вивінував, розуму навчив, та й чого більше треба? Нема мені чого боятися...</w:t>
      </w:r>
    </w:p>
    <w:p>
      <w:r>
        <w:br/>
        <w:t>— Можемо починати, — обізвався священик, зворушений словами старого.</w:t>
      </w:r>
    </w:p>
    <w:p>
      <w:r>
        <w:br/>
        <w:t>— Починай-но в ім'я Бога, — відповів дідусь і перехрестився тричі.</w:t>
      </w:r>
    </w:p>
    <w:p>
      <w:r>
        <w:br/>
        <w:t>***</w:t>
      </w:r>
    </w:p>
    <w:p>
      <w:r>
        <w:br/>
        <w:t>Що лиш панотець вернув додому і забирався снідати, як з дзвіниці озвався дзвін — бам, бам, бам! Старий Скригота помер.</w:t>
      </w:r>
    </w:p>
    <w:p>
      <w:r>
        <w:br/>
        <w:t>Пшениця засіяна, доньки з міста що лиш не видно, підсвинки в хлівці, — міг спокійно вмирати.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