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Дилда</w:t>
      </w:r>
    </w:p>
    <w:p>
      <w:r>
        <w:br/>
        <w:t xml:space="preserve"> &lt;p&gt;Дилда, Тимiш Iванович, такий собi є на свiтi.</w:t>
      </w:r>
    </w:p>
    <w:p>
      <w:r>
        <w:br/>
        <w:t>Прiзвище таке в нього: Дилда.</w:t>
      </w:r>
    </w:p>
    <w:p>
      <w:r>
        <w:br/>
        <w:t>Коли заснувався в його селi колгосп, Дилда, Тимiш Iванович, сильно покрутив носом, — отак: круть-круть-круть! — i сказав своїй жiнцi Салимонiї Пилипiвнi Дилдi:</w:t>
      </w:r>
    </w:p>
    <w:p>
      <w:r>
        <w:br/>
        <w:t>— Гуртове — чортове!</w:t>
      </w:r>
    </w:p>
    <w:p>
      <w:r>
        <w:br/>
        <w:t>Залишився тодi Тимiш Iванович Дилда одноосiбником.</w:t>
      </w:r>
    </w:p>
    <w:p>
      <w:r>
        <w:br/>
        <w:t>Ну, що ж: одноосiбник, коли вiн чесний, коли вiн виконує все те, що вiд чесного радянського громадянина вимагається, — одноосiбник у нас всi громадськi права має.</w:t>
      </w:r>
    </w:p>
    <w:p>
      <w:r>
        <w:br/>
        <w:t>Не дiйшло, значить, iще до свiдомостi людини, що колективна, артiльна праця кориснiша, вигiднiша, — ну, й хай собi хазяйнує окремо, — колись зрозумiє, де лiпше, — чи в артiлi, чи в одноосiбному господарствi.</w:t>
      </w:r>
    </w:p>
    <w:p>
      <w:r>
        <w:br/>
        <w:t>Про Тимоша Дилду ми б не сказали, що щось десь до його свiдомостi не дiйшло, — вовча думка сидiла пiд капелюхом в Тимоша Дилди:</w:t>
      </w:r>
    </w:p>
    <w:p>
      <w:r>
        <w:br/>
        <w:t>— А мо' воно ненадовго?</w:t>
      </w:r>
    </w:p>
    <w:p>
      <w:r>
        <w:br/>
        <w:t>Колгоспи собi росли, розвивалися, багатiли, а колгоспнi люди жили собi та поживали.</w:t>
      </w:r>
    </w:p>
    <w:p>
      <w:r>
        <w:br/>
        <w:t>Дивилися колгоспники на одноосiбника Тимоша Iвановича Дилду та посмiхалися:</w:t>
      </w:r>
    </w:p>
    <w:p>
      <w:r>
        <w:br/>
        <w:t>— Ну, живи собi! Нам що, дилдуй далi! Виходить, значить, що вийшло воно не на "недовго", — як думав Дилда, — а зовсiм навпаки — назавжди.</w:t>
      </w:r>
    </w:p>
    <w:p>
      <w:r>
        <w:br/>
        <w:t>От одного вечора, коли Тимiш Iванович Дилда та Салимонiя Пилипiвна Дилда (дiтей у них не було) сiли вечеряти, Тимiш Iванович Дилда говорить Салимонiї Пилипiвнi Дилдi:</w:t>
      </w:r>
    </w:p>
    <w:p>
      <w:r>
        <w:br/>
        <w:t>— Салимонько!</w:t>
      </w:r>
    </w:p>
    <w:p>
      <w:r>
        <w:br/>
        <w:t>— Га?</w:t>
      </w:r>
    </w:p>
    <w:p>
      <w:r>
        <w:br/>
        <w:t>— Що, пак я тобi хотiв сказати? От забувся!</w:t>
      </w:r>
    </w:p>
    <w:p>
      <w:r>
        <w:br/>
        <w:t>— Мо' сирiвцю внести?</w:t>
      </w:r>
    </w:p>
    <w:p>
      <w:r>
        <w:br/>
        <w:t>— Та який там сирiвець?! Не в сирiвцi справа!</w:t>
      </w:r>
    </w:p>
    <w:p>
      <w:r>
        <w:br/>
        <w:t>— Мо' десь засвербiло?</w:t>
      </w:r>
    </w:p>
    <w:p>
      <w:r>
        <w:br/>
        <w:t>— Ой, засвербiло! Ой, засвербiло! — аж скрикнув Тимiш Iванович Дiiлда. — Ох, i засвербiло ж, та тiльки не з того боку!</w:t>
      </w:r>
    </w:p>
    <w:p>
      <w:r>
        <w:br/>
        <w:t>Замовк Тимiш Iванович Дилда. Сопла Салимонiя Пилипiвна Дилда. У хатi було тихо.</w:t>
      </w:r>
    </w:p>
    <w:p>
      <w:r>
        <w:br/>
        <w:t>— Салимонько! — раптом промовив ТнмIш Iванович Дилда.</w:t>
      </w:r>
    </w:p>
    <w:p>
      <w:r>
        <w:br/>
        <w:t>— Га?</w:t>
      </w:r>
    </w:p>
    <w:p>
      <w:r>
        <w:br/>
        <w:t>— Ой, мабуть, у колгосп записуватись треба?!</w:t>
      </w:r>
    </w:p>
    <w:p>
      <w:r>
        <w:br/>
        <w:t>— Ой! — ойкнула Салимонiя Пилипiвна. Пiдскочила з мiсця, пiдбiгла до печi, одскочила вiд печi, мотонулася до мисника, од мисника до зачiпка, ухопила чомусь рогача й почала пiдважувати рогачем лежанку. Потiм ухопила ночви, поставила на лiжу, дiжу з ночвами поставила на помийницю, сiла сама в почви та тодi ще раз:</w:t>
      </w:r>
    </w:p>
    <w:p>
      <w:r>
        <w:br/>
        <w:t>-— Ой!</w:t>
      </w:r>
    </w:p>
    <w:p>
      <w:r>
        <w:br/>
        <w:t>Тимiш Iванович Дилда схопився з мiсця й несамовито крикнув:</w:t>
      </w:r>
    </w:p>
    <w:p>
      <w:r>
        <w:br/>
        <w:t>— Салимонько, сядь!</w:t>
      </w:r>
    </w:p>
    <w:p>
      <w:r>
        <w:br/>
        <w:t>— Я вже сидю!</w:t>
      </w:r>
    </w:p>
    <w:p>
      <w:r>
        <w:br/>
        <w:t>Одне слово, в колгосп Тимiш Iванович Дилда й Салимонiя Пилипiвна Дилда записалися.</w:t>
      </w:r>
    </w:p>
    <w:p>
      <w:r>
        <w:br/>
        <w:t>Вечорами вони сидiли одне проти одного, дивилися одне одному в очi й кивали головами.</w:t>
      </w:r>
    </w:p>
    <w:p>
      <w:r>
        <w:br/>
        <w:t>Салимонiя Пилипiвна витирала хусточкою очi, а Тимiш Iванович скреготiв зубами.</w:t>
      </w:r>
    </w:p>
    <w:p>
      <w:r>
        <w:br/>
        <w:t>Посидiвши отак одне проти одного, Тимiш Iванович казав:</w:t>
      </w:r>
    </w:p>
    <w:p>
      <w:r>
        <w:br/>
        <w:t>— Стелись!</w:t>
      </w:r>
    </w:p>
    <w:p>
      <w:r>
        <w:br/>
        <w:t>Салимонiя Пилипiвна слалася. Потiм вони лягали спати... Не спалося.</w:t>
      </w:r>
    </w:p>
    <w:p>
      <w:r>
        <w:br/>
        <w:t>Салимонiя Пилипiвна Дилда питала в Тимоша Iвановича Дилди:</w:t>
      </w:r>
    </w:p>
    <w:p>
      <w:r>
        <w:br/>
        <w:t>— I чого ти не спиш, Тимочко?</w:t>
      </w:r>
    </w:p>
    <w:p>
      <w:r>
        <w:br/>
        <w:t>— Думаю!</w:t>
      </w:r>
    </w:p>
    <w:p>
      <w:r>
        <w:br/>
        <w:t>— По що ж ти, Тимочко, думаєш?</w:t>
      </w:r>
    </w:p>
    <w:p>
      <w:r>
        <w:br/>
        <w:t>— Думаю, де б отих гемонських трудоднiв позичити!</w:t>
      </w:r>
    </w:p>
    <w:p>
      <w:r>
        <w:br/>
        <w:t>I довго-довго не засипали Тимiш Iванович Дилда i Салимонiя Пилипiвна Дилда.</w:t>
      </w:r>
    </w:p>
    <w:p>
      <w:r>
        <w:br/>
        <w:t>Час iшов.</w:t>
      </w:r>
    </w:p>
    <w:p>
      <w:r>
        <w:br/>
        <w:t>Колгоспи росли, розросталися.</w:t>
      </w:r>
    </w:p>
    <w:p>
      <w:r>
        <w:br/>
        <w:t>Ох, i трудоднiв же було у роботящих, у чесних колгоспникiв. Ой, i трудоднiв...</w:t>
      </w:r>
    </w:p>
    <w:p>
      <w:r>
        <w:br/>
        <w:t>Та восени, було, до таких колгоспникiв, — у кого — ой, трудоднiв! — пiдгуркочував грузовик, а на грузовику чували, а в чувалах зерно:</w:t>
      </w:r>
    </w:p>
    <w:p>
      <w:r>
        <w:br/>
        <w:t>— Забирай, товаришу Чесний, забирай трудоднi свої! — гукав до хазяїна шофер. — Печи пироги та розпишись у квитанцiї!</w:t>
      </w:r>
    </w:p>
    <w:p>
      <w:r>
        <w:br/>
        <w:t>— Ой, хай тобi щастя! — говорив хазяїн. — Ти поможи хоч вивантажити!</w:t>
      </w:r>
    </w:p>
    <w:p>
      <w:r>
        <w:br/>
        <w:t>— Допомогти можна!</w:t>
      </w:r>
    </w:p>
    <w:p>
      <w:r>
        <w:br/>
        <w:t>— А на пироги забiгай, будь ласка!</w:t>
      </w:r>
    </w:p>
    <w:p>
      <w:r>
        <w:br/>
        <w:t>— I забiгти можна!</w:t>
      </w:r>
    </w:p>
    <w:p>
      <w:r>
        <w:br/>
        <w:t>Тимiш Iванович Дилда i Салимонiя Пилипiвна Дилда, як записалися до колгоспу, — сильно дуже почали болiти.</w:t>
      </w:r>
    </w:p>
    <w:p>
      <w:r>
        <w:br/>
        <w:t>До непритомiї просто!</w:t>
      </w:r>
    </w:p>
    <w:p>
      <w:r>
        <w:br/>
        <w:t>Як ото треба на роботу йти, так Тимоша Дилду щось таке як ухопить за поперека. — Ну, нi поворухнутись, нi нахилитись!</w:t>
      </w:r>
    </w:p>
    <w:p>
      <w:r>
        <w:br/>
        <w:t>— Отут! Ось дайте руку, я вам покажу! Отут-отут! Ото-то-то!! Ой! Як тiльки щось важкеньке вiзьму, чи вила, чи лопату, — воно як штриконе, — криком кричу! Баба Волосиха казала, що важкого, боже борони! Та нащо вам — паляниця i та шкодить! Як з цiлої починаю та ще з четвертиною сала, — штрика! Так штрика, що в очах жовто! Я вже не знаю, що й робити. Баба Волосиха, — а вона баба тямуща! — казала, що то якась сурйозна дуже мужеська болiсть!</w:t>
      </w:r>
    </w:p>
    <w:p>
      <w:r>
        <w:br/>
        <w:t>Коли Тимоша Iвановича Дилду хапало за поперека, то Салимонiю Пилипiвну Дилду, навпаки, — брало отут — пiд грудьми:</w:t>
      </w:r>
    </w:p>
    <w:p>
      <w:r>
        <w:br/>
        <w:t>— Пiдкочується, пiдкочується пiд груди, а потiм як придавить — гвалт! В очах у мене нiби курка зозуляста — ряботить-ряботить, а потiм узяло нiби й розпливлося... А я й не знаю, чи я жива, чи мертва! А потiм пiшло-пiшло-пiшло, — звиняйте, все на низ! Баба Волосиха, — а вона баба тямуща! — казала, що то якась сурйозна дуже женська болiсть.</w:t>
      </w:r>
    </w:p>
    <w:p>
      <w:r>
        <w:br/>
        <w:t>Сильно дуже хворiли Дилди — i Тимiш Iванович, i Салимонiя Пилипiвна.</w:t>
      </w:r>
    </w:p>
    <w:p>
      <w:r>
        <w:br/>
        <w:t>Одпускало їх тiльки тодi, коли треба було до мiста їхати, — чи там яєчка везти, чи масло, чи там картоплю...</w:t>
      </w:r>
    </w:p>
    <w:p>
      <w:r>
        <w:br/>
        <w:t>Довго тривала така у Дилдiв хвороба.</w:t>
      </w:r>
    </w:p>
    <w:p>
      <w:r>
        <w:br/>
        <w:t>Щороку трудоднiв у них було чимало: у Тимоша Iвановича Дилди днiв iз тринадцять, а в Салимонiї Пилипiвни днiв не менше як одинадцять...</w:t>
      </w:r>
    </w:p>
    <w:p>
      <w:r>
        <w:br/>
        <w:t>Ну, й що?</w:t>
      </w:r>
    </w:p>
    <w:p>
      <w:r>
        <w:br/>
        <w:t>А нiчого! Вигнали Дилдiв iз колгоспу.</w:t>
      </w:r>
    </w:p>
    <w:p>
      <w:r>
        <w:br/>
        <w:t>I добре зробили.</w:t>
      </w:r>
    </w:p>
    <w:p>
      <w:r>
        <w:br/>
        <w:t>1948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