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Дно тиші</w:t>
      </w:r>
    </w:p>
    <w:p>
      <w:r>
        <w:br/>
        <w:t xml:space="preserve"> Сліпуче-чорний вугіль ночі, глиб і серця шахта,&lt;br /&gt;</w:t>
        <w:br/>
        <w:t>природи дно – дно таємниці й неба синє лоно;&lt;br /&gt;</w:t>
        <w:br/>
        <w:t>лящить у вухах сон – зім’ята та подерта плахта,&lt;br /&gt;</w:t>
        <w:br/>
        <w:t>і дзвонить в темряві співуче серце телефону.</w:t>
      </w:r>
    </w:p>
    <w:p>
      <w:r>
        <w:br/>
        <w:t>Так будиться хаос забутий літ дитячих світу,&lt;br /&gt;</w:t>
        <w:br/>
        <w:t>з-поза свідомості запони дивиться прадавнє,&lt;br /&gt;</w:t>
        <w:br/>
        <w:t>мов озеро, чарує в сріблі заля, й синім квітом&lt;br /&gt;</w:t>
        <w:br/>
        <w:t>проломаний удвоє місяць на долівці в’яне.</w:t>
      </w:r>
    </w:p>
    <w:p>
      <w:r>
        <w:br/>
        <w:t>І темне місячне ядро з твердої шкаралущі&lt;br /&gt;</w:t>
        <w:br/>
        <w:t>вилускують долоні тиші, що усе загорнуть.&lt;br /&gt;</w:t>
        <w:br/>
        <w:t>Дівчат кирпатий янгол рає, й час статуї кришить,&lt;br /&gt;</w:t>
        <w:br/>
        <w:t>лиш труби мегафонів сяють, мов тюльпани чорні.</w:t>
      </w:r>
    </w:p>
    <w:p>
      <w:r>
        <w:br/>
        <w:t>4 січня 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Дно тиші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