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Доброго ранку</w:t>
      </w:r>
    </w:p>
    <w:p>
      <w:r>
        <w:br/>
        <w:t xml:space="preserve"> &lt;strong&gt;Подається російською мовою&lt;/strong&gt;</w:t>
      </w:r>
    </w:p>
    <w:p>
      <w:r>
        <w:br/>
        <w:t>Да где же раньше были мы с тобой?&lt;br /&gt;</w:t>
        <w:br/>
        <w:t>Сосали грудь? Качались в колыбели?&lt;br /&gt;</w:t>
        <w:br/>
        <w:t>Или кормились кашкой луговой?&lt;br /&gt;</w:t>
        <w:br/>
        <w:t>Или, как семь сонливцев, прохрапели&lt;br /&gt;</w:t>
        <w:br/>
        <w:t>Все годы? Так! Мы спали до сих пор;&lt;br /&gt;</w:t>
        <w:br/>
        <w:t>Меж призраков любви блуждал мой взор,&lt;br /&gt;</w:t>
        <w:br/>
        <w:t>Ты снилась мне в любой из Евиных сестер.</w:t>
      </w:r>
    </w:p>
    <w:p>
      <w:r>
        <w:br/>
        <w:t>Очнулись наши души лишь теперь,&lt;br /&gt;</w:t>
        <w:br/>
        <w:t>Очнулись — и застыли в ожиданье;&lt;br /&gt;</w:t>
        <w:br/>
        <w:t>Любовь на ключ замкнула нашу дверь,&lt;br /&gt;</w:t>
        <w:br/>
        <w:t>Каморку превращая в мирозданье.&lt;br /&gt;</w:t>
        <w:br/>
        <w:t>Кто хочет, пусть плывет на край земли&lt;br /&gt;</w:t>
        <w:br/>
        <w:t>Миры златые открывать вдали —&lt;br /&gt;</w:t>
        <w:br/>
        <w:t>А мы свои миры друг в друге обрели.</w:t>
      </w:r>
    </w:p>
    <w:p>
      <w:r>
        <w:br/>
        <w:t>Два наших рассветающих лица —&lt;br /&gt;</w:t>
        <w:br/>
        <w:t>Два полушарья карты безобманной:&lt;br /&gt;</w:t>
        <w:br/>
        <w:t>Как жадно наши пылкие сердца&lt;br /&gt;</w:t>
        <w:br/>
        <w:t>Влекутся в эти радостные страны!&lt;br /&gt;</w:t>
        <w:br/>
        <w:t>Есть смеси, что на смерть обречены,&lt;br /&gt;</w:t>
        <w:br/>
        <w:t>Но если наши две любви равны,&lt;br /&gt;</w:t>
        <w:br/>
        <w:t>Ни убыль им вовек, ни гибель не страшны.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Доброго ранку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