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Додому!</w:t>
      </w:r>
    </w:p>
    <w:p>
      <w:r>
        <w:br/>
        <w:t xml:space="preserve"> Володимир Маяковський&lt;br /&gt;</w:t>
        <w:br/>
        <w:t>Додому!</w:t>
      </w:r>
    </w:p>
    <w:p>
      <w:r>
        <w:br/>
        <w:t>Перекладач: Микола Бажан</w:t>
      </w:r>
    </w:p>
    <w:p>
      <w:r>
        <w:br/>
        <w:t>Утікайте, мислі, в даль помчавши!&lt;br /&gt;</w:t>
        <w:br/>
        <w:t>Обіймись,&lt;br /&gt;</w:t>
        <w:br/>
        <w:t>душі і моря плин.&lt;br /&gt;</w:t>
        <w:br/>
        <w:t>Той,&lt;br /&gt;</w:t>
        <w:br/>
        <w:t>кому&lt;br /&gt;</w:t>
        <w:br/>
        <w:t>все ясно завше,-&lt;br /&gt;</w:t>
        <w:br/>
        <w:t>чи&lt;br /&gt;</w:t>
        <w:br/>
        <w:t>не просто&lt;br /&gt;</w:t>
        <w:br/>
        <w:t>дурень&lt;br /&gt;</w:t>
        <w:br/>
        <w:t>він?&lt;br /&gt;</w:t>
        <w:br/>
        <w:t>Я в каюті&lt;br /&gt;</w:t>
        <w:br/>
        <w:t>найгіршій з усіх —&lt;br /&gt;</w:t>
        <w:br/>
        <w:t>всю ніч наді мною&lt;br /&gt;</w:t>
        <w:br/>
        <w:t>тупоти ніг.&lt;br /&gt;</w:t>
        <w:br/>
        <w:t>Всю ніч&lt;br /&gt;</w:t>
        <w:br/>
        <w:t>об стелю&lt;br /&gt;</w:t>
        <w:br/>
        <w:t>танок молотив,&lt;br /&gt;</w:t>
        <w:br/>
        <w:t>всю ніч&lt;br /&gt;</w:t>
        <w:br/>
        <w:t>стогнав&lt;br /&gt;</w:t>
        <w:br/>
        <w:t>надокучний мотив:&lt;br /&gt;</w:t>
        <w:br/>
        <w:t>"Маркіто,&lt;br /&gt;</w:t>
        <w:br/>
        <w:t>Маркіто,&lt;br /&gt;</w:t>
        <w:br/>
        <w:t>створіння чудне,&lt;br /&gt;</w:t>
        <w:br/>
        <w:t>чому ти,&lt;br /&gt;</w:t>
        <w:br/>
        <w:t>Маркіто,&lt;br /&gt;</w:t>
        <w:br/>
        <w:t>не любиш мене..."&lt;br /&gt;</w:t>
        <w:br/>
        <w:t>А нащо&lt;br /&gt;</w:t>
        <w:br/>
        <w:t>любить мене Маркіті?!&lt;br /&gt;</w:t>
        <w:br/>
        <w:t>Для неї&lt;br /&gt;</w:t>
        <w:br/>
        <w:t>не вистачить&lt;br /&gt;</w:t>
        <w:br/>
        <w:t>в мене й монет.&lt;br /&gt;</w:t>
        <w:br/>
        <w:t>Маркіту&lt;br /&gt;</w:t>
        <w:br/>
        <w:t>(моргніть лиш!)&lt;br /&gt;</w:t>
        <w:br/>
        <w:t>тієї ж МИТІ&lt;br /&gt;</w:t>
        <w:br/>
        <w:t>за сотню франків&lt;br /&gt;</w:t>
        <w:br/>
        <w:t>приведуть в кабінет.&lt;br /&gt;</w:t>
        <w:br/>
        <w:t>Невеликі гроші —&lt;br /&gt;</w:t>
        <w:br/>
        <w:t>поживи для шику —&lt;br /&gt;</w:t>
        <w:br/>
        <w:t>ні,&lt;br /&gt;</w:t>
        <w:br/>
        <w:t>інтелігенте,&lt;br /&gt;</w:t>
        <w:br/>
        <w:t>збивши чуб гидкий,&lt;br /&gt;</w:t>
        <w:br/>
        <w:t>будеш ти телющити&lt;br /&gt;</w:t>
        <w:br/>
        <w:t>швацьку їй машинку,&lt;br /&gt;</w:t>
        <w:br/>
        <w:t>що по стьожках&lt;br /&gt;</w:t>
        <w:br/>
        <w:t>строчить,&lt;br /&gt;</w:t>
        <w:br/>
        <w:t>наче шовк, рядки.&lt;br /&gt;</w:t>
        <w:br/>
        <w:t>Ідуть пролетарі&lt;br /&gt;</w:t>
        <w:br/>
        <w:t>до комунізму низом —&lt;br /&gt;</w:t>
        <w:br/>
        <w:t>низом шахт&lt;br /&gt;</w:t>
        <w:br/>
        <w:t>і нив&lt;br /&gt;</w:t>
        <w:br/>
        <w:t>ідуть, земні,-&lt;br /&gt;</w:t>
        <w:br/>
        <w:t>я ж&lt;br /&gt;</w:t>
        <w:br/>
        <w:t>з небес поезії&lt;br /&gt;</w:t>
        <w:br/>
        <w:t>зринаю в комунізм,&lt;br /&gt;</w:t>
        <w:br/>
        <w:t>бо любові&lt;br /&gt;</w:t>
        <w:br/>
        <w:t>без нього&lt;br /&gt;</w:t>
        <w:br/>
        <w:t>немає мені.&lt;br /&gt;</w:t>
        <w:br/>
        <w:t>Все одно —&lt;br /&gt;</w:t>
        <w:br/>
        <w:t>чи сам зіславсь я,&lt;br /&gt;</w:t>
        <w:br/>
        <w:t>чи хтось послав до мами&lt;br /&gt;</w:t>
        <w:br/>
        <w:t>слів ржавіє сталь,&lt;br /&gt;</w:t>
        <w:br/>
        <w:t>чорніє басу мідь.&lt;br /&gt;</w:t>
        <w:br/>
        <w:t>Нащо я&lt;br /&gt;</w:t>
        <w:br/>
        <w:t>під чужоземними дощами&lt;br /&gt;</w:t>
        <w:br/>
        <w:t>мушу мокнути,&lt;br /&gt;</w:t>
        <w:br/>
        <w:t>іржавіти&lt;br /&gt;</w:t>
        <w:br/>
        <w:t>і гнить?&lt;br /&gt;</w:t>
        <w:br/>
        <w:t>Ось лежу,&lt;br /&gt;</w:t>
        <w:br/>
        <w:t>поїхавши за води,&lt;br /&gt;</w:t>
        <w:br/>
        <w:t>свою машину&lt;br /&gt;</w:t>
        <w:br/>
        <w:t>ледве рухаючи&lt;br /&gt;</w:t>
        <w:br/>
        <w:t>лінню.&lt;br /&gt;</w:t>
        <w:br/>
        <w:t>Відчуваю&lt;br /&gt;</w:t>
        <w:br/>
        <w:t>радянським я себе&lt;br /&gt;</w:t>
        <w:br/>
        <w:t>заводом,&lt;br /&gt;</w:t>
        <w:br/>
        <w:t>що виробляє щастя поколінням.&lt;br /&gt;</w:t>
        <w:br/>
        <w:t>Не хочу,&lt;br /&gt;</w:t>
        <w:br/>
        <w:t>щоб мене, наче квітку з полян,&lt;br /&gt;</w:t>
        <w:br/>
        <w:t>рвали&lt;br /&gt;</w:t>
        <w:br/>
        <w:t>під час гуляння.&lt;br /&gt;</w:t>
        <w:br/>
        <w:t>Хочу я,&lt;br /&gt;</w:t>
        <w:br/>
        <w:t>щоб в дебатах&lt;br /&gt;</w:t>
        <w:br/>
        <w:t>пітнів Держплан,&lt;br /&gt;</w:t>
        <w:br/>
        <w:t>даючи&lt;br /&gt;</w:t>
        <w:br/>
        <w:t>мені&lt;br /&gt;</w:t>
        <w:br/>
        <w:t>річне завдання.&lt;br /&gt;</w:t>
        <w:br/>
        <w:t>Хочу я,&lt;br /&gt;</w:t>
        <w:br/>
        <w:t>щоб над думкою&lt;br /&gt;</w:t>
        <w:br/>
        <w:t>часів комісар&lt;br /&gt;</w:t>
        <w:br/>
        <w:t>із наказами нависав.&lt;br /&gt;</w:t>
        <w:br/>
        <w:t>Хочу я,&lt;br /&gt;</w:t>
        <w:br/>
        <w:t>щоб зверхставками&lt;br /&gt;</w:t>
        <w:br/>
        <w:t>спеца&lt;br /&gt;</w:t>
        <w:br/>
        <w:t>діставало&lt;br /&gt;</w:t>
        <w:br/>
        <w:t>любовище серце.&lt;br /&gt;</w:t>
        <w:br/>
        <w:t>Хочу я,&lt;br /&gt;</w:t>
        <w:br/>
        <w:t>щоби після роботи&lt;br /&gt;</w:t>
        <w:br/>
        <w:t>завком&lt;br /&gt;</w:t>
        <w:br/>
        <w:t>замикав мої губи&lt;br /&gt;</w:t>
        <w:br/>
        <w:t>замком.&lt;br /&gt;</w:t>
        <w:br/>
        <w:t>Хочу я,&lt;br /&gt;</w:t>
        <w:br/>
        <w:t>щоб з багнетом&lt;br /&gt;</w:t>
        <w:br/>
        <w:t>зрівняли перо,&lt;br /&gt;</w:t>
        <w:br/>
        <w:t>з чавуном щоб&lt;br /&gt;</w:t>
        <w:br/>
        <w:t>і з витопом сталі,&lt;br /&gt;</w:t>
        <w:br/>
        <w:t>про роботу поезій,&lt;br /&gt;</w:t>
        <w:br/>
        <w:t>від Політбюро,&lt;br /&gt;</w:t>
        <w:br/>
        <w:t>щоб виголошував&lt;br /&gt;</w:t>
        <w:br/>
        <w:t>доповідь Сталін.&lt;br /&gt;</w:t>
        <w:br/>
        <w:t>"Так, мовляв,&lt;br /&gt;</w:t>
        <w:br/>
        <w:t>так...&lt;br /&gt;</w:t>
        <w:br/>
        <w:t>до найвищих засад&lt;br /&gt;</w:t>
        <w:br/>
        <w:t>пройшли ми&lt;br /&gt;</w:t>
        <w:br/>
        <w:t>з халуп нужденних;&lt;br /&gt;</w:t>
        <w:br/>
        <w:t>розуміння поезій&lt;br /&gt;</w:t>
        <w:br/>
        <w:t>в Республіках Рад&lt;br /&gt;</w:t>
        <w:br/>
        <w:t>вище&lt;br /&gt;</w:t>
        <w:br/>
        <w:t>від норм довоєнних..."</w:t>
      </w:r>
    </w:p>
    <w:p>
      <w:r>
        <w:br/>
        <w:t>1925-1926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Додому!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