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сонети</w:t>
      </w:r>
    </w:p>
    <w:p>
      <w:r>
        <w:br/>
        <w:t xml:space="preserve"> І.</w:t>
      </w:r>
    </w:p>
    <w:p>
      <w:r>
        <w:br/>
        <w:t>Роковане повторення історій —&lt;br /&gt;</w:t>
        <w:br/>
        <w:t>Цей смертний сон, цей ренесанс лихий.&lt;br /&gt;</w:t>
        <w:br/>
        <w:t>Знов суходіл задушує в покорі&lt;br /&gt;</w:t>
        <w:br/>
        <w:t>І згубний вітер зрізує верхи.</w:t>
      </w:r>
    </w:p>
    <w:p>
      <w:r>
        <w:br/>
        <w:t>А десь дзвенять блакиттю береги,&lt;br /&gt;</w:t>
        <w:br/>
        <w:t>Зростаючи в живучому просторі&lt;br /&gt;</w:t>
        <w:br/>
        <w:t>Припливом хвиль, барвистістю факторій,&lt;br /&gt;</w:t>
        <w:br/>
        <w:t>І груди моря грають від снаги.</w:t>
      </w:r>
    </w:p>
    <w:p>
      <w:r>
        <w:br/>
        <w:t>О, цей короткий, цей кривавий рай,&lt;br /&gt;</w:t>
        <w:br/>
        <w:t>А потім знов голодний крик: карай!&lt;br /&gt;</w:t>
        <w:br/>
        <w:t>Карай і край!&lt;br /&gt;</w:t>
        <w:br/>
        <w:t>Суворий Формотворче,</w:t>
      </w:r>
    </w:p>
    <w:p>
      <w:r>
        <w:br/>
        <w:t>Кажи горбами встати цій землі, —&lt;br /&gt;</w:t>
        <w:br/>
        <w:t>Вода й вогонь хай дику плоть покорчать,&lt;br /&gt;</w:t>
        <w:br/>
        <w:t>Щоб степ узрів блакить і кораблі.</w:t>
      </w:r>
    </w:p>
    <w:p>
      <w:r>
        <w:br/>
        <w:t>26.02.1934</w:t>
      </w:r>
    </w:p>
    <w:p>
      <w:r>
        <w:br/>
        <w:t>II.</w:t>
      </w:r>
    </w:p>
    <w:p>
      <w:r>
        <w:br/>
        <w:t>Далеко кімерійські береги,&lt;br /&gt;</w:t>
        <w:br/>
        <w:t>Евксину сафірово-древні води.&lt;br /&gt;</w:t>
        <w:br/>
        <w:t>Над суходолом — сизий дим юги&lt;br /&gt;</w:t>
        <w:br/>
        <w:t>Та — часом — вихор чорної свободи.</w:t>
      </w:r>
    </w:p>
    <w:p>
      <w:r>
        <w:br/>
        <w:t>Він продзичить, нещадний і лихий,&lt;br /&gt;</w:t>
        <w:br/>
        <w:t>І знову — безрух смаглої природи.&lt;br /&gt;</w:t>
        <w:br/>
        <w:t>Лиш обрієм мандровані народи&lt;br /&gt;</w:t>
        <w:br/>
        <w:t>Пройдуть — і знов загублено шляхи.</w:t>
      </w:r>
    </w:p>
    <w:p>
      <w:r>
        <w:br/>
        <w:t>Коли ж скінчиться вічний суходіл&lt;br /&gt;</w:t>
        <w:br/>
        <w:t>Для бездорожжям виснажених тіл?&lt;br /&gt;</w:t>
        <w:br/>
        <w:t>Коли ж земля, безвладна і заклята,&lt;br /&gt;</w:t>
        <w:br/>
        <w:t>Обірветься урвищем гострих скель</w:t>
      </w:r>
    </w:p>
    <w:p>
      <w:r>
        <w:br/>
        <w:t>І привітає хвилі й корабель,&lt;br /&gt;</w:t>
        <w:br/>
        <w:t>Фаланга спраглим окликом: thalatta.</w:t>
      </w:r>
    </w:p>
    <w:p>
      <w:r>
        <w:br/>
        <w:t>22.02.1935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