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 да сокири</w:t>
      </w:r>
    </w:p>
    <w:p>
      <w:r>
        <w:br/>
        <w:t xml:space="preserve"> По Гаю темному туга велика ходить:&lt;br /&gt;</w:t>
        <w:br/>
        <w:t>Сокири й Топори затіяли войну,&lt;br /&gt;</w:t>
        <w:br/>
        <w:t>Гай хочуть сплюндрувать і пущі всі пошкодить;&lt;br /&gt;</w:t>
        <w:br/>
        <w:t>Война ся навела на дерево суму;&lt;br /&gt;</w:t>
        <w:br/>
        <w:t>Дуби задумались, осики затремтіли,&lt;br /&gt;</w:t>
        <w:br/>
        <w:t>І клен гнучкий, і в’яз із лиха вниз нагнувсь.&lt;br /&gt;</w:t>
        <w:br/>
        <w:t>Аж ось Сокири вже в Гаю забрязкотіли,&lt;br /&gt;</w:t>
        <w:br/>
        <w:t>І дуб найстарший усміхнувсь.&lt;br /&gt;</w:t>
        <w:br/>
        <w:t>"Не бійтесь! — він гукнув.— Того я і жахався,&lt;br /&gt;</w:t>
        <w:br/>
        <w:t>Як з топорищами сі навісні прийдуть,&lt;br /&gt;</w:t>
        <w:br/>
        <w:t>Аж дерев’яний рід заліза одцурався!&lt;br /&gt;</w:t>
        <w:br/>
        <w:t>Без дерева вони самі нас да не втнуть,&lt;br /&gt;</w:t>
        <w:br/>
        <w:t>От-то було б... але — нехай йому абищо,&lt;br /&gt;</w:t>
        <w:br/>
        <w:t>Якби з Сокирами прийшли і Топорища,&lt;br /&gt;</w:t>
        <w:br/>
        <w:t>Тоді-то був би нам капут".&lt;br /&gt;</w:t>
        <w:br/>
        <w:t>І справді, скілько тут Сокири не бряжчали,&lt;br /&gt;</w:t>
        <w:br/>
        <w:t>Ні дубчика, ні липки не стяли&lt;br /&gt;</w:t>
        <w:br/>
        <w:t>І тільки де-не-де що кору пописали&lt;br /&gt;</w:t>
        <w:br/>
        <w:t>Да і додому з тим пішли.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 да сокири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