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Гаманець</w:t>
      </w:r>
    </w:p>
    <w:p>
      <w:r>
        <w:br/>
        <w:t xml:space="preserve"> &lt;p&gt;I</w:t>
      </w:r>
    </w:p>
    <w:p>
      <w:r>
        <w:br/>
        <w:t>— Віддай! Ну, Птичкін, оддай!</w:t>
      </w:r>
    </w:p>
    <w:p>
      <w:r>
        <w:br/>
        <w:t>Маленький, нашорошений, як розгніване кошеня, Вітя Непосида аж спітнів, намагаючись наздогнати Птичкіна.</w:t>
      </w:r>
    </w:p>
    <w:p>
      <w:r>
        <w:br/>
        <w:t>А Птичкін, голосно сміючись, невтомно бігав по подвір'ю, на мить спинявся, підкидаючи в долонях новенький шкіряний гаманець, і гукав:</w:t>
      </w:r>
    </w:p>
    <w:p>
      <w:r>
        <w:br/>
        <w:t>— А ти наздожени — я й віддам! — і знову кидався бігти.</w:t>
      </w:r>
    </w:p>
    <w:p>
      <w:r>
        <w:br/>
        <w:t>— Ну, Птичкін, одда-ай, Птичкін, тебе ж як людину просять, а ти...</w:t>
      </w:r>
    </w:p>
    <w:p>
      <w:r>
        <w:br/>
        <w:t>Від безсилля і образи у Вітьчиному голосі щось ніби тріснуло, і хлопець мимоволі схлипнув.</w:t>
      </w:r>
    </w:p>
    <w:p>
      <w:r>
        <w:br/>
        <w:t>— М-мумочка! — насмішкувато процідив Птичкін.— Чом же ти такий слабенький вродився? Ну, на, бери вже, бери!</w:t>
      </w:r>
    </w:p>
    <w:p>
      <w:r>
        <w:br/>
        <w:t>Птичкін простягнув до Вітьки руку, але тільки-но той підійшов, Птичкін підкинув гаманець високо вгору:</w:t>
      </w:r>
    </w:p>
    <w:p>
      <w:r>
        <w:br/>
        <w:t>— Ха-ха-ха! Полетів твій гаманець, крильця в нього виросли!</w:t>
      </w:r>
    </w:p>
    <w:p>
      <w:r>
        <w:br/>
        <w:t>Вітя мовчки підняв з землі забруднений гаманець:</w:t>
      </w:r>
    </w:p>
    <w:p>
      <w:r>
        <w:br/>
        <w:t>— Собака ти, Птичкін, от ти хто!</w:t>
      </w:r>
    </w:p>
    <w:p>
      <w:r>
        <w:br/>
        <w:t>— Ну, ну! — обурився Птичкін.— Спробуй повтори — будеш зуби збирати!</w:t>
      </w:r>
    </w:p>
    <w:p>
      <w:r>
        <w:br/>
        <w:t>— А ти... ти... От я на тебе Акбара випущу, тоді побачимо, хто зуби збиратиме! — і Вітька звитяжно засміявся, уявивши, як Птичкін тікатиме від Акбара.</w:t>
      </w:r>
    </w:p>
    <w:p>
      <w:r>
        <w:br/>
        <w:t>— Ану тебе! — раптом втратив Птичкін інтерес до Віті і пішов геть, насвистуючи якусь веселу пісеньку. Птичкін завжди тільки свистів, бо слів не вмів запам'ятати. Та йому цього й не хотілось. Досить уже того, що доводилося зубрити напам'ять вірші, англійські слова й історичні дати.</w:t>
      </w:r>
    </w:p>
    <w:p>
      <w:r>
        <w:br/>
        <w:t>Історичні дати — це було найгірше. Птичкін сидів за столом, підібгавши під себе ліву ногу, і важко ворушив губами:</w:t>
      </w:r>
    </w:p>
    <w:p>
      <w:r>
        <w:br/>
        <w:t>— Договір Олега з греками був... договір Олега з греками був...</w:t>
      </w:r>
    </w:p>
    <w:p>
      <w:r>
        <w:br/>
        <w:t>Він сам від себе закрив долонею сторінку в підручнику і щосили намагався пригадати, коли все ж таки був договір Олега з греками.</w:t>
      </w:r>
    </w:p>
    <w:p>
      <w:r>
        <w:br/>
        <w:t>Птичкін уявляв князя в шоломі і греків, страшенно схожих на тих, що їх бачив він у фільмі про Одіссея, вони, звичайно, як Одіссей, намагалися схитрувати, але Олег розумів їхні хитрощі і суворо дивився на греків з-під важкого шолома. Це було давно, страшенно давно, але коли саме, Птичкін не міг пригадати.</w:t>
      </w:r>
    </w:p>
    <w:p>
      <w:r>
        <w:br/>
        <w:t>— Ех,— зітхнув хлопець,— дірява голова!</w:t>
      </w:r>
    </w:p>
    <w:p>
      <w:r>
        <w:br/>
        <w:t>Він поволі, ніби боячись, що хтось зловить його на цьому вчинку, зсунув з книжки руку:</w:t>
      </w:r>
    </w:p>
    <w:p>
      <w:r>
        <w:br/>
        <w:t>— У 911... 911... 911...</w:t>
      </w:r>
    </w:p>
    <w:p>
      <w:r>
        <w:br/>
        <w:t>З кухні в кімнату ввійшла мама.</w:t>
      </w:r>
    </w:p>
    <w:p>
      <w:r>
        <w:br/>
        <w:t>— Винеси сміття, Шурко, і будемо вечеряти.</w:t>
      </w:r>
    </w:p>
    <w:p>
      <w:r>
        <w:br/>
        <w:t>Шурко невдоволено промимрив щось, сповз із стільця і рушив виконувати мамине прохання. Перед вхідними дверима він побачив маму Непосиди. Мама Непосиди не була схожа на себе. Обличчя її витягнулось, якось навіть перекосилось, аж Шурко зачудовано хмикнув.</w:t>
      </w:r>
    </w:p>
    <w:p>
      <w:r>
        <w:br/>
        <w:t>— А, ти вдома! — голосно сказала вона.— А мама твоя е?</w:t>
      </w:r>
    </w:p>
    <w:p>
      <w:r>
        <w:br/>
        <w:t>— Є,— сказав Птичкін.— Ми зараз будемо вечеряти.</w:t>
      </w:r>
    </w:p>
    <w:p>
      <w:r>
        <w:br/>
        <w:t>— Мене зовсім не цікавить, чим ви збираєтесь займатись! — вибухнула Вітьчина мама.— Поверни негайно гроші! Куди ти їх подів?</w:t>
      </w:r>
    </w:p>
    <w:p>
      <w:r>
        <w:br/>
        <w:t>З-за Шуркового плеча виглянула мама. Вона була маленька, ще трохи — і Шурко стане вищий за неї, ніби він дорослий, а вона школярка.</w:t>
      </w:r>
    </w:p>
    <w:p>
      <w:r>
        <w:br/>
        <w:t>— Зайдіть, будь ласка, до кімнати,— попросила мама своїм звичайним тихим голосом.— Які гроші? Про що тут мова?</w:t>
      </w:r>
    </w:p>
    <w:p>
      <w:r>
        <w:br/>
        <w:t>— У гаманці були гроші. І вони зникли. Три карбованці. Де ти їх подів, хулігане?</w:t>
      </w:r>
    </w:p>
    <w:p>
      <w:r>
        <w:br/>
        <w:t>Шурко. мовчав. Така вже в нього була звичка: мовчати, коли дорослі кричать.</w:t>
      </w:r>
    </w:p>
    <w:p>
      <w:r>
        <w:br/>
        <w:t>— Поясніть, будь ласка,— ще тихіше попросила мама.— Я нічого не можу зрозуміти.</w:t>
      </w:r>
    </w:p>
    <w:p>
      <w:r>
        <w:br/>
        <w:t>— Що тут розуміти! Вітя взяв гаманець, новенький гаманець, такий, знаєте, кашкетик, він хотів показати хлопцям цей гаманець, а ваш син відібрав од нього гаманець, силоміць відняв, а коли віддав, то грошей там не було.</w:t>
      </w:r>
    </w:p>
    <w:p>
      <w:r>
        <w:br/>
        <w:t>— Добре,—ледь чутно мовила мама, і на щоках її виступили дві круглі рожеві плями,— я поговорю з своїм сином, і... І якщо він узяв ці гроші, то він сьогодні ж їх вам поверне.</w:t>
      </w:r>
    </w:p>
    <w:p>
      <w:r>
        <w:br/>
        <w:t>— Ну от,— замкнувши двері, мовила мама,— спершу були розбиті вікна, бійки з хлопчаками, вибух у класі і ще багато іншого... А тепер — гроші... Вкрадені гроші! Піди знайди їх і віднеси, чуєш?</w:t>
      </w:r>
    </w:p>
    <w:p>
      <w:r>
        <w:br/>
        <w:t>— Я не брав! — похмуро, не дивлячись на матір, відповів Птичкін.— Щоб мені здохнути, коли я їх брав! Звідки я знаю, де вони!</w:t>
      </w:r>
    </w:p>
    <w:p>
      <w:r>
        <w:br/>
        <w:t>Мама не запитала, де він вчиться так говорити: щоб мені здохнути! — вона тільки зітхнула:</w:t>
      </w:r>
    </w:p>
    <w:p>
      <w:r>
        <w:br/>
        <w:t>— Спробуй все-таки знайти.</w:t>
      </w:r>
    </w:p>
    <w:p>
      <w:r>
        <w:br/>
        <w:t>А потім відвернулася, зітерла з брови щось невидиме і пішла знову на кухню. Звідти смачно пахло підсмаженою картоплею і салом, але Шурко не пішов вечеряти. Він сів на стілець і вперто, до скрипу, зціпив зуби.</w:t>
      </w:r>
    </w:p>
    <w:p>
      <w:r>
        <w:br/>
        <w:t>— Договір Олега з греками був підписаний 911 року,— голосно сказав Шурко і ще раз зціпив зуби.</w:t>
      </w:r>
    </w:p>
    <w:p>
      <w:r>
        <w:br/>
        <w:t>II</w:t>
      </w:r>
    </w:p>
    <w:p>
      <w:r>
        <w:br/>
        <w:t>Ще не стемніло, а всі хлопці в дворі вже знали про пригоду з гаманцем.</w:t>
      </w:r>
    </w:p>
    <w:p>
      <w:r>
        <w:br/>
        <w:t>— Ой ти ж! — сказав, присвиснувши, Олег.— І ти навіть не запримітив, як він їх звідти витяг? Ну й спритний Птичкін!</w:t>
      </w:r>
    </w:p>
    <w:p>
      <w:r>
        <w:br/>
        <w:t>— Це він двадцять разів зможе подивитись "Чапаєва"! — позаздрив Мишко.</w:t>
      </w:r>
    </w:p>
    <w:p>
      <w:r>
        <w:br/>
        <w:t>— Дурні! — розсердився на них Марко.— Тут крадіжка, а вони про кіно!</w:t>
      </w:r>
    </w:p>
    <w:p>
      <w:r>
        <w:br/>
        <w:t>Тільки Санько мовчав. Він стояв, заклавши руки в кишені, й уважно дивився на Вітьку. Так уважно, ніби ніколи досі не бачив плосконосого Вітьчиного обличчя.</w:t>
      </w:r>
    </w:p>
    <w:p>
      <w:r>
        <w:br/>
        <w:t>Вітька сидів на лавці, біля його ніг лежав Акбар, поклавши на широкі лапи велику квадратну голову. Акбар мав три золоті медалі, і Вітька пишався ними, ніби це йому дали на виставці медаль, а но псу Акбару.</w:t>
      </w:r>
    </w:p>
    <w:p>
      <w:r>
        <w:br/>
        <w:t>— А нащо ти брав з дому гаманець? — раптом запитав Санько.</w:t>
      </w:r>
    </w:p>
    <w:p>
      <w:r>
        <w:br/>
        <w:t>— Чого ти причепився? — спалахнув раптом Вітя.— Я ж усе розповідав...</w:t>
      </w:r>
    </w:p>
    <w:p>
      <w:r>
        <w:br/>
        <w:t>— Того я причепився, що ти брешет! Не брав Птичкін у тебе грошей, нащо йому твої погані гроші з твого поганого гаманця!</w:t>
      </w:r>
    </w:p>
    <w:p>
      <w:r>
        <w:br/>
        <w:t>— Дурень! — тоненько скрикнув Вітя.— То я що ж, по-твоєму, сам у себе гроші вкрав?</w:t>
      </w:r>
    </w:p>
    <w:p>
      <w:r>
        <w:br/>
        <w:t>— Не знаю, де гроші поділись, та тільки не міг їх Птичкін узяти!</w:t>
      </w:r>
    </w:p>
    <w:p>
      <w:r>
        <w:br/>
        <w:t>Птичкін дивився на них крізь вікно на третьому поверсі і здогадувався, що говорять про гаманець. На столі лежала розгорнута книжка, на все життя, мабуть, затямив Птичкін, що договір Олега з греками був підписаний 911 року, але нічого більше не лізло в голову.</w:t>
      </w:r>
    </w:p>
    <w:p>
      <w:r>
        <w:br/>
        <w:t>Птичкін почухав потилицю, подумав, ще раз почухав потилицю, щось сказав сам до себе, а потім відчинив шафу і витяг коробку від черевиків, де лежали всякі його скарби: старий складаний ножик, цвяхи, шматок пемзи, крейда, якісь залізячки і клешня краба. Шурко понишпорив у коробці, витяг щось і заховав до кишені. А потім вийшов з кімнати, тихо відчинив вхідні двері і пішов униз, на другий поверх, де жив Вітя, його батьки і пес Акбар.</w:t>
      </w:r>
    </w:p>
    <w:p>
      <w:r>
        <w:br/>
        <w:t>— Хто там?</w:t>
      </w:r>
    </w:p>
    <w:p>
      <w:r>
        <w:br/>
        <w:t>— Я. Птичкін Шура.</w:t>
      </w:r>
    </w:p>
    <w:p>
      <w:r>
        <w:br/>
        <w:t>— Ну? Знайшов гроші? — Вітьчина мама стояла на порозі, а Шурко напроти неї.</w:t>
      </w:r>
    </w:p>
    <w:p>
      <w:r>
        <w:br/>
        <w:t>— Ага. Знайшов,— і Шурко простягнув їй маленький пакуночок.</w:t>
      </w:r>
    </w:p>
    <w:p>
      <w:r>
        <w:br/>
        <w:t>Вітьчина мама підозріло подивилась на Шурка:</w:t>
      </w:r>
    </w:p>
    <w:p>
      <w:r>
        <w:br/>
        <w:t>— Всі тут?</w:t>
      </w:r>
    </w:p>
    <w:p>
      <w:r>
        <w:br/>
        <w:t>Але Птичкін не відповів. Він присвиснув, сів на поруччя і вітром сковзнув униз.</w:t>
      </w:r>
    </w:p>
    <w:p>
      <w:r>
        <w:br/>
        <w:t>— Все! — гукнув Шурко у двір, не наближаючись до гурту.— Можеш заспокоїтись: я вже віддав твоїй мамі гроші!</w:t>
      </w:r>
    </w:p>
    <w:p>
      <w:r>
        <w:br/>
        <w:t>— Що, Санько, дарма старався? — зловтішно усміхнувся Вітя.</w:t>
      </w:r>
    </w:p>
    <w:p>
      <w:r>
        <w:br/>
        <w:t>— Лопух ти,— процідив Санько.</w:t>
      </w:r>
    </w:p>
    <w:p>
      <w:r>
        <w:br/>
        <w:t>III</w:t>
      </w:r>
    </w:p>
    <w:p>
      <w:r>
        <w:br/>
        <w:t>Через тиждень, здавалося, ніхто вже й не пам'ятав про цю історію. Привітно всміхалася Шурковій мамі при зустрічі мама Віті, а Шуркова їй у відповідь ввічливо бажала доброго дня. Хлопці в дворі грали в м'яча і в хокей на траві, використовуючи замість шайби консервні бляшанки, і охоче погоджувалися прогулятись із медалістом Акбаром уздовж вулиці. Тоді на них заздро дивились усі перехожі дітлахи. А Акбар гордо подзвонював медалями і ні на кого не звертав уваги.</w:t>
      </w:r>
    </w:p>
    <w:p>
      <w:r>
        <w:br/>
        <w:t>І сам Шурко ніби все забув. Тільки ходив якийсь трохи похмурий, тихий і вже не намагався робити хімічні досліди з сірниками у класі. Мама відгортала з-над його лоба густий чуб і казала:</w:t>
      </w:r>
    </w:p>
    <w:p>
      <w:r>
        <w:br/>
        <w:t>— Постригти тебе треба... Ти чому такий тихий?</w:t>
      </w:r>
    </w:p>
    <w:p>
      <w:r>
        <w:br/>
        <w:t>— Сам не знаю. Я нормальний,— відповідав Шурко, обережно намагаючись відсторонитись од матері.</w:t>
      </w:r>
    </w:p>
    <w:p>
      <w:r>
        <w:br/>
        <w:t>І раптом історія з гаманцем знову втілила, як тріска з виру.</w:t>
      </w:r>
    </w:p>
    <w:p>
      <w:r>
        <w:br/>
        <w:t>Вітя Непосида програв Санькові порцію морозива: він сказав, що зможе стрибнути з парашутом з витки в міському парку, але, звичайно, не стрибнув — в останню мить виявилося, що він сьогодні не у формі,— і хотів перенести стрибок на інший день, але Санько не погоджувався, і Вітя, зітхаючи і скаржачись: "Хіба ж ти людина? Тебе ж просять, а ти..." — почав вивертати кишені. Морозиво мусило бути велике, в шоколаді, "ленінградське ескімо", на це треба було двадцять дві копійки, а у Вітьки було тільки п'ять.</w:t>
      </w:r>
    </w:p>
    <w:p>
      <w:r>
        <w:br/>
        <w:t>Тоді Санько порадив:</w:t>
      </w:r>
    </w:p>
    <w:p>
      <w:r>
        <w:br/>
        <w:t>— А ти в підкладці пошукай! В кишені ж дірка, правда? У мене завжди все в підкладці!</w:t>
      </w:r>
    </w:p>
    <w:p>
      <w:r>
        <w:br/>
        <w:t>Вітька поворушив рукою під підкладкою, а потім витяг руку, розтулив долоню — на долоні лежали гроші, три карбованці, новенькі, тільки ледь зім'яті три карбованці.</w:t>
      </w:r>
    </w:p>
    <w:p>
      <w:r>
        <w:br/>
        <w:t>— 3... з... з... відки вони? — пробурмотів Вітька і раптом зблід.</w:t>
      </w:r>
    </w:p>
    <w:p>
      <w:r>
        <w:br/>
        <w:t>Санько опам'ятався перший:</w:t>
      </w:r>
    </w:p>
    <w:p>
      <w:r>
        <w:br/>
        <w:t>— Ось! Ось тобі гроші! Ті самі, що Шурко... що тоді пропали!</w:t>
      </w:r>
    </w:p>
    <w:p>
      <w:r>
        <w:br/>
        <w:t>Він вхопив Вітьку за барки:</w:t>
      </w:r>
    </w:p>
    <w:p>
      <w:r>
        <w:br/>
        <w:t>— Ну. ти, тепер тобі ясно?</w:t>
      </w:r>
    </w:p>
    <w:p>
      <w:r>
        <w:br/>
        <w:t>Вітька спробував захиститись:</w:t>
      </w:r>
    </w:p>
    <w:p>
      <w:r>
        <w:br/>
        <w:t>— А ти доведи, що це ті ж! А може, це інші, може, це зовсім інші!</w:t>
      </w:r>
    </w:p>
    <w:p>
      <w:r>
        <w:br/>
        <w:t>— Ще чого! Буду я доводити! Сам знаєш, що ті, сам же знаєш! Випали тоді з гаманця — і все!</w:t>
      </w:r>
    </w:p>
    <w:p>
      <w:r>
        <w:br/>
        <w:t>— Ага, а які ж тоді він віддав мамі? Які? А, не знаєш? Значить, це не ті! — упирався Вітя.</w:t>
      </w:r>
    </w:p>
    <w:p>
      <w:r>
        <w:br/>
        <w:t>— Ну, годі вже тобі! Крутишся, як лисячий хвіст!— Санько за звичкою, від якої його ніяк не могла відучити мама, сплюнув.— Неси гроті! Птичкіну!</w:t>
      </w:r>
    </w:p>
    <w:p>
      <w:r>
        <w:br/>
        <w:t>Вітька похмуро дивився в землю і раптом запобігливо всміхнувся:</w:t>
      </w:r>
    </w:p>
    <w:p>
      <w:r>
        <w:br/>
        <w:t>— Саню, Санько, а... а... нащо Птичкіну? Все одно Птичкін віддав — і все. А ми б морозива, Сань? Ніхто ж не взнає, Са-а-а...</w:t>
      </w:r>
    </w:p>
    <w:p>
      <w:r>
        <w:br/>
        <w:t>— У-у, ти! — Санько гидливо скривився, немов розчавив гусінь пальцем.— У! Вбити тебе мало!</w:t>
      </w:r>
    </w:p>
    <w:p>
      <w:r>
        <w:br/>
        <w:t>— Не чіпай! Не чіпай мене! Я мамі... Я Акбара! — заверещав Вітька і кинувся щосили навтьоки, через щойно скопані клумби і вогкі доріжки парку.</w:t>
      </w:r>
    </w:p>
    <w:p>
      <w:r>
        <w:br/>
        <w:t>Світ для Вітьки потьмарився, ніби його примусили дивитися крізь задимлене скло. А що, коли Санько скаже Шуркові? Ну звичайно, скаже! Треба віддати... Тільки не зараз. Завтра вранці. Тільки не зараз... А що, коли Санько піде до його, Вітьчиної, мами? Ні, не піде! А що, коли ніде?</w:t>
      </w:r>
    </w:p>
    <w:p>
      <w:r>
        <w:br/>
        <w:t>— Морозиво, морозиво! Ескімо, шоколадне, пломбір! — співучим голосом вабила дівчина в білому халаті.— Морозиво!</w:t>
      </w:r>
    </w:p>
    <w:p>
      <w:r>
        <w:br/>
        <w:t>Вітька — ніби смола під ногами — не міг зрушити з місця. Одну порцію, ну що тут такого, тільки одну порцію. І яке їм усім діло? Подумаєш, тільки одну порцію. Долоня Вітьчина спітніла, як у спеку. Він уже зробив крок до продавщиці, але раптом у його вухах зазвучало Санькове:</w:t>
      </w:r>
    </w:p>
    <w:p>
      <w:r>
        <w:br/>
        <w:t>— У-у-У, ти! — і він знову кинувся бігти, немовби й справді Санько переслідував його по п'ятах.</w:t>
      </w:r>
    </w:p>
    <w:p>
      <w:r>
        <w:br/>
        <w:t>IV</w:t>
      </w:r>
    </w:p>
    <w:p>
      <w:r>
        <w:br/>
        <w:t>— Птичкін, чуєш, Птичкін?</w:t>
      </w:r>
    </w:p>
    <w:p>
      <w:r>
        <w:br/>
        <w:t>— Чого тобі? — Шурко подивився на Вітю, як на надокучливу муху.</w:t>
      </w:r>
    </w:p>
    <w:p>
      <w:r>
        <w:br/>
        <w:t>Полохливо озираючись і тягнучи за собою Акбара,— з Акбаром він почував себе трохи певніше,— Вітька зашепотів:</w:t>
      </w:r>
    </w:p>
    <w:p>
      <w:r>
        <w:br/>
        <w:t>— Птичкін, ходи сюди.</w:t>
      </w:r>
    </w:p>
    <w:p>
      <w:r>
        <w:br/>
        <w:t>— А!</w:t>
      </w:r>
    </w:p>
    <w:p>
      <w:r>
        <w:br/>
        <w:t>— Птичкін, чекай! Ну, тебе ж як людину просять. На, візьми. Це... це... ті... ти ж свої віддав, Птичкін, правда? А це... Вони в підкладці були. Знайшлись. На, Птичкін!</w:t>
      </w:r>
    </w:p>
    <w:p>
      <w:r>
        <w:br/>
        <w:t>Гроші були зім'яті, якісь липкі, вогкі, і Шуркові раптом не схотілося їх брати.</w:t>
      </w:r>
    </w:p>
    <w:p>
      <w:r>
        <w:br/>
        <w:t>— А! Котись ти! — вицідив Шурко і пішов геть.</w:t>
      </w:r>
    </w:p>
    <w:p>
      <w:r>
        <w:br/>
        <w:t>Вітька злякався: як же це, як? Санько ж нізащо не</w:t>
      </w:r>
    </w:p>
    <w:p>
      <w:r>
        <w:br/>
        <w:t>повірить, що Птичкін сам не схотів брати.</w:t>
      </w:r>
    </w:p>
    <w:p>
      <w:r>
        <w:br/>
        <w:t>— Ні, не йди! Стій! Птичкін, мене Санько вб'є, якщо я не віддам! Він сказав... Він ще тоді сказав, що ти не брав, візьми, Птичкін! — Вітька скрпвпвся, його м'які губи ніби розпливлись по обличчю.— Візьми, тільки ти— мамі моїй, Птичкін, не розповідай, Птичкін, мамі моїй...</w:t>
      </w:r>
    </w:p>
    <w:p>
      <w:r>
        <w:br/>
        <w:t>— Що? — Шурко дивився на Вітьку, ніби той був вісником щастя:—Ти це правду — про Санька? Він так і казав, що я не брав, правда? А звідки він знав?</w:t>
      </w:r>
    </w:p>
    <w:p>
      <w:r>
        <w:br/>
        <w:t>— Правда. Сам від себе... Тільки ти мамі моїй...</w:t>
      </w:r>
    </w:p>
    <w:p>
      <w:r>
        <w:br/>
        <w:t>Але Птичкін не слухав його. Насвистуючи неймовірно веселу мелодію, він рушив кудись із двору.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Гаманець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