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ті на мітлі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ті на міт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