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Грiє сонечко!..</w:t>
      </w:r>
    </w:p>
    <w:p>
      <w:r>
        <w:br/>
        <w:t xml:space="preserve"> Грiє сонечко!&lt;br /&gt;</w:t>
        <w:br/>
        <w:t>Усмiхається небо яснеє,&lt;br /&gt;</w:t>
        <w:br/>
        <w:t>Дзвонить пiсеньку жайвороночок,&lt;br /&gt;</w:t>
        <w:br/>
        <w:t>Затонувши десь в безднi-глубiнi&lt;br /&gt;</w:t>
        <w:br/>
        <w:t>Кришталевого океану...</w:t>
      </w:r>
    </w:p>
    <w:p>
      <w:r>
        <w:br/>
        <w:t>Встань,&lt;br /&gt;</w:t>
        <w:br/>
        <w:t>Встань, орачу! Вже прогули вiтри,&lt;br /&gt;</w:t>
        <w:br/>
        <w:t>Проскрипiв мороз, вже пройшла зима!&lt;br /&gt;</w:t>
        <w:br/>
        <w:t>Любо дихає воздух леготом;&lt;br /&gt;</w:t>
        <w:br/>
        <w:t>Мов у дiвчини, що з сну будиться,&lt;br /&gt;</w:t>
        <w:br/>
        <w:t>В грудi радiсно б'єсь здоровая&lt;br /&gt;</w:t>
        <w:br/>
        <w:t>Молодая кров,&lt;br /&gt;</w:t>
        <w:br/>
        <w:t>Так i грудь землi диха-двигаєсь&lt;br /&gt;</w:t>
        <w:br/>
        <w:t>Силов дивною, оживущою.</w:t>
      </w:r>
    </w:p>
    <w:p>
      <w:r>
        <w:br/>
        <w:t>Встань, орачу, встань!&lt;br /&gt;</w:t>
        <w:br/>
        <w:t>Сiй в щасливий час золоте зерно!&lt;br /&gt;</w:t>
        <w:br/>
        <w:t>З трепетом любвi мати щирая&lt;br /&gt;</w:t>
        <w:br/>
        <w:t>Обiйме його,&lt;br /&gt;</w:t>
        <w:br/>
        <w:t>Кров'ю теплою накормить його,&lt;br /&gt;</w:t>
        <w:br/>
        <w:t>Обережливо виростить його.</w:t>
      </w:r>
    </w:p>
    <w:p>
      <w:r>
        <w:br/>
        <w:t>Гей, брати! В кого серце чистеє,&lt;br /&gt;</w:t>
        <w:br/>
        <w:t>Руки сильнiї, думка чесная,-&lt;br /&gt;</w:t>
        <w:br/>
        <w:t>Прокидайтеся!&lt;br /&gt;</w:t>
        <w:br/>
        <w:t>Встаньте, слухайте всемогущого&lt;br /&gt;</w:t>
        <w:br/>
        <w:t>Поклику весни!&lt;br /&gt;</w:t>
        <w:br/>
        <w:t>Сiйте в головах думи вольнiї,&lt;br /&gt;</w:t>
        <w:br/>
        <w:t>В серцях жадобу братолюбiя,&lt;br /&gt;</w:t>
        <w:br/>
        <w:t>В грудях смiливiсть до великого</w:t>
      </w:r>
    </w:p>
    <w:p>
      <w:r>
        <w:br/>
        <w:t>Бою за добро, щастя й волю всiх!&lt;br /&gt;</w:t>
        <w:br/>
        <w:t>Сiйте! На пухку, на живу рiллю&lt;br /&gt;</w:t>
        <w:br/>
        <w:t>Впадуть сiмена думки вашої!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Грiє сонечко!..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