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І виріс я на чужині...</w:t>
      </w:r>
    </w:p>
    <w:p>
      <w:r>
        <w:br/>
        <w:t xml:space="preserve"> І виріс я на чужині&lt;br /&gt;</w:t>
        <w:br/>
        <w:t>І сивію в чужому краї:&lt;br /&gt;</w:t>
        <w:br/>
        <w:t>То одинокому мені&lt;br /&gt;</w:t>
        <w:br/>
        <w:t>Здається — кращого немає&lt;br /&gt;</w:t>
        <w:br/>
        <w:t>Нічого в бога, як Дніпро&lt;br /&gt;</w:t>
        <w:br/>
        <w:t>Та наша славная країна...&lt;br /&gt;</w:t>
        <w:br/>
        <w:t>Аж бачу — там тільки добро,&lt;br /&gt;</w:t>
        <w:br/>
        <w:t>Де нас нема. В лиху годину,&lt;br /&gt;</w:t>
        <w:br/>
        <w:t>Якось недавно довелось&lt;br /&gt;</w:t>
        <w:br/>
        <w:t>Мені заїхать в Україну,&lt;br /&gt;</w:t>
        <w:br/>
        <w:t>У те найкращеє село...&lt;br /&gt;</w:t>
        <w:br/>
        <w:t>У те, де мати повивала&lt;br /&gt;</w:t>
        <w:br/>
        <w:t>Мене малого і вночі&lt;br /&gt;</w:t>
        <w:br/>
        <w:t>На свічку богу заробляла;&lt;br /&gt;</w:t>
        <w:br/>
        <w:t>Поклони тяжкії б'ючи,&lt;br /&gt;</w:t>
        <w:br/>
        <w:t>Пречистій ставила, молила,&lt;br /&gt;</w:t>
        <w:br/>
        <w:t>Щоб доля добрая любила&lt;br /&gt;</w:t>
        <w:br/>
        <w:t>Її дитину... Добре, мамо,&lt;br /&gt;</w:t>
        <w:br/>
        <w:t>Що ти зараннє спать лягла,&lt;br /&gt;</w:t>
        <w:br/>
        <w:t>А то б ти бога прокляла&lt;br /&gt;</w:t>
        <w:br/>
        <w:t>За мій талан.&lt;br /&gt;</w:t>
        <w:br/>
        <w:t>Аж страх погано&lt;br /&gt;</w:t>
        <w:br/>
        <w:t>У тім хорошому селі:&lt;br /&gt;</w:t>
        <w:br/>
        <w:t>Чорніше чорної землі&lt;br /&gt;</w:t>
        <w:br/>
        <w:t>Блукають люди. Повсихали&lt;br /&gt;</w:t>
        <w:br/>
        <w:t>Сади зелені, погнили&lt;br /&gt;</w:t>
        <w:br/>
        <w:t>Біленькі хати, повалялись,&lt;br /&gt;</w:t>
        <w:br/>
        <w:t>Стави бур'яном поросли.&lt;br /&gt;</w:t>
        <w:br/>
        <w:t>Село неначе погоріло,&lt;br /&gt;</w:t>
        <w:br/>
        <w:t>Неначе люди подуріли,&lt;br /&gt;</w:t>
        <w:br/>
        <w:t>Німі на панщину ідуть&lt;br /&gt;</w:t>
        <w:br/>
        <w:t>І діточок своїх ведуть!..</w:t>
      </w:r>
    </w:p>
    <w:p>
      <w:r>
        <w:br/>
        <w:t>І я, заплакавши, назад&lt;br /&gt;</w:t>
        <w:br/>
        <w:t>Поїхав знову на чужину.</w:t>
      </w:r>
    </w:p>
    <w:p>
      <w:r>
        <w:br/>
        <w:t>І не в однім отім селі,&lt;br /&gt;</w:t>
        <w:br/>
        <w:t>А скрізь на славній Україні&lt;br /&gt;</w:t>
        <w:br/>
        <w:t>Людей у ярма запрягли&lt;br /&gt;</w:t>
        <w:br/>
        <w:t>Пани лукаві... Гинуть! Гинуть!&lt;br /&gt;</w:t>
        <w:br/>
        <w:t>У ярмах лицарські сини!&lt;br /&gt;</w:t>
        <w:br/>
        <w:t>А препоганії пани&lt;br /&gt;</w:t>
        <w:br/>
        <w:t>Жидам, братам своїм хорошим,&lt;br /&gt;</w:t>
        <w:br/>
        <w:t>Остатні продають штани...</w:t>
      </w:r>
    </w:p>
    <w:p>
      <w:r>
        <w:br/>
        <w:t>Погано дуже, страх погано&lt;br /&gt;</w:t>
        <w:br/>
        <w:t>В оцій пустині пропадать!&lt;br /&gt;</w:t>
        <w:br/>
        <w:t>А ще поганше на Украйні&lt;br /&gt;</w:t>
        <w:br/>
        <w:t>Дивитись, плакать і мовчать!</w:t>
      </w:r>
    </w:p>
    <w:p>
      <w:r>
        <w:br/>
        <w:t>А як не бачиш того лиха,&lt;br /&gt;</w:t>
        <w:br/>
        <w:t>То скрізь здається любо, тихо,&lt;br /&gt;</w:t>
        <w:br/>
        <w:t>І на Україні добро.&lt;br /&gt;</w:t>
        <w:br/>
        <w:t>Між горами старий Дніпро,&lt;br /&gt;</w:t>
        <w:br/>
        <w:t>Неначе в молоці дитина,&lt;br /&gt;</w:t>
        <w:br/>
        <w:t>Красується, любується&lt;br /&gt;</w:t>
        <w:br/>
        <w:t>На всю Україну.&lt;br /&gt;</w:t>
        <w:br/>
        <w:t>А понад ним зеленіють&lt;br /&gt;</w:t>
        <w:br/>
        <w:t>Широкії села,&lt;br /&gt;</w:t>
        <w:br/>
        <w:t>А у селах у веселих&lt;br /&gt;</w:t>
        <w:br/>
        <w:t>І люди веселі.&lt;br /&gt;</w:t>
        <w:br/>
        <w:t>Воно б, може, так і сталось,&lt;br /&gt;</w:t>
        <w:br/>
        <w:t>Якби не осталось&lt;br /&gt;</w:t>
        <w:br/>
        <w:t>Сліду панського в Украйні!..</w:t>
      </w:r>
    </w:p>
    <w:p>
      <w:r>
        <w:br/>
        <w:t>[Кос-Арал 1848]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 виріс я на чужині...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