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бачила, як ти хиливсь додолу...</w:t>
      </w:r>
    </w:p>
    <w:p>
      <w:r>
        <w:br/>
        <w:t xml:space="preserve"> Я бачила, як ти хиливсь додолу,&lt;br /&gt;</w:t>
        <w:br/>
        <w:t>Пригнічений своїм важким хрестом,&lt;br /&gt;</w:t>
        <w:br/>
        <w:t>Ти говорив: "Я втомлений... так, справді...&lt;br /&gt;</w:t>
        <w:br/>
        <w:t>Я дуже втомлений... Боротися? Навіщо?&lt;br /&gt;</w:t>
        <w:br/>
        <w:t>Я одинокий і... нема вже сили..."&lt;br /&gt;</w:t>
        <w:br/>
        <w:t>Ти говорив так просто і спокійно,&lt;br /&gt;</w:t>
        <w:br/>
        <w:t>Щось в голосі тремтіло, мов сльоза,&lt;br /&gt;</w:t>
        <w:br/>
        <w:t>Та полиском сухим світились очі, —&lt;br /&gt;</w:t>
        <w:br/>
        <w:t>Як завжди... Я стояла біля тебе,&lt;br /&gt;</w:t>
        <w:br/>
        <w:t>Не зважилась ані за руку взяти,&lt;br /&gt;</w:t>
        <w:br/>
        <w:t>Ані схилитися до твого чола,&lt;br /&gt;</w:t>
        <w:br/>
        <w:t>Ані тебе підвести... Я дивилась,&lt;br /&gt;</w:t>
        <w:br/>
        <w:t>Як ти хилився під своїм хрестом...&lt;br /&gt;</w:t>
        <w:br/>
        <w:t>...І потім довго я дивилася на тебе,&lt;br /&gt;</w:t>
        <w:br/>
        <w:t>Тоді, як ми з тобою розлучились,&lt;br /&gt;</w:t>
        <w:br/>
        <w:t>Тоді, як тільки образ твій, мій друже,&lt;br /&gt;</w:t>
        <w:br/>
        <w:t>Привиджувавсь мені в безсонні ночі,&lt;br /&gt;</w:t>
        <w:br/>
        <w:t>Все голос твій бринів: "Я втомлений... так, справді..."&lt;br /&gt;</w:t>
        <w:br/>
        <w:t>І брала я тоді паперу картку білу,&lt;br /&gt;</w:t>
        <w:br/>
        <w:t>Хотілося мені зібрати тії сльози,&lt;br /&gt;</w:t>
        <w:br/>
        <w:t>Що в голосі бриніли невидимо.&lt;br /&gt;</w:t>
        <w:br/>
        <w:t>Колись отак, — розказує легенда, —&lt;br /&gt;</w:t>
        <w:br/>
        <w:t>Хустиною святая Вероніка&lt;br /&gt;</w:t>
        <w:br/>
        <w:t>Зібрать хотіла сльози й піт Христа.&lt;br /&gt;</w:t>
        <w:br/>
        <w:t>Та на хустині замість поту й сліз&lt;br /&gt;</w:t>
        <w:br/>
        <w:t>Зостався образ у вінці терновім&lt;br /&gt;</w:t>
        <w:br/>
        <w:t>Того, хто впав знебулий під хрестом.&lt;br /&gt;</w:t>
        <w:br/>
        <w:t>О, кожний раз, як я збирала сльози&lt;br /&gt;</w:t>
        <w:br/>
        <w:t>Твої, мій друже, на папір біленький,&lt;br /&gt;</w:t>
        <w:br/>
        <w:t>Я бачила те чудо Вероніки...</w:t>
      </w:r>
    </w:p>
    <w:p>
      <w:r>
        <w:br/>
        <w:t>1900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бачила, як ти хиливсь додолу...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