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знати, любиш ти мене…</w:t>
      </w:r>
    </w:p>
    <w:p>
      <w:r>
        <w:br/>
        <w:t xml:space="preserve"> Я хочу знати, любиш ти мене,&lt;br /&gt;</w:t>
        <w:br/>
        <w:t>чи це лиш сон, який уже не сниться?&lt;br /&gt;</w:t>
        <w:br/>
        <w:t>Моєї долі пекло потайне,&lt;br /&gt;</w:t>
        <w:br/>
        <w:t>моя сама від себе таємниця!</w:t>
      </w:r>
    </w:p>
    <w:p>
      <w:r>
        <w:br/>
        <w:t>Чи ти за мене душу віддаси,&lt;br /&gt;</w:t>
        <w:br/>
        <w:t>чи розміняєш суєтно і дрібно?&lt;br /&gt;</w:t>
        <w:br/>
        <w:t>Краса — і тільки, трішечки краси,&lt;br /&gt;</w:t>
        <w:br/>
        <w:t>душі нічого більше не потрібно.</w:t>
      </w:r>
    </w:p>
    <w:p>
      <w:r>
        <w:br/>
        <w:t>Чи, може, в цім калейдоскопі літ,&lt;br /&gt;</w:t>
        <w:br/>
        <w:t>де все нещадно звичне І щоденне,&lt;br /&gt;</w:t>
        <w:br/>
        <w:t>ти просто мені дивишся услід&lt;br /&gt;</w:t>
        <w:br/>
        <w:t>і трохи любиш сни свої про мене?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знати, любиш ти мене…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