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був написаний перший лист</w:t>
      </w:r>
    </w:p>
    <w:p>
      <w:r>
        <w:br/>
        <w:t xml:space="preserve"> &lt;p&gt;Як був написаний перший лист</w:t>
      </w:r>
    </w:p>
    <w:p>
      <w:r>
        <w:br/>
        <w:t>У прадавні часи, десь наприкінці кам'яної доби, жив собі чоловік. Мається на увазі не ют чи англ і навіть не дравід[58], ким той цілком міг би виявитися, мої любі, однак то неважливо, чому так не сталось. Ідеться ж про первісну людину, яка вела печерний спосіб життя, мешкаючи у гроті, носила обмаль одягу, не вміла ні читати, ні писати, та й не прагнула цього робити і, за винятком тих днів, коли відчувала голод, вважала себе абсолютно щасливою. Звали нашого героя Тегумай Бопсулай, що означає "Чоловік-який-не-поспішає-виставляти-ногу-вперед"; але ми, любі мої, зватимемо його Тегумай, бо так коротше. Його дружина прозивалася Тешумай Тевіндроу, що означає "Жінка-яка-ставить-надто-багато-запитань"; проте ми, мої любі, зватимемо її Тешумай, бо так коротше. Ну, а їхню донечку звали Теффімай Металлумай, що означає "Маленька-пустунка-яку-потрібно-відшльопати"; втім, я називатиму її Теффі[59]. Крихітка була улюбленицею батьків, які шльопали доньку набагато рідше, ніж треба було; і всі троє почувалися дуже щасливими. Щойно Теффі навчилася ходити, вона скрізь супроводжувала свого татка, й інколи обоє не поверталися додому до печери, поки не зголодніють, і тоді Тешумай могла трохи побурчати для годиться: "Де це вас носило, що ви отак замурзалися? Вочевидь, мій Тегумаю, ти нічим не кращий за Теффі".</w:t>
      </w:r>
    </w:p>
    <w:p>
      <w:r>
        <w:br/>
        <w:t>А тепер слухайте уважно!</w:t>
      </w:r>
    </w:p>
    <w:p>
      <w:r>
        <w:br/>
        <w:t>Одного разу глава сімейства вирушив через болото, де водилися бобри, у бік ріки Вагай, щоб набити багром коропів на обід, і Теффі, звісно, учепилася за ним. Та не встиг він почати риболовлю, як зламав навпіл свій остень[60] (дерев'яний, з акулячими зубами на вістрі), сильно вдаривши тичиною в річкове дно. Це трапилося за кілька миль[61] від їхньої домівки (звичайно, у них був із собою підобідок у торбинці), а взяти запасний багор Тегумай не здогадався.</w:t>
      </w:r>
    </w:p>
    <w:p>
      <w:r>
        <w:br/>
        <w:t>— От халепа! — зітхнув він. — Либонь, доведеться півдня згаяти.</w:t>
      </w:r>
    </w:p>
    <w:p>
      <w:r>
        <w:br/>
        <w:t>— У тебе ж є вдома великий чорний багор! — скрикнула Теффі. — Давай я збігаю до печери і попрошу його в мами.</w:t>
      </w:r>
    </w:p>
    <w:p>
      <w:r>
        <w:br/>
        <w:t>— Це занадто далеко для твоїх пухкеньких ніжок, — не погодився батько. — Крім того, ти можеш угрузнути в трясовину і потонути. Обійдемося як-небудь.</w:t>
      </w:r>
    </w:p>
    <w:p>
      <w:r>
        <w:br/>
        <w:t>Тегумай сів, вийняв з-за пазухи похідний шкіряний мішечок із різноманітним підсобним причандаллям, наповнений жилами[62] північного оленя, смужками шкіри, шматочками бджолиного воску та смоли, й заходився коло остеня.</w:t>
      </w:r>
    </w:p>
    <w:p>
      <w:r>
        <w:br/>
        <w:t>Теффі теж умостилася поблизу, занурила ноженята у воду і, підперши долонею підборіддя, глибоко замислилася. Невдовзі мал&amp;#225; вирекла:</w:t>
      </w:r>
    </w:p>
    <w:p>
      <w:r>
        <w:br/>
        <w:t>— Татусю, хіба, хай йому біс, не прикро, що ні ти, ні я не вміємо писати? Інакше ми могли б надіслати листа з проханням про новий багор.</w:t>
      </w:r>
    </w:p>
    <w:p>
      <w:r>
        <w:br/>
        <w:t>— Сонечку, — насварив пальцем Тегумай, — стомився нагадувати: виховані юні леді не кажуть: "хай йому біс". Але якщо ти вже порушила цю тему, то, справді, було б непогано, якби ми могли написати додому.</w:t>
      </w:r>
    </w:p>
    <w:p>
      <w:r>
        <w:br/>
        <w:t>Берегом саме йшла людина, котра належала до віддаленого роду тевара. Анічогісінько не второпавши з почутого, чоловік мимоволі спинився неподалік і усміхнувся до Теффі, бо згадав свою доню. Між тим Тегумай став лагодити знаряддя.</w:t>
      </w:r>
    </w:p>
    <w:p>
      <w:r>
        <w:br/>
        <w:t>— Ходи-но сюди! — окликнуло незнайомця дівча. — Ти знаєш, де живе моя матуся?</w:t>
      </w:r>
    </w:p>
    <w:p>
      <w:r>
        <w:br/>
        <w:t>— Гм, — нерішуче озвався чужак, який, ви вже про це знаєте, був із роду тевара.</w:t>
      </w:r>
    </w:p>
    <w:p>
      <w:r>
        <w:br/>
        <w:t>— Недотепа! — пирхнула Теффі й тієї ж миті досадливо тупнула ніжкою, бо вгледіла косяк велетенських коропів, що неспішно плив річкою, тоді як її батько не міг скористатися багром.</w:t>
      </w:r>
    </w:p>
    <w:p>
      <w:r>
        <w:br/>
        <w:t>— Не чіпляйся до дорослих, — не обертаючи голови, сказав тато, який продовжував возитися з остенем.</w:t>
      </w:r>
    </w:p>
    <w:p>
      <w:r>
        <w:br/>
        <w:t>— Я і не чіпляюся, — невдоволено буркнула Теффі. — Я лише хочу, аби він зробив те, що я хочу, щоб він зробив, а він не розуміє.</w:t>
      </w:r>
    </w:p>
    <w:p>
      <w:r>
        <w:br/>
        <w:t>— Ну, то не чіпляйся до мене, — промимрив Тегумай, намагаючись розтягнути оленячі жили, кінчики яких він стискував зубами.</w:t>
      </w:r>
    </w:p>
    <w:p>
      <w:r>
        <w:br/>
        <w:t>Потому невідомий — щирий теварієць — сів на траву, й дівчинка спробувала на мигах пояснити йому, що робить її татусь. Незнайомець подумав: "Дуже дивна дитина; вона тупає ногою і кривляється. Мабуть, це дочка оцього доблесного вождя, який настільки благородний, що навіть не реагує на мою присутність". Тому про всяк випадок він усміхнувся більш шанобливо.</w:t>
      </w:r>
    </w:p>
    <w:p>
      <w:r>
        <w:br/>
        <w:t>— Так от, — заявила врешті Теффі, — я хочу, щоб ти пішов до моєї мами, адже твої ноги довші за мої, і ти не провалишся у боброве болото, й попросив для татка інший багор, із чорною рукояткою, що висить над нашим вогнищем.</w:t>
      </w:r>
    </w:p>
    <w:p>
      <w:r>
        <w:br/>
        <w:t>Невідомий (той самий теварієць) подумав: "Справді, дуже-дуже дивна дитина. Махає рученятами і кричить на мене, хоча я жодного слова не розумію. Проте якщо не виконати її примхи, то я всерйоз остерігаюся, що цей величний вождь — Людина-яка-повертається-спиною-до-прибулих — розгнівається".</w:t>
      </w:r>
    </w:p>
    <w:p>
      <w:r>
        <w:br/>
        <w:t>Теварієць підвівся, обідрав чималий шмат березової кори й подав малечі. Цей вчинок, любі мої, означав, що його серце чисте, мов той берест[63], і він не збирається нікого скривдити. Однак тепер уже Теффі не зовсім утямила, що до чого.</w:t>
      </w:r>
    </w:p>
    <w:p>
      <w:r>
        <w:br/>
        <w:t>— О-о, — пожвавішала вона, — тепер збагнула! Тобі потрібно знати, де живе моя матінка? Дарма, що я не вмію писати, адже можна малювати чимось гострим. Дай мені, будь ласка, зуб акули із твого намиста.</w:t>
      </w:r>
    </w:p>
    <w:p>
      <w:r>
        <w:br/>
        <w:t>Невідомий (той самий теварієць) подумав: "Яка незвичайна дівчинка. Зуб акули з намиста магічний, і мене завжди запевняли: хто торкнеться його без мого дозволу, негайно роздується або взагалі лусне. Проте їй нічого не сподіялося, а цей сановитий вождь, Чоловік-який-не-відволікаючись-займається-своєю-справою, котрий не звертає на мене щонайменшої уваги, з усього видно, ніскілечки не боїться, що вона роздується чи лусне. Певно, слід поводитися чемніше".</w:t>
      </w:r>
    </w:p>
    <w:p>
      <w:r>
        <w:br/>
        <w:t>Отже, він люб'язно вручив Теффі акулячий зуб, і та вмить уляглася на животик, чеберяючи ніжками в повітрі (зовсім наче деякі сучасні дітки, котрі збираються малювати, лежачи на підлозі в кімнаті), й заторохтіла:</w:t>
      </w:r>
    </w:p>
    <w:p>
      <w:r>
        <w:br/>
        <w:t>— Буде тобі кілька чудових картинок! Ти можеш спостерігати з-за мого плеча, лише не підштовхуй. Спочатку намалюю татка, який ловить рибу. Татусь вийшов не дуже схожим, але мама повинна впізнати, бо я зобразила татів зламаний багор. Так, зараз намалюю інший багор, котрий йому потрібен, — із чорною рукояткою. Здається, ніби він устромивсь у батькову спину, однак то з вини зуба акули, який зісковзнув, та й шматок кори замалий. Ось багор, який ти маєш принести, а тут я покажу, що роз'ясню тобі це. Правда, моє волосся не стирчить, як на рисунку, просто так легше малювати. Тепер я займуся тобою. Гадаю, що ти справді вельми вродливий, але я не можу подати тебе на малюнку красенем, тож не сердься. Чи сердишся?</w:t>
      </w:r>
    </w:p>
    <w:p>
      <w:r>
        <w:br/>
        <w:t>Чоловік (той самий теварієць) знов усміхнувся, подумавши: "Очевидно, десь поряд очікується грандіозна битва, й це предивне дитя, яке взяло мій чарівний акулячий зуб, але не роздулося і не луснуло, просить покликати все плем'я великого вождя йому на допомогу. Він, безсумнівно, видатний вождь, інакше давно помітив би мене".</w:t>
      </w:r>
    </w:p>
    <w:p>
      <w:r>
        <w:br/>
        <w:t>— Дивись, — продовжувала Теффі, малюючи старанно, та доволі грубо, — ти вже готовий, і я вклала до твоєї руки потрібний татові багор, як нагадування його принести. Далі накреслю тобі дорогу до моєї мами. Йди прямо, аж поки побачиш два д&amp;#233;рева (ось дер&amp;#233;ва), відтак піднімайся на пагорб (ось пагорб), за яким потрапиш у болото, повне бобрів. Я не можу їх усіх зобразити, бо не вмію малювати цих звірків, однак намалювала їхні голівки; і це все, що ти зможеш роздивитися, коли брестимеш через нього. Обережно, не провались у трясовину! Наше житло одразу за болотом. Печера не така велика порівняно з пагорбом, але я не вмію зображувати речі дуже маленькими. Ось біля входу моя матуся. Вона гарна; найкрасивіша мама у світі, яка сподіваюсь, не засмутиться, побачивши, що виглядає не досить привабливою, і, навпаки, пишатиметься мною за моє вміння малювати. А ось, на випадок, якщо ти забудеш, я ще раз розмістила багор, якого потребує таточко, над печерою. Насправді він усередині, однак покажеш малюнок моїй матінці, й вона тобі його дасть. Я зобразила її з простягнутими руками, бо знаю, що мама буде рада тебе бачити. Хіба не чудесна картинка? Ти все второпав, чи пояснити ще?</w:t>
      </w:r>
    </w:p>
    <w:p>
      <w:r>
        <w:br/>
        <w:t>Незнайомець (той самий теварієць) пильно вдивився у малюнок і враз жваво закивав головою, подумки жахнувшись: "Якщо не покликати плем'я цього величного вождя йому на допомогу, його заколють списами вороги, які підкрадаються звідусіль. Тепер я розумію, чому великий вождь ігнорує мою персону! Остерігається, раптом у хащах затаїлися ворожі дозорці, які помітять, що він дає мені якусь вказівку. Тому-то вождь повернувся до мене спиною, даючи змогу мудрій надзвичайній дівчинці намалювати цей моторошний рисунок, який засвідчує його скрутне становище. Певна річ, я вирушу по допомогу".</w:t>
      </w:r>
    </w:p>
    <w:p>
      <w:r>
        <w:br/>
        <w:t>Так і не спитавши у Теффі дороги, невідомий схопив берест і блискавично зник у лісовій гущавині, а мал&amp;#225;, повністю задоволена собою, знову вмостилася на березі.</w:t>
      </w:r>
    </w:p>
    <w:p>
      <w:r>
        <w:br/>
        <w:t>— Чим це ти, доцю, займалася? — спитав Тегумай. Він нарешті полагодив свій остень і злегка погойдував ним урізнобіч у повітрі.</w:t>
      </w:r>
    </w:p>
    <w:p>
      <w:r>
        <w:br/>
        <w:t>— Це моє маленьке порегулювання[64] проблеми, любий татусю, — відповіла Теффі. — Якщо не ставитимеш мені запитань, то скоро про все дізнаєшся і приємно здивуєшся. Ти навіть не уявляєш, який це буде сюрприз для тебе! Обіцяю, ти будеш вражений!</w:t>
      </w:r>
    </w:p>
    <w:p>
      <w:r>
        <w:br/>
        <w:t>— Ну, добре-добре, — хмикнув батько й пішов рибалити.</w:t>
      </w:r>
    </w:p>
    <w:p>
      <w:r>
        <w:br/>
        <w:t>Тим часом добровільний посланець — ви ж пам'ятаєте, що то був теварієць? — намотував милі, тримаючи в руках малюнок, доки, цілком випадково, не натрапив на Тешумай Тевіндроу, яка стояла біля входу до своєї печери й розмовляла з кількома іншими жінками епохи неоліту[65], що завітали на первісні посиденьки. Теффі була дуже схожою на Тешумай, особливо верхньою частиною обличчя та очима, тож незнайомець — щирий теварієць — ґречно усміхнувся і вручив їй берест. Він важко дихав після тривалого забігу, його ноги були зранені ожиновими кущами, але невідомий усе ще намагався поводитися ввічливо.</w:t>
      </w:r>
    </w:p>
    <w:p>
      <w:r>
        <w:br/>
        <w:t>Роздивившись малюнок, Тешумай пронизливо верескнула й вчепилася у прибульця. Решта шестеро жінок теж накинулися на нього і, поваливши, всілися зверху вряд, тоді як мати Теффі скубла його за чуприну.</w:t>
      </w:r>
    </w:p>
    <w:p>
      <w:r>
        <w:br/>
        <w:t>— Немає сумніву, — голосила вона, — що цей душогуб порішив мого Тегумая, так налякавши сердешну Теффі, аж у неї волосся встало дибки; однак цього йому виявилося замало, й він приніс страхітливий рисунок із власним злодіянням. Гляньте!</w:t>
      </w:r>
    </w:p>
    <w:p>
      <w:r>
        <w:br/>
        <w:t>Тешумай Тевіндроу простягнула малюнок своїм подругам ери неоліту, які невідступно сиділи на зайді.[66]</w:t>
      </w:r>
    </w:p>
    <w:p>
      <w:r>
        <w:br/>
        <w:t>— Ось Тегумай зі зламаною рукою; ось спис, який пронизав його спину; ось чоловік, що збирається метнути спис; ось інший метає спис із печери, а ось ціла зграя бузувірів (взагалі-то, це були бобри Теффі, але вони більше нагадували людей) женеться за моїм благовірним. Господи, який жах!</w:t>
      </w:r>
    </w:p>
    <w:p>
      <w:r>
        <w:br/>
        <w:t>— Справді, жах! — зойкнули жіночки і вимазали голову невідомого багнюкою, чим вельми його здивували, й ударили в гучні племінні тамтами, скликаючи всіх вождів племені тегумай із їхніми сотниками та десятниками, різнобарвними представниками знаті, а також чаклунами, ворожбитами, шаманами й заклинателями та іншими, не менш поважаними, особами. Після проведеного поспіхом віче ухвалили одностайне рішення, що перш ніж зловмисника обезголовлять, той має негайно відвести присутніх до річки й показати, де схована бідолашна Теффі.</w:t>
      </w:r>
    </w:p>
    <w:p>
      <w:r>
        <w:br/>
        <w:t>Між тим нещасному, хоч і теварійцю, таки урвався терпець. Йому заляпали волосся грязюкою, на ньому довго сиділи шестеро доволі вгодованих тітоньок, його вовтузили по випуклому камінню, гамселили й дубасили, аж дух перехопило; і хай він ні бельмеса не петрав тутешньої говірки, та здогадався, що вислухане ним було зовсім не з лексикону[67] істинних леді. Проте незнайомець мовчав, поки не зібрались усі члени племені, а тоді повів їх на берег ріки Вагай, де вони виявили неушкоджену Теффі, яка плела вінки з маргариток, і Тегумая, що ретельно вицілював полагодженим остенем дрібного коропа.</w:t>
      </w:r>
    </w:p>
    <w:p>
      <w:r>
        <w:br/>
        <w:t>— О, ти швидко обернувся! — зраділа дівчинка. — А навіщо з тобою стільки народу? Таточку, дорогесенький, ось мій сюрприз. Ти здивований, татусю?</w:t>
      </w:r>
    </w:p>
    <w:p>
      <w:r>
        <w:br/>
        <w:t>— Ще й як, — ошелешено почухав потилицю Тегумай. — Ну, все, накрилася на сьогодні моя риболовля. Але чому, золотцю, сюди з'явилось у повному складі наше рідне плем'я?</w:t>
      </w:r>
    </w:p>
    <w:p>
      <w:r>
        <w:br/>
        <w:t>Загальне видовисько юрби справді вражало. Попереду ступали Тешумай та її подруги, міцно тримаючи незнайомця з вимазаним багнюкою волоссям (хоча він і був теварійцем). За ним ішли верховний вождь, його заступник, радники й помічники (усі озброєні до зубів), далі — сотники та десятники зі своїми сотнями і десятками (усі обчіпляні зброєю), потім — чаклуни, ворожбити, шамани й заклинателі (теж не беззбройні), а завершували процесію вишикувані точно за ієрархією[68] решта представників племені, від власників чотирьох печер (по одній на кожну пору року), особистих табунів північних оленів і двох кошів для вилову лосося до менш заможних хазяїв, а також наймитів, які мають половинчасте право на половину ведмежої шкури зимовими ночами та сидяче місце на відстані семи ярдів від багаття, і рабів, які можуть беззаперечно претендувати лише на довічне користування земельним наділом, та й то після смерті (правда, чудово сказано, мої любі?). Усі вони були тут, неймовірно галасуючи, і розлякали всю рибу на відстані десяти миль за течією, та десяти миль — проти неї, тож Тегумай уїдливо подякував їм за це вишуканою неолітичною промовою.</w:t>
      </w:r>
    </w:p>
    <w:p>
      <w:r>
        <w:br/>
        <w:t>У свою чергу, Тешумай Тевіндроу збігла униз до Теффі й почала гарячково цілувати й обіймати її, а вождь, натомість, ухопивши невдачливого рибалку за пір'їни на маківці, став щосили його трясти.</w:t>
      </w:r>
    </w:p>
    <w:p>
      <w:r>
        <w:br/>
        <w:t>— Пояснюй! Пояснюй! Пояснюй! — кричало плем'я.</w:t>
      </w:r>
    </w:p>
    <w:p>
      <w:r>
        <w:br/>
        <w:t>— О Господи! — пручався бідаха. — Облиш у спокої моє пір'я. Невже людина не може зламати власного остеня без того, щоб усе селище припхалося до неї? Ви надто безцеремонні людці.</w:t>
      </w:r>
    </w:p>
    <w:p>
      <w:r>
        <w:br/>
        <w:t>— І після всього цього ви, схоже, не принесли таткового багра з чорною рукояткою! — неприховано обурилася дівчинка. — І що ви робите з моїм симпатичним незнайомим дядечком?</w:t>
      </w:r>
    </w:p>
    <w:p>
      <w:r>
        <w:br/>
        <w:t>А симпатичного незнайомого дядечка лупцювали по двоє, по троє, ба, навіть удесятьох, аж його очі ледь не вилазили з орбіт. Він же, задихаючись, тільки жадібно хапав ротом повітря й безперестану вказував пальцем на Теффі.</w:t>
      </w:r>
    </w:p>
    <w:p>
      <w:r>
        <w:br/>
        <w:t>— Де ті поганці, які проштрикнули тебе списами, любий? — заламуючи руки, спитала Тешумай.</w:t>
      </w:r>
    </w:p>
    <w:p>
      <w:r>
        <w:br/>
        <w:t>— За весь ранок тут не було нікого, — знизав плечима Тегумай, — крім цього сіроми, що ви його збираєтеся придушити. Ви що, подуріли чи блекоти об'їлися, одно племінники?</w:t>
      </w:r>
    </w:p>
    <w:p>
      <w:r>
        <w:br/>
        <w:t>— Він приніс страхітливий малюнок, — нахмурив чоло верховний вождь, — де тебе пронизано списами.</w:t>
      </w:r>
    </w:p>
    <w:p>
      <w:r>
        <w:br/>
        <w:t>— Е-е, — густо почервоніла Теффі, — мабуть, мені варто зауважити, що це я дала йому малюнок.</w:t>
      </w:r>
    </w:p>
    <w:p>
      <w:r>
        <w:br/>
        <w:t>— Ти?! — збентежено видихнуло все плем'я. — Маленька-пустунка-яку-потрібно-відшльопати! Ти!!!</w:t>
      </w:r>
    </w:p>
    <w:p>
      <w:r>
        <w:br/>
        <w:t>— Боюся, пампушечко, що ми вскочили в невеличку халепу, — шепнув Тегумай, обнявши рукою дочку, і та вмить відчула себе надійно захищеною.</w:t>
      </w:r>
    </w:p>
    <w:p>
      <w:r>
        <w:br/>
        <w:t>— Поясни! Поясни! Поясни! — збуджено підстрибував на одній нозі очільник племені.</w:t>
      </w:r>
    </w:p>
    <w:p>
      <w:r>
        <w:br/>
        <w:t>— Я хотіла, щоб незнайомець приніс татів остень, тому й намалювала його, — невинно кліпнувши, сказала Теффі. — І було їх там не багато, а всього один, зображений тричі, щоб уже напевне. Я не винна, що здається, ніби він влучив татусю в голову; просто на березовій корі не вистачило місця; а те, що мамця назвала бузувірами, — це мої бобри. Я намалювала їх, аби показати чужакові дорогу через болото; і ще я намалювала матусю, яка стоїть біля печери, радіючи, що прийшов той напрочуд симпатичний дядечко. А ви, як на мене, найбільш безмозкі люди в усьому світі. Він такий милий. З якого дива його волосся заляпане багнюкою?! Мерщій змийте!</w:t>
      </w:r>
    </w:p>
    <w:p>
      <w:r>
        <w:br/>
        <w:t>Від почутого усі надовго втратили дар мови, доки вождь першим не вибухнув гомеричним реготом; за ним хихикнув бранець (який, принаймні, був теварійцем), далі засміявся Тегумай, поки не впав долілиць на берег, а невдовзі веселилося вже все плем'я. Незворушний спокій зберігали лише Тешумай та всі жінки епохи неоліту, котрі з крижаним виразом на обличчях невпинно нагороджували всю чоловічу половину дошкульними епітетами, і слово "бевзь" серед них було ще не найгіршим.</w:t>
      </w:r>
    </w:p>
    <w:p>
      <w:r>
        <w:br/>
        <w:t>— О Маленька-пустунко-яку-потрібно-відшльопати, — утираючи рясні сльози, співуче мовив верховний вождь, — ти випадково наткнулась на грандіозний винахід!</w:t>
      </w:r>
    </w:p>
    <w:p>
      <w:r>
        <w:br/>
        <w:t>— Я не хотіла, — знітилася Теффі, — мені був потрібен тільки татів багор із чорною рукояткою.</w:t>
      </w:r>
    </w:p>
    <w:p>
      <w:r>
        <w:br/>
        <w:t>— Не переймайся. Утім, це велике відкриття, і згодом люди назвуть його писемністю. Нині воно відображене лише в малюнках, а їх, як ми щойно переконалися, не завжди сприймають правильно. Та настане час, о дитя Тегумая, коли ми створимо літери — усі двадцять шість[69] — і зможемо читати та писати, й тоді висловлюватимемося однозначно і чітко. А зараз хай жінки відмиють волосся чужинцеві.</w:t>
      </w:r>
    </w:p>
    <w:p>
      <w:r>
        <w:br/>
        <w:t>— О, я буду рада появі писемності, — усміхнулося дівча, — бо хоч ви й прийшли з усіма списами нашого племені, та остень із чорною рукояткою мого татка забули.</w:t>
      </w:r>
    </w:p>
    <w:p>
      <w:r>
        <w:br/>
        <w:t>У відповідь вождь так само співуче проголосив:</w:t>
      </w:r>
    </w:p>
    <w:p>
      <w:r>
        <w:br/>
        <w:t>— Люба Теффі, якщо наступного разу ти вирішиш написати лист-малюнок, то тобі ліпше послати з ним того, хто говорить нашою мовою. Аби він розтлумачив, що до чого. Інакше, сама бачиш, скільки неприємних ситуацій може виникнути, особливо щодо незнайомця.</w:t>
      </w:r>
    </w:p>
    <w:p>
      <w:r>
        <w:br/>
        <w:t>Зрештою чужака, найщирішого теварійця, прийняли до племені, бо цей чоловік був вихованим та порядним і не став здіймати галас через прикре непорозуміння з жіночками епохи неоліту. Проте відтоді й до сьогодні дуже небагатьом дівчаткам, та й хлопчикам у всьому світі подобалося навчатися читати і писати. Більшість із них надають перевагу малюванню та різноманітним іграм зі своїми батьками; ну зовсім як Теффі.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був написаний перший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