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один перукар купив місто Стокгольм</w:t>
      </w:r>
    </w:p>
    <w:p>
      <w:r>
        <w:br/>
        <w:t xml:space="preserve"> &lt;p&gt;На торгу в Гавірате можна купити все що завгодно. Спритніших крамарів деінде годі й шукати.</w:t>
      </w:r>
    </w:p>
    <w:p>
      <w:r>
        <w:br/>
        <w:t>Якось у п'ятницю прийшов на торг один чоловік і почав продавати дивовижний товар: гору Монблан, Індійський океан і моря на Місяці. І був він такий спритний на язик, що за годину увесь той товар спродав, лишилося тільки місто Стокгольм.</w:t>
      </w:r>
    </w:p>
    <w:p>
      <w:r>
        <w:br/>
        <w:t>Одному перукареві закортіло те місто придбати. Замість плати він підстриг крамаря, намастив йому волосся й одержав свідоцтво про купівлю, в якому було написано: "Власник міста Стокгольма". Перукар прибив те свідоцтво цвяшками на стіні між двох дзеркал і гордовито показував своїм відвідувачам, коли хто розпитував:</w:t>
      </w:r>
    </w:p>
    <w:p>
      <w:r>
        <w:br/>
        <w:t>— Це шведське місто, і не просте, а столиця. Там проживає мільйон чоловік, і, звичайно, всі вони належать мені. Біля міста є і море, але я не знаю, хто його власник.</w:t>
      </w:r>
    </w:p>
    <w:p>
      <w:r>
        <w:br/>
        <w:t>Перукар потрошку заощаджував гроші і торік подався до Швеції оглянути власні маєтності. Стокгольм йому страшно сподобався, та й шведи припали до серця своєю люб'язністю. Вони не розуміли аніскілечки, що він питав, а він — що вони йому відповідали.</w:t>
      </w:r>
    </w:p>
    <w:p>
      <w:r>
        <w:br/>
        <w:t>— Я володар цього міста. Знаєте ви це чи ні? Вас про це повідомили?</w:t>
      </w:r>
    </w:p>
    <w:p>
      <w:r>
        <w:br/>
        <w:t>Шведи всміхалися й потакували з чемності. Перукар потирав руки, радий-радісінький.</w:t>
      </w:r>
    </w:p>
    <w:p>
      <w:r>
        <w:br/>
        <w:t>— Таке місто придбав за одну стрижку! Дешево воно мені обійшлося!</w:t>
      </w:r>
    </w:p>
    <w:p>
      <w:r>
        <w:br/>
        <w:t>А насправді він переплатив. Бо кожна людина змалечку володіє цілим світом, і це не коштує їй жодного шеляга. Так, світ належить їй, треба тільки закачати рукави, простягти руки й узяти його.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один перукар купив місто Стокгольм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