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Ярослав Мудрий</w:t>
      </w:r>
    </w:p>
    <w:p>
      <w:r>
        <w:br/>
        <w:t xml:space="preserve"> Після ката Святополка,&lt;br /&gt;</w:t>
        <w:br/>
        <w:t>Що замучив трьох братів,&lt;br /&gt;</w:t>
        <w:br/>
        <w:t>Брат четвертий на престола,&lt;br /&gt;</w:t>
        <w:br/>
        <w:t>Ярослав розумний сів.</w:t>
      </w:r>
    </w:p>
    <w:p>
      <w:r>
        <w:br/>
        <w:t>Святополком Окаянним&lt;br /&gt;</w:t>
        <w:br/>
        <w:t>Все зруйновано було.&lt;br /&gt;</w:t>
        <w:br/>
        <w:t>Бідувало бідне місто,&lt;br /&gt;</w:t>
        <w:br/>
        <w:t>Бідувало і село.</w:t>
      </w:r>
    </w:p>
    <w:p>
      <w:r>
        <w:br/>
        <w:t>І усю свою увагу&lt;br /&gt;</w:t>
        <w:br/>
        <w:t>Ярослав зверкув на лад.&lt;br /&gt;</w:t>
        <w:br/>
        <w:t>І небавом Україна&lt;br /&gt;</w:t>
        <w:br/>
        <w:t>Зацвіла, як пишний сад.</w:t>
      </w:r>
    </w:p>
    <w:p>
      <w:r>
        <w:br/>
        <w:t>І небавом знову люди&lt;br /&gt;</w:t>
        <w:br/>
        <w:t>Багатіти почали,&lt;br /&gt;</w:t>
        <w:br/>
        <w:t>І Дніпром човни чужинців&lt;br /&gt;</w:t>
        <w:br/>
        <w:t>Знову в Київ поплили.</w:t>
      </w:r>
    </w:p>
    <w:p>
      <w:r>
        <w:br/>
        <w:t>Греки, німці, італійці,&lt;br /&gt;</w:t>
        <w:br/>
        <w:t>Чехи, угри — всі ішли,&lt;br /&gt;</w:t>
        <w:br/>
        <w:t>Купували, продавали&lt;br /&gt;</w:t>
        <w:br/>
        <w:t>І у Києві жили.</w:t>
      </w:r>
    </w:p>
    <w:p>
      <w:r>
        <w:br/>
        <w:t>Так живий, шумливий Київ&lt;br /&gt;</w:t>
        <w:br/>
        <w:t>Царгородом другим став.&lt;br /&gt;</w:t>
        <w:br/>
        <w:t>Як про друга, як про сина,&lt;br /&gt;</w:t>
        <w:br/>
        <w:t>Дбав про його Ярослав.</w:t>
      </w:r>
    </w:p>
    <w:p>
      <w:r>
        <w:br/>
        <w:t>Оточив його валами,&lt;br /&gt;</w:t>
        <w:br/>
        <w:t>Ровом, мурами обвів,&lt;br /&gt;</w:t>
        <w:br/>
        <w:t>Укріпив його, оздобив&lt;br /&gt;</w:t>
        <w:br/>
        <w:t>І препишний двір завів.</w:t>
      </w:r>
    </w:p>
    <w:p>
      <w:r>
        <w:br/>
        <w:t>До палат ішли невпинно&lt;br /&gt;</w:t>
        <w:br/>
        <w:t>Чужоземні посланці.&lt;br /&gt;</w:t>
        <w:br/>
        <w:t>Князь сидів на пишнім троні&lt;br /&gt;</w:t>
        <w:br/>
        <w:t>З грізним берлом у руці.</w:t>
      </w:r>
    </w:p>
    <w:p>
      <w:r>
        <w:br/>
        <w:t>І, допущені до князя,&lt;br /&gt;</w:t>
        <w:br/>
        <w:t>Низько кланялись посли&lt;br /&gt;</w:t>
        <w:br/>
        <w:t>І до наг дари складали,&lt;br /&gt;</w:t>
        <w:br/>
        <w:t>Що з чужини принесли.</w:t>
      </w:r>
    </w:p>
    <w:p>
      <w:r>
        <w:br/>
        <w:t>В час бенкету на бандурах,&lt;br /&gt;</w:t>
        <w:br/>
        <w:t>Гуслях, різних сопілках&lt;br /&gt;</w:t>
        <w:br/>
        <w:t>Грали весело музики,&lt;br /&gt;</w:t>
        <w:br/>
        <w:t>Вина пінились в чарках.</w:t>
      </w:r>
    </w:p>
    <w:p>
      <w:r>
        <w:br/>
        <w:t>Співаки пісні співали,&lt;br /&gt;</w:t>
        <w:br/>
        <w:t>Скоморохи, штукарі,&lt;br /&gt;</w:t>
        <w:br/>
        <w:t>Розважаючи чужинців,&lt;br /&gt;</w:t>
        <w:br/>
        <w:t>Метушились у дворі.</w:t>
      </w:r>
    </w:p>
    <w:p>
      <w:r>
        <w:br/>
        <w:t>Після ситого обіду&lt;br /&gt;</w:t>
        <w:br/>
        <w:t>Всі виходили з палат&lt;br /&gt;</w:t>
        <w:br/>
        <w:t>Подивитись на верблюдів,&lt;br /&gt;</w:t>
        <w:br/>
        <w:t>На муштрованих звірят.</w:t>
      </w:r>
    </w:p>
    <w:p>
      <w:r>
        <w:br/>
        <w:t>І в Європі честю мали&lt;br /&gt;</w:t>
        <w:br/>
        <w:t>Королі, князі, царі&lt;br /&gt;</w:t>
        <w:br/>
        <w:t>Поріднитись з Ярославом,&lt;br /&gt;</w:t>
        <w:br/>
        <w:t>Побувати у дворі.</w:t>
      </w:r>
    </w:p>
    <w:p>
      <w:r>
        <w:br/>
        <w:t>Але мудрість Ярослава&lt;br /&gt;</w:t>
        <w:br/>
        <w:t>Вся була в його ділах,&lt;br /&gt;</w:t>
        <w:br/>
        <w:t>У державнім будівництві,&lt;br /&gt;</w:t>
        <w:br/>
        <w:t>Владі, устрою, в судах.</w:t>
      </w:r>
    </w:p>
    <w:p>
      <w:r>
        <w:br/>
        <w:t>Щоб не нищити народу&lt;br /&gt;</w:t>
        <w:br/>
        <w:t>І народного майна,&lt;br /&gt;</w:t>
        <w:br/>
        <w:t>Не хотів він воювати,&lt;br /&gt;</w:t>
        <w:br/>
        <w:t>Не тягла його війна.</w:t>
      </w:r>
    </w:p>
    <w:p>
      <w:r>
        <w:br/>
        <w:t>Він прогнів лише поляків,&lt;br /&gt;</w:t>
        <w:br/>
        <w:t>І, щоб ворог тихшим став,&lt;br /&gt;</w:t>
        <w:br/>
        <w:t>Він твердиню понад Сяном —&lt;br /&gt;</w:t>
        <w:br/>
        <w:t>Ярослав свій збудував.</w:t>
      </w:r>
    </w:p>
    <w:p>
      <w:r>
        <w:br/>
        <w:t>Та ходив на печенігів&lt;br /&gt;</w:t>
        <w:br/>
        <w:t>І черкесів під Кавказ,&lt;br /&gt;</w:t>
        <w:br/>
        <w:t>Що на нашу Україну&lt;br /&gt;</w:t>
        <w:br/>
        <w:t>Нападали раз у раз.</w:t>
      </w:r>
    </w:p>
    <w:p>
      <w:r>
        <w:br/>
        <w:t>Та з Редедею касозьким&lt;br /&gt;</w:t>
        <w:br/>
        <w:t>Ярославів брат Мстислав&lt;br /&gt;</w:t>
        <w:br/>
        <w:t>Бивсь хоробро в поєдинку&lt;br /&gt;</w:t>
        <w:br/>
        <w:t>І Редедю подолав.</w:t>
      </w:r>
    </w:p>
    <w:p>
      <w:r>
        <w:br/>
        <w:t>Наш співець Боян великий,&lt;br /&gt;</w:t>
        <w:br/>
        <w:t>Найславніший із співців,&lt;br /&gt;</w:t>
        <w:br/>
        <w:t>Сплів йому вінок безсмертний,&lt;br /&gt;</w:t>
        <w:br/>
        <w:t>Із пісень безсмертних сплів.&lt;br /&gt;</w:t>
        <w:br/>
        <w:t>. . . . . . . . . . . . . . . . . . . . . . . .</w:t>
      </w:r>
    </w:p>
    <w:p>
      <w:r>
        <w:br/>
        <w:t>Пролетіли дні короткі&amp;hellip;&lt;br /&gt;</w:t>
        <w:br/>
        <w:t>Перед смертю Ярослав&lt;br /&gt;</w:t>
        <w:br/>
        <w:t>Всіх своїх синів покликав&lt;br /&gt;</w:t>
        <w:br/>
        <w:t>І з любов'ю проказав:</w:t>
      </w:r>
    </w:p>
    <w:p>
      <w:r>
        <w:br/>
        <w:t>"Вас я, діти, покидаю,&lt;br /&gt;</w:t>
        <w:br/>
        <w:t>Йду я в ліпшу сторону,&lt;br /&gt;</w:t>
        <w:br/>
        <w:t>Але, діти, пам'ятайте&lt;br /&gt;</w:t>
        <w:br/>
        <w:t>Мою заповідь одну:</w:t>
      </w:r>
    </w:p>
    <w:p>
      <w:r>
        <w:br/>
        <w:t>Не сваріться, жийте в згоді:&lt;br /&gt;</w:t>
        <w:br/>
        <w:t>Тільки мир збере усе,&lt;br /&gt;</w:t>
        <w:br/>
        <w:t>А незгода, наче вітер,&lt;br /&gt;</w:t>
        <w:br/>
        <w:t>Все по полю рознесе.</w:t>
      </w:r>
    </w:p>
    <w:p>
      <w:r>
        <w:br/>
        <w:t>Як не будете всі разом&lt;br /&gt;</w:t>
        <w:br/>
        <w:t>Йти до спільної мети,&lt;br /&gt;</w:t>
        <w:br/>
        <w:t>Ви, державу зруйнувавши,&lt;br /&gt;</w:t>
        <w:br/>
        <w:t>Подастеся у світи.</w:t>
      </w:r>
    </w:p>
    <w:p>
      <w:r>
        <w:br/>
        <w:t>Ви розгубите ту землю,&lt;br /&gt;</w:t>
        <w:br/>
        <w:t>Що придбали вам батьки,&lt;br /&gt;</w:t>
        <w:br/>
        <w:t>А тинятиметесь всюди,&lt;br /&gt;</w:t>
        <w:br/>
        <w:t>Як вигнанці й жебраки".</w:t>
      </w:r>
    </w:p>
    <w:p>
      <w:r>
        <w:br/>
        <w:t>Та недовго пам'ятали&lt;br /&gt;</w:t>
        <w:br/>
        <w:t>Діти мудрий заповіт,&lt;br /&gt;</w:t>
        <w:br/>
        <w:t>А нащадки Ярослава&lt;br /&gt;</w:t>
        <w:br/>
        <w:t>Осміяли на весь світ&amp;hellip;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Ярослав Мудрий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