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Єретик</w:t>
      </w:r>
    </w:p>
    <w:p>
      <w:r>
        <w:br/>
        <w:t xml:space="preserve"> &lt;blockquote&gt;Шафарикові&lt;br /&gt;</w:t>
        <w:br/>
        <w:t>&lt;/blockquote&gt;&lt;br /&gt;</w:t>
        <w:br/>
        <w:t>Запалили у сусіда&lt;br /&gt;</w:t>
        <w:br/>
        <w:t>Нову добру хату&lt;br /&gt;</w:t>
        <w:br/>
        <w:t>Злі сусіди: нагрілися&lt;br /&gt;</w:t>
        <w:br/>
        <w:t>Й полягали спати,&lt;br /&gt;</w:t>
        <w:br/>
        <w:t>І забули сірий попіл&lt;br /&gt;</w:t>
        <w:br/>
        <w:t>По вітру розвіять.&lt;br /&gt;</w:t>
        <w:br/>
        <w:t>Лежить попіл на розпутті,&lt;br /&gt;</w:t>
        <w:br/>
        <w:t>А в попелі тліє —&lt;br /&gt;</w:t>
        <w:br/>
        <w:t>Іскра огню великого,&lt;br /&gt;</w:t>
        <w:br/>
        <w:t>Тліє, не вгасає,&lt;br /&gt;</w:t>
        <w:br/>
        <w:t>Жде підпалу, як той месник,&lt;br /&gt;</w:t>
        <w:br/>
        <w:t>Часу дожидає,&lt;br /&gt;</w:t>
        <w:br/>
        <w:t>Злого часу. Тліла іскра,&lt;br /&gt;</w:t>
        <w:br/>
        <w:t>Тліла, дожидала&lt;br /&gt;</w:t>
        <w:br/>
        <w:t>На розпутті широкому,&lt;br /&gt;</w:t>
        <w:br/>
        <w:t>Та й гаснути стала.&lt;br /&gt;</w:t>
        <w:br/>
        <w:t>Отак німота запалила&lt;br /&gt;</w:t>
        <w:br/>
        <w:t>Велику хату. І сім'ю,&lt;br /&gt;</w:t>
        <w:br/>
        <w:t>Сім'ю слав'ян роз'єдинила&lt;br /&gt;</w:t>
        <w:br/>
        <w:t>І тихо, тихо упустила&lt;br /&gt;</w:t>
        <w:br/>
        <w:t>Усобищ лютую змію.&lt;br /&gt;</w:t>
        <w:br/>
        <w:t>Полилися ріки крові,&lt;br /&gt;</w:t>
        <w:br/>
        <w:t>Пожар загасили.&lt;br /&gt;</w:t>
        <w:br/>
        <w:t>А німчики пожарище&lt;br /&gt;</w:t>
        <w:br/>
        <w:t>Й сирот розділили.&lt;br /&gt;</w:t>
        <w:br/>
        <w:t>Виростали у кайданах&lt;br /&gt;</w:t>
        <w:br/>
        <w:t>Слав'янськії діти,&lt;br /&gt;</w:t>
        <w:br/>
        <w:t>І забули у неволі,&lt;br /&gt;</w:t>
        <w:br/>
        <w:t>Що вони на світі!&lt;br /&gt;</w:t>
        <w:br/>
        <w:t>А на давнім пожарищі&lt;br /&gt;</w:t>
        <w:br/>
        <w:t>Іскра братства тліла, —&lt;br /&gt;</w:t>
        <w:br/>
        <w:t>Дотлівала, дожидала&lt;br /&gt;</w:t>
        <w:br/>
        <w:t>Рук твердих та смілих.&lt;br /&gt;</w:t>
        <w:br/>
        <w:t>І дождалась... Прозрів єси&lt;br /&gt;</w:t>
        <w:br/>
        <w:t>В попелі глибоко&lt;br /&gt;</w:t>
        <w:br/>
        <w:t>Огонь добрий смілим серцем,&lt;br /&gt;</w:t>
        <w:br/>
        <w:t>Смілим орлім оком!&lt;br /&gt;</w:t>
        <w:br/>
        <w:t>І засвітив, любомудре,&lt;br /&gt;</w:t>
        <w:br/>
        <w:t>Світоч правди, волі...&lt;br /&gt;</w:t>
        <w:br/>
        <w:t>І слав'ян сім'ю велику&lt;br /&gt;</w:t>
        <w:br/>
        <w:t>Во тьмі і неволі&lt;br /&gt;</w:t>
        <w:br/>
        <w:t>Перелічив до одного,&lt;br /&gt;</w:t>
        <w:br/>
        <w:t>Перелічив трупи,&lt;br /&gt;</w:t>
        <w:br/>
        <w:t>А не слав'ян. І став єси&lt;br /&gt;</w:t>
        <w:br/>
        <w:t>На великих купах,&lt;br /&gt;</w:t>
        <w:br/>
        <w:t>На розпутті всесвітньому&lt;br /&gt;</w:t>
        <w:br/>
        <w:t>Ієзекіїлем.&lt;br /&gt;</w:t>
        <w:br/>
        <w:t>І — о диво! Трупи встали&lt;br /&gt;</w:t>
        <w:br/>
        <w:t>І очі розкрили;&lt;br /&gt;</w:t>
        <w:br/>
        <w:t>І брат з братом обнялися&lt;br /&gt;</w:t>
        <w:br/>
        <w:t>І проговорили&lt;br /&gt;</w:t>
        <w:br/>
        <w:t>Слово тихої любові&lt;br /&gt;</w:t>
        <w:br/>
        <w:t>Навіки і віки!&lt;br /&gt;</w:t>
        <w:br/>
        <w:t>І потекли в одно море&lt;br /&gt;</w:t>
        <w:br/>
        <w:t>Слав'янськії ріки!</w:t>
      </w:r>
    </w:p>
    <w:p>
      <w:r>
        <w:br/>
        <w:t>Слава тобі, любомудре,&lt;br /&gt;</w:t>
        <w:br/>
        <w:t>Чеху-слав'янине!&lt;br /&gt;</w:t>
        <w:br/>
        <w:t>Що не дав ти потонути&lt;br /&gt;</w:t>
        <w:br/>
        <w:t>В німецькій пучині&lt;br /&gt;</w:t>
        <w:br/>
        <w:t>Нашій правді! Твоє море&lt;br /&gt;</w:t>
        <w:br/>
        <w:t>Слав'янськеє, нове,&lt;br /&gt;</w:t>
        <w:br/>
        <w:t>Затого вже буде повне,&lt;br /&gt;</w:t>
        <w:br/>
        <w:t>І попливе човен&lt;br /&gt;</w:t>
        <w:br/>
        <w:t>З широкими вітрилами&lt;br /&gt;</w:t>
        <w:br/>
        <w:t>І з добрим кормилом,&lt;br /&gt;</w:t>
        <w:br/>
        <w:t>Попливе на вольнім морі,&lt;br /&gt;</w:t>
        <w:br/>
        <w:t>На широких хвилях.&lt;br /&gt;</w:t>
        <w:br/>
        <w:t>Слава тобі, Шафарику,&lt;br /&gt;</w:t>
        <w:br/>
        <w:t>Вовіки і віки,&lt;br /&gt;</w:t>
        <w:br/>
        <w:t>Що звів єси в одно море&lt;br /&gt;</w:t>
        <w:br/>
        <w:t>Слав'янськії ріки!</w:t>
      </w:r>
    </w:p>
    <w:p>
      <w:r>
        <w:br/>
        <w:t>Привітай же в своїй славі&lt;br /&gt;</w:t>
        <w:br/>
        <w:t>І мою убогу&lt;br /&gt;</w:t>
        <w:br/>
        <w:t>Лепту — думу немудрую&lt;br /&gt;</w:t>
        <w:br/>
        <w:t>Про чеха святого,&lt;br /&gt;</w:t>
        <w:br/>
        <w:t>Великого мученика,&lt;br /&gt;</w:t>
        <w:br/>
        <w:t>Про славного Гуса!&lt;br /&gt;</w:t>
        <w:br/>
        <w:t>Прийми, отче. А я тихо&lt;br /&gt;</w:t>
        <w:br/>
        <w:t>Богу помолюся,&lt;br /&gt;</w:t>
        <w:br/>
        <w:t>Щоб усі слав'яни стали&lt;br /&gt;</w:t>
        <w:br/>
        <w:t>Добрими братами,&lt;br /&gt;</w:t>
        <w:br/>
        <w:t>І синами сонця правди,&lt;br /&gt;</w:t>
        <w:br/>
        <w:t>І єретиками&lt;br /&gt;</w:t>
        <w:br/>
        <w:t>Отакими, як Констанцький&lt;br /&gt;</w:t>
        <w:br/>
        <w:t>Єретик великий!&lt;br /&gt;</w:t>
        <w:br/>
        <w:t>Мир мирові подарують&lt;br /&gt;</w:t>
        <w:br/>
        <w:t>І славу вовіки!</w:t>
      </w:r>
    </w:p>
    <w:p>
      <w:r>
        <w:br/>
        <w:t>22 листопада 1845 в Переяславі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Єретик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