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Євшан-зілля</w:t>
      </w:r>
    </w:p>
    <w:p>
      <w:r>
        <w:br/>
        <w:t xml:space="preserve"> (Поема)</w:t>
      </w:r>
    </w:p>
    <w:p>
      <w:r>
        <w:br/>
        <w:t>&lt;blockquote&gt;До лучче єсть на своей земли&lt;br /&gt;</w:t>
        <w:br/>
        <w:t>костю лечи,&lt;br /&gt;</w:t>
        <w:br/>
        <w:t>ине ли на чюже славну быти.</w:t>
      </w:r>
    </w:p>
    <w:p>
      <w:r>
        <w:br/>
        <w:t>(Літопис, за Іпатським списком)&lt;/blockquote&gt;</w:t>
      </w:r>
    </w:p>
    <w:p>
      <w:r>
        <w:br/>
        <w:t>В давніх літописах наших&lt;br /&gt;</w:t>
        <w:br/>
        <w:t>Єсть одно оповідання,&lt;br /&gt;</w:t>
        <w:br/>
        <w:t>Що зворушує у серці&lt;br /&gt;</w:t>
        <w:br/>
        <w:t>Найсвятіші почування.</w:t>
      </w:r>
    </w:p>
    <w:p>
      <w:r>
        <w:br/>
        <w:t>Не блищить воно красою&lt;br /&gt;</w:t>
        <w:br/>
        <w:t>Слів гучних і мальовничих,&lt;br /&gt;</w:t>
        <w:br/>
        <w:t>Не вихвалює героїв&lt;br /&gt;</w:t>
        <w:br/>
        <w:t>Та їх вчинків войовничих.</w:t>
      </w:r>
    </w:p>
    <w:p>
      <w:r>
        <w:br/>
        <w:t>Ні, про інше щось говорить&lt;br /&gt;</w:t>
        <w:br/>
        <w:t>Те старе оповідання.&lt;br /&gt;</w:t>
        <w:br/>
        <w:t>Між рядками слів таїться&lt;br /&gt;</w:t>
        <w:br/>
        <w:t>В нім якесь пророкування.</w:t>
      </w:r>
    </w:p>
    <w:p>
      <w:r>
        <w:br/>
        <w:t>І воно живить надію,&lt;br /&gt;</w:t>
        <w:br/>
        <w:t>Певну віру в ідеали&lt;br /&gt;</w:t>
        <w:br/>
        <w:t>Тим, котрі вже край свій рідний&lt;br /&gt;</w:t>
        <w:br/>
        <w:t>Зацурали, занедбали...</w:t>
      </w:r>
    </w:p>
    <w:p>
      <w:r>
        <w:br/>
        <w:t>* * *</w:t>
      </w:r>
    </w:p>
    <w:p>
      <w:r>
        <w:br/>
        <w:t>Жив у Києві в неволі&lt;br /&gt;</w:t>
        <w:br/>
        <w:t>Ханський син, малий хлопчина,&lt;br /&gt;</w:t>
        <w:br/>
        <w:t>Половецького б то хана&lt;br /&gt;</w:t>
        <w:br/>
        <w:t>Найулюблена дитина.</w:t>
      </w:r>
    </w:p>
    <w:p>
      <w:r>
        <w:br/>
        <w:t>Мономах, князь Володимир,&lt;br /&gt;</w:t>
        <w:br/>
        <w:t>Взяв його під час походу&lt;br /&gt;</w:t>
        <w:br/>
        <w:t>З ясирем в полон і потім&lt;br /&gt;</w:t>
        <w:br/>
        <w:t>При собі лишив за вроду.</w:t>
      </w:r>
    </w:p>
    <w:p>
      <w:r>
        <w:br/>
        <w:t>Оточив його почотом&lt;br /&gt;</w:t>
        <w:br/>
        <w:t>І розкошами догідно —&lt;br /&gt;</w:t>
        <w:br/>
        <w:t>І жилось тому хлоп'яті&lt;br /&gt;</w:t>
        <w:br/>
        <w:t>І безпечно, і вигідно.</w:t>
      </w:r>
    </w:p>
    <w:p>
      <w:r>
        <w:br/>
        <w:t>Час минав, і став помалу&lt;br /&gt;</w:t>
        <w:br/>
        <w:t>Рідний степ він забувати,&lt;br /&gt;</w:t>
        <w:br/>
        <w:t>Край чужий, чужі звичаї&lt;br /&gt;</w:t>
        <w:br/>
        <w:t>Як за рідні уважати.</w:t>
      </w:r>
    </w:p>
    <w:p>
      <w:r>
        <w:br/>
        <w:t>Та не так жилося хану&lt;br /&gt;</w:t>
        <w:br/>
        <w:t>Без коханої дитини.&lt;br /&gt;</w:t>
        <w:br/>
        <w:t>Тяжко віку доживати&lt;br /&gt;</w:t>
        <w:br/>
        <w:t>Під вагою самотини.</w:t>
      </w:r>
    </w:p>
    <w:p>
      <w:r>
        <w:br/>
        <w:t>Зажурився, засмутився...&lt;br /&gt;</w:t>
        <w:br/>
        <w:t>Вдень не їсть, а серед ночі&lt;br /&gt;</w:t>
        <w:br/>
        <w:t>Плаче, бідний, та зітхає,&lt;br /&gt;</w:t>
        <w:br/>
        <w:t>Сну не знають його очі.</w:t>
      </w:r>
    </w:p>
    <w:p>
      <w:r>
        <w:br/>
        <w:t>Ні від кого він не має&lt;br /&gt;</w:t>
        <w:br/>
        <w:t>Ні утіхи, ні поради.&lt;br /&gt;</w:t>
        <w:br/>
        <w:t>Світ увесь йому здається&lt;br /&gt;</w:t>
        <w:br/>
        <w:t>Без краси і без принади.</w:t>
      </w:r>
    </w:p>
    <w:p>
      <w:r>
        <w:br/>
        <w:t>Кличе він гудця [2] до себе&lt;br /&gt;</w:t>
        <w:br/>
        <w:t>І таку держить промову,&lt;br /&gt;</w:t>
        <w:br/>
        <w:t>Що мов кров'ю з його серця&lt;br /&gt;</w:t>
        <w:br/>
        <w:t>Слово точиться по слову:</w:t>
      </w:r>
    </w:p>
    <w:p>
      <w:r>
        <w:br/>
        <w:t>"Слухай, старче, ти шугаєш&lt;br /&gt;</w:t>
        <w:br/>
        <w:t>Ясним соколом у хмарах,&lt;br /&gt;</w:t>
        <w:br/>
        <w:t>Сірим вовком в полі скачеш,&lt;br /&gt;</w:t>
        <w:br/>
        <w:t>Розумієшся на чарах.</w:t>
      </w:r>
    </w:p>
    <w:p>
      <w:r>
        <w:br/>
        <w:t>Божий дар ти маєш з неба&lt;br /&gt;</w:t>
        <w:br/>
        <w:t>Людям долю віщувати,&lt;br /&gt;</w:t>
        <w:br/>
        <w:t>Словом, піснею своєю&lt;br /&gt;</w:t>
        <w:br/>
        <w:t>Всіх до себе привертати.</w:t>
      </w:r>
    </w:p>
    <w:p>
      <w:r>
        <w:br/>
        <w:t>Ти піди у землю Руську —&lt;br /&gt;</w:t>
        <w:br/>
        <w:t>Ворогів наших країну,—&lt;br /&gt;</w:t>
        <w:br/>
        <w:t>Відшукай там мого сина,&lt;br /&gt;</w:t>
        <w:br/>
        <w:t>Мою любую дитину.</w:t>
      </w:r>
    </w:p>
    <w:p>
      <w:r>
        <w:br/>
        <w:t>Розкажи, як побиваюсь&lt;br /&gt;</w:t>
        <w:br/>
        <w:t>Я за ним і дні, і ночі,&lt;br /&gt;</w:t>
        <w:br/>
        <w:t>Як давно вже виглядають&lt;br /&gt;</w:t>
        <w:br/>
        <w:t>Його звідтіль мої очі.</w:t>
      </w:r>
    </w:p>
    <w:p>
      <w:r>
        <w:br/>
        <w:t>Заспівай ти йому пісню&lt;br /&gt;</w:t>
        <w:br/>
        <w:t>Нашу, рідну, половецьку,&lt;br /&gt;</w:t>
        <w:br/>
        <w:t>Про життя привільне наше,&lt;br /&gt;</w:t>
        <w:br/>
        <w:t>Нашу вдачу молодецьку.</w:t>
      </w:r>
    </w:p>
    <w:p>
      <w:r>
        <w:br/>
        <w:t>А як все те не поможе,&lt;br /&gt;</w:t>
        <w:br/>
        <w:t>Дай йому євшана-зілля,&lt;br /&gt;</w:t>
        <w:br/>
        <w:t>Щоб, понюхавши, згадав він&lt;br /&gt;</w:t>
        <w:br/>
        <w:t>Степу вільного привілля".</w:t>
      </w:r>
    </w:p>
    <w:p>
      <w:r>
        <w:br/>
        <w:t>І пішов гудець в дорогу.&lt;br /&gt;</w:t>
        <w:br/>
        <w:t>Йде він три дні і три ночі,&lt;br /&gt;</w:t>
        <w:br/>
        <w:t>На четвертий день приходить&lt;br /&gt;</w:t>
        <w:br/>
        <w:t>В місто Київ опівночі.</w:t>
      </w:r>
    </w:p>
    <w:p>
      <w:r>
        <w:br/>
        <w:t>Крадькома пройшов, мов злодій,&lt;br /&gt;</w:t>
        <w:br/>
        <w:t>Він до сина свого пана&lt;br /&gt;</w:t>
        <w:br/>
        <w:t>І почав казати стиха&lt;br /&gt;</w:t>
        <w:br/>
        <w:t>Мову зрадженого хана.</w:t>
      </w:r>
    </w:p>
    <w:p>
      <w:r>
        <w:br/>
        <w:t>Улещає, намовляє...&lt;br /&gt;</w:t>
        <w:br/>
        <w:t>Та слова його хлопчину&lt;br /&gt;</w:t>
        <w:br/>
        <w:t>Не вражають, бо забув вже&lt;br /&gt;</w:t>
        <w:br/>
        <w:t>Він і батька, і родину.</w:t>
      </w:r>
    </w:p>
    <w:p>
      <w:r>
        <w:br/>
        <w:t>І гудець по струнах вдарив!&lt;br /&gt;</w:t>
        <w:br/>
        <w:t>Наче вітер у негоду,&lt;br /&gt;</w:t>
        <w:br/>
        <w:t>Загула невпинна пісня —&lt;br /&gt;</w:t>
        <w:br/>
        <w:t>Пісня вільного народу.&lt;br /&gt;</w:t>
        <w:br/>
        <w:t>Про славетнії події —&lt;br /&gt;</w:t>
        <w:br/>
        <w:t>Ті події половецькі,&lt;br /&gt;</w:t>
        <w:br/>
        <w:t>Про лицарськії походи —&lt;br /&gt;</w:t>
        <w:br/>
        <w:t>Ті походи молодецькі!</w:t>
      </w:r>
    </w:p>
    <w:p>
      <w:r>
        <w:br/>
        <w:t>Мов скажена хуртовина,&lt;br /&gt;</w:t>
        <w:br/>
        <w:t>Мов страшні Перуна громи,&lt;br /&gt;</w:t>
        <w:br/>
        <w:t>Так ревли-стогнали струни&lt;br /&gt;</w:t>
        <w:br/>
        <w:t>І той спів гудця-сіроми!</w:t>
      </w:r>
    </w:p>
    <w:p>
      <w:r>
        <w:br/>
        <w:t>Але ось вже затихає&lt;br /&gt;</w:t>
        <w:br/>
        <w:t>Бренькіт дужий акордовий&lt;br /&gt;</w:t>
        <w:br/>
        <w:t>І намісто його чути&lt;br /&gt;</w:t>
        <w:br/>
        <w:t>Спів народний, колисковий.</w:t>
      </w:r>
    </w:p>
    <w:p>
      <w:r>
        <w:br/>
        <w:t>То гудець співає тихо&lt;br /&gt;</w:t>
        <w:br/>
        <w:t>Пісню тую, що співала&lt;br /&gt;</w:t>
        <w:br/>
        <w:t>Мати синові своєму,&lt;br /&gt;</w:t>
        <w:br/>
        <w:t>Як маленьким колисала.</w:t>
      </w:r>
    </w:p>
    <w:p>
      <w:r>
        <w:br/>
        <w:t>Наче лагідна молитва,&lt;br /&gt;</w:t>
        <w:br/>
        <w:t>Журно пісня та лунає.&lt;br /&gt;</w:t>
        <w:br/>
        <w:t>Ось її акорд останній&lt;br /&gt;</w:t>
        <w:br/>
        <w:t>В пітьмі ночі потопає...</w:t>
      </w:r>
    </w:p>
    <w:p>
      <w:r>
        <w:br/>
        <w:t>Але спів цей ніжний, любий,&lt;br /&gt;</w:t>
        <w:br/>
        <w:t>Ані перший, сильний, дужий,&lt;br /&gt;</w:t>
        <w:br/>
        <w:t>Не вразив юнацьке серце,—&lt;br /&gt;</w:t>
        <w:br/>
        <w:t>Він сидить німий, байдужий.</w:t>
      </w:r>
    </w:p>
    <w:p>
      <w:r>
        <w:br/>
        <w:t>І схилилася стареча&lt;br /&gt;</w:t>
        <w:br/>
        <w:t>Голова гудця на груди —&lt;br /&gt;</w:t>
        <w:br/>
        <w:t>Там, де пустка замість серця,&lt;br /&gt;</w:t>
        <w:br/>
        <w:t>Порятунку вже не буде!..</w:t>
      </w:r>
    </w:p>
    <w:p>
      <w:r>
        <w:br/>
        <w:t>Але ні! Ще є надія&lt;br /&gt;</w:t>
        <w:br/>
        <w:t>Тут, на грудях в сповиточку!..&lt;br /&gt;</w:t>
        <w:br/>
        <w:t>І тремтячими руками&lt;br /&gt;</w:t>
        <w:br/>
        <w:t>Роздирає він сорочку,</w:t>
      </w:r>
    </w:p>
    <w:p>
      <w:r>
        <w:br/>
        <w:t>Із грудей своїх знімає&lt;br /&gt;</w:t>
        <w:br/>
        <w:t>Той євшан, чарівне зілля,&lt;br /&gt;</w:t>
        <w:br/>
        <w:t>І понюхать юнакові&lt;br /&gt;</w:t>
        <w:br/>
        <w:t>Подає оте бадилля.</w:t>
      </w:r>
    </w:p>
    <w:p>
      <w:r>
        <w:br/>
        <w:t>Що ж це враз з юнаком сталось?&lt;br /&gt;</w:t>
        <w:br/>
        <w:t>Твар [3] поблідна у небоги,&lt;br /&gt;</w:t>
        <w:br/>
        <w:t>Затремтів, очима блиснув&lt;br /&gt;</w:t>
        <w:br/>
        <w:t>І зірвавсь на рівні ноги.</w:t>
      </w:r>
    </w:p>
    <w:p>
      <w:r>
        <w:br/>
        <w:t>Рідний степ — широкий, вільний,&lt;br /&gt;</w:t>
        <w:br/>
        <w:t>Пишнобарвний і квітчастий —&lt;br /&gt;</w:t>
        <w:br/>
        <w:t>Раптом став перед очима,&lt;br /&gt;</w:t>
        <w:br/>
        <w:t>З ним і батенько нещасний!..</w:t>
      </w:r>
    </w:p>
    <w:p>
      <w:r>
        <w:br/>
        <w:t>Воля, воленька кохана!&lt;br /&gt;</w:t>
        <w:br/>
        <w:t>Рідні шатра, рідні люди...&lt;br /&gt;</w:t>
        <w:br/>
        <w:t>Все це разом промайнуло,&lt;br /&gt;</w:t>
        <w:br/>
        <w:t>Стисло серце, сперло груди.</w:t>
      </w:r>
    </w:p>
    <w:p>
      <w:r>
        <w:br/>
        <w:t>"Краще в ріднім краї милім&lt;br /&gt;</w:t>
        <w:br/>
        <w:t>Полягти кістьми, сконати,&lt;br /&gt;</w:t>
        <w:br/>
        <w:t>Ніж в землі чужій, ворожій&lt;br /&gt;</w:t>
        <w:br/>
        <w:t>В славі й шані пробувати!" —</w:t>
      </w:r>
    </w:p>
    <w:p>
      <w:r>
        <w:br/>
        <w:t>Так він скрикнув, і в дорогу&lt;br /&gt;</w:t>
        <w:br/>
        <w:t>В нічку темну та пригожу&lt;br /&gt;</w:t>
        <w:br/>
        <w:t>Подались вони обоє,&lt;br /&gt;</w:t>
        <w:br/>
        <w:t>Обминаючи сторожу.</w:t>
      </w:r>
    </w:p>
    <w:p>
      <w:r>
        <w:br/>
        <w:t>Байраками та ярами&lt;br /&gt;</w:t>
        <w:br/>
        <w:t>Неутомно проходжали —&lt;br /&gt;</w:t>
        <w:br/>
        <w:t>В рідний степ, у край веселий&lt;br /&gt;</w:t>
        <w:br/>
        <w:t>Простували, поспішали.</w:t>
      </w:r>
    </w:p>
    <w:p>
      <w:r>
        <w:br/>
        <w:t>* * *</w:t>
      </w:r>
    </w:p>
    <w:p>
      <w:r>
        <w:br/>
        <w:t>Україно! Мамо люба!&lt;br /&gt;</w:t>
        <w:br/>
        <w:t>Чи не те ж з тобою сталось?&lt;br /&gt;</w:t>
        <w:br/>
        <w:t>Чи синів твоїх багато&lt;br /&gt;</w:t>
        <w:br/>
        <w:t>На степах твоїх зосталось?</w:t>
      </w:r>
    </w:p>
    <w:p>
      <w:r>
        <w:br/>
        <w:t>Чи вони ж не відцурались,&lt;br /&gt;</w:t>
        <w:br/>
        <w:t>Не забули тебе, неньку,&lt;br /&gt;</w:t>
        <w:br/>
        <w:t>Чи сховали жаль до тебе&lt;br /&gt;</w:t>
        <w:br/>
        <w:t>І кохання у серденьку?</w:t>
      </w:r>
    </w:p>
    <w:p>
      <w:r>
        <w:br/>
        <w:t>Марна річ! Були і в тебе&lt;br /&gt;</w:t>
        <w:br/>
        <w:t>Кобзарі — гудці народні,&lt;br /&gt;</w:t>
        <w:br/>
        <w:t>Що співали-віщували&lt;br /&gt;</w:t>
        <w:br/>
        <w:t>Заповіти благородні,</w:t>
      </w:r>
    </w:p>
    <w:p>
      <w:r>
        <w:br/>
        <w:t>А проте тієї сили,&lt;br /&gt;</w:t>
        <w:br/>
        <w:t>Духу, що зрива на ноги,&lt;br /&gt;</w:t>
        <w:br/>
        <w:t>В нас нема і манівцями&lt;br /&gt;</w:t>
        <w:br/>
        <w:t>Ми блукаєм без дороги!..</w:t>
      </w:r>
    </w:p>
    <w:p>
      <w:r>
        <w:br/>
        <w:t>Де ж того євшану взяти,&lt;br /&gt;</w:t>
        <w:br/>
        <w:t>Того зілля-привороту,&lt;br /&gt;</w:t>
        <w:br/>
        <w:t>Що на певний шлях направить,—&lt;br /&gt;</w:t>
        <w:br/>
        <w:t>Шлях у край свій повороту?!</w:t>
      </w:r>
    </w:p>
    <w:p>
      <w:r>
        <w:br/>
        <w:t>1899 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Євшан-зілля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