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Іспанка Карменсіта</w:t>
      </w:r>
    </w:p>
    <w:p>
      <w:r>
        <w:br/>
        <w:t xml:space="preserve"> Студентські вечори... Танцюють чи не всі там&lt;br /&gt;</w:t>
        <w:br/>
        <w:t>і чардаш, і мазурку, і танці всіх племен.&lt;br /&gt;</w:t>
        <w:br/>
        <w:t>Приходила до нас іспанка Карменсіта.&lt;br /&gt;</w:t>
        <w:br/>
        <w:t>Любила танцювати, на те ж вона й Кармен.</w:t>
      </w:r>
    </w:p>
    <w:p>
      <w:r>
        <w:br/>
        <w:t>Найкращі кабальєро кружляли її в танці.&lt;br /&gt;</w:t>
        <w:br/>
        <w:t>І кожен усміхався, і кожен щось питав.&lt;br /&gt;</w:t>
        <w:br/>
        <w:t>Усі її любили, і навіть наостанці&lt;br /&gt;</w:t>
        <w:br/>
        <w:t>декан сивоголовий на плечах покатав.</w:t>
      </w:r>
    </w:p>
    <w:p>
      <w:r>
        <w:br/>
        <w:t>А десь іржаві бомби рибальські рвали сіті.&lt;br /&gt;</w:t>
        <w:br/>
        <w:t>А десь народ іспанський конав, як Прометей.&lt;br /&gt;</w:t>
        <w:br/>
        <w:t>Було їй років вісім, іспанці Карменсіті.&lt;br /&gt;</w:t>
        <w:br/>
        <w:t>Була вона вже діти іспанських тих дітей.</w:t>
      </w:r>
    </w:p>
    <w:p>
      <w:r>
        <w:br/>
        <w:t>Така іще маленька, а мала кастаньєти.&lt;br /&gt;</w:t>
        <w:br/>
        <w:t>Танцюй, танцюй, дитино! І ми танцюєм теж.&lt;br /&gt;</w:t>
        <w:br/>
        <w:t>Нема вітчизни в тебе,&lt;br /&gt;</w:t>
        <w:br/>
        <w:t>але у неї є ти!&lt;br /&gt;</w:t>
        <w:br/>
        <w:t>А всі ці генерали, — ти їх переживеш!</w:t>
      </w:r>
    </w:p>
    <w:p>
      <w:r>
        <w:br/>
        <w:t>Той час іще настане, ще та хвилина прийде.&lt;br /&gt;</w:t>
        <w:br/>
        <w:t>Колись же вони щезнуть, всі скрині всіх Пандор.</w:t>
      </w:r>
    </w:p>
    <w:p>
      <w:r>
        <w:br/>
        <w:t>Танцюй, танцюй, дитино!&lt;br /&gt;</w:t>
        <w:br/>
        <w:t>Життя — страшна корида.&lt;br /&gt;</w:t>
        <w:br/>
        <w:t>На сотню Мінотаврів — один тореадор.</w:t>
      </w:r>
    </w:p>
    <w:p>
      <w:r>
        <w:br/>
        <w:t>Ще будеш і в Мадриді,&lt;br /&gt;</w:t>
        <w:br/>
        <w:t>ще будеш в Барселоні.&lt;br /&gt;</w:t>
        <w:br/>
        <w:t>Іще тебе в Гренаду твій тато повезе.&lt;br /&gt;</w:t>
        <w:br/>
        <w:t>Життя — це і усмішка, і сльози ці солоні.&lt;br /&gt;</w:t>
        <w:br/>
        <w:t>І кров, і барикади, і музика Бізе!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Іспанка Карменсіта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