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Італійські гіди</w:t>
      </w:r>
    </w:p>
    <w:p>
      <w:r>
        <w:br/>
        <w:t xml:space="preserve"> &lt;p&gt;ІТАЛІЙСЬКІ ГІДИ</w:t>
      </w:r>
    </w:p>
    <w:p>
      <w:r>
        <w:br/>
        <w:t>Користаючись із нагоди, я хочу сказати декілька слів про Мікеланджело Буонарроті, могутній геній якого я обожнюю. Ця людина була велика у поезії, в малярстві, у скульптурі, в архітектурі – велика в усьому, до чого б вона не бралася. Але щоб мати Мікеланджело на сніданок, на полуденок, на обід, на підвечірок, на вечерю, та ще й у проміжки між цим,– це вже занадто. Я волію деяку різноманітність. У Генуї усе спорудив він; у Мілані – він або його учні; він спорудив озеро Комо; у Падуї, Вероні, Венеції, Болоньї від гідів ми тільки й чули, що про Мікеланджело. У Флоренції майже все намалював і спорудив він, а як чого він не спорудив, то сідав на улюбленому камені й милувався тією спорудою, і гіди показували нам той камінь. У Пізі він спорудив геть-чисто все, окрім звісної старої вежі, та й ту б йому приписано, якби не була та вежа так страшенно перехняблена. Він спорудив стовпи Леггорна і митницю в Чівіта-Веккії. Але в Римі – в Римі з цим Мікеланджело чистий жах. Він спорудив собор святого Петра, папську резиденцію і Пантеон, спланував уніформу для ватіканських вояків, створив Тібр, увесь Ватікан, Колізей, Капітолій, Тарпейську скелю, палац Барберіні, церкву Сан-Джованні, Кампанью, Апіїв шлях, сім пагорбів, лазні Каракали, Клавдіїв акведук, підземні стічні труби одне слово, вічний нудьгар створив Вічне Місто, і, якщо всі люди й книжки не брешуть, ще й намалював геть усе, що є в Римі! Один з нашого гурту, Ден, зауважив якось гідові:</w:t>
      </w:r>
    </w:p>
    <w:p>
      <w:r>
        <w:br/>
        <w:t>– Досить, досить, досить! Більше ні слова! Кажіть уже відразу, що господь бог створив усю Італію за планом Мікеланджело!</w:t>
      </w:r>
    </w:p>
    <w:p>
      <w:r>
        <w:br/>
        <w:t>Зроду я не почував себе таким неймовірно вдячним таким утішеним, таким заспокоєним, зроду мене не проймала така блаженна умиротвореність, як учора, коли мені стало відомо, що Мікеланджело вже помер.</w:t>
      </w:r>
    </w:p>
    <w:p>
      <w:r>
        <w:br/>
        <w:t>Та хоч би там як, а свого гіда з неодмінним Мікеланджело на устах ми таки трохи провчили. Він проводив нас повз цілі милі картин і скульптур у величезних галереях Ватікану, повз милі картин і скульптур у двадцятьох інших палацах, показав нам величну картину в Сікстинській капелі, показав фрески, стільки їх, що вистачило б усе небо ними заслати, і майже все це було роботи Мікеланджело. Отож нашого гіда ми обіграли в такий спосіб, в який не раз долали й багатьох інших гідів – затопивши його недоумкуватими й безглуздими запитаннями. Ці створіння жодного разу нічого не запідозрили – вони про сарказм і уявлення не мають.</w:t>
      </w:r>
    </w:p>
    <w:p>
      <w:r>
        <w:br/>
        <w:t>Він показує нам статую і каже:</w:t>
      </w:r>
    </w:p>
    <w:p>
      <w:r>
        <w:br/>
        <w:t>– Statoo brunzo. (Бронзова статуя).</w:t>
      </w:r>
    </w:p>
    <w:p>
      <w:r>
        <w:br/>
        <w:t>Ми байдуже дивимось на неї, і наш доктор запитує:</w:t>
      </w:r>
    </w:p>
    <w:p>
      <w:r>
        <w:br/>
        <w:t>– Роботи Мікеланджело?</w:t>
      </w:r>
    </w:p>
    <w:p>
      <w:r>
        <w:br/>
        <w:t>– Ні. Невідомого скульптора.</w:t>
      </w:r>
    </w:p>
    <w:p>
      <w:r>
        <w:br/>
        <w:t>Далі гід показує нам старожитній Римський Форум. Доктор запитує:</w:t>
      </w:r>
    </w:p>
    <w:p>
      <w:r>
        <w:br/>
        <w:t>– Роботи Мікеланджело?</w:t>
      </w:r>
    </w:p>
    <w:p>
      <w:r>
        <w:br/>
        <w:t>Здивований гідів погляд.</w:t>
      </w:r>
    </w:p>
    <w:p>
      <w:r>
        <w:br/>
        <w:t>– Ні! Його створено за тисячу років до того, як Мікеланджело народився.</w:t>
      </w:r>
    </w:p>
    <w:p>
      <w:r>
        <w:br/>
        <w:t>Далі єгипетський обеліск. І знову:</w:t>
      </w:r>
    </w:p>
    <w:p>
      <w:r>
        <w:br/>
        <w:t>– Роботи Мікеланджело?</w:t>
      </w:r>
    </w:p>
    <w:p>
      <w:r>
        <w:br/>
        <w:t>– О, що ви, панове! Це дві тисячі років до того, як він народився!</w:t>
      </w:r>
    </w:p>
    <w:p>
      <w:r>
        <w:br/>
        <w:t>Його так виснажують безперервні наші запитання, що часом він жахається взагалі будь-що нам показувати. Бідолаха силкується якомога втовкмачити нам, що Мікеланджело винуватець створення тільки частини світу, але все йому якось не щастить із цим втовкмаченням. Наші очі й мозок перевтомлені кількістю всього того, що доводиться бачити й сприймати, і певне розпруження нам необхідне, бо інакше ми геть почамріємо. Тож-бо наш гід мусить і далі терпіти. Якщо він не знаходить у цьому втіхи, тим гірше для нього. Ми знаходимо.</w:t>
      </w:r>
    </w:p>
    <w:p>
      <w:r>
        <w:br/>
        <w:t>Принагідно мені хотілося б сказати кілька слів загалом про європейських гідів, від яких нікуди не дінешся. Багато людей воліли б обходитись без гіда, але, на жаль, не можуть; знаючи це, вони воліють бодай трохи пожартувати з нього,– мовляв, нехай хоч така компенсація за те, що доводиться терпіти гідову присутність. Оскільки нам із цим останнім, тобто з жартуванням, поталанило, ми радо вділяємо свого досвіду іншим.</w:t>
      </w:r>
    </w:p>
    <w:p>
      <w:r>
        <w:br/>
        <w:t>Особливо захоплено обслуговують гіди партії американських туристів у Генуї, бо ж американці схильні так багато дивуватися, такими проймаються емоціями й захватом, побачивши якусь там Колумбову реліквію! Тамтешній наш гід аж підстрибував перед нами, так, немовби проковтнув пружинного матраца. Він увесь гарячкував, його брала нетерплячка. Він казав:</w:t>
      </w:r>
    </w:p>
    <w:p>
      <w:r>
        <w:br/>
        <w:t>– Ходімте зі мною, панове! Я покажу вам листа Христофора Колумба! Листа, що його він сам написав! Власноручно! Ходімте!</w:t>
      </w:r>
    </w:p>
    <w:p>
      <w:r>
        <w:br/>
        <w:t>Він повів нас до міської ратуші. Після вельми разючого брязкання багатьох ключів і відмикання численних замків перед нашими очима нарешті розгорнули старий заплямований документ. Гідові очі заіскрилися. Він пританцьовував круг нас і тицяв пальцем у пергамент:</w:t>
      </w:r>
    </w:p>
    <w:p>
      <w:r>
        <w:br/>
        <w:t>– А що я вам казав, панове? Хіба ж ні? Бачите? Рукопис Христофора Колумба! Рука власна!</w:t>
      </w:r>
    </w:p>
    <w:p>
      <w:r>
        <w:br/>
        <w:t>Ми дивилися байдуже і незворушно. Протягом ніякової паузи доктор пильно приглядався до документа, а тоді промовив, не виявляючи найменшого зацікавлення:</w:t>
      </w:r>
    </w:p>
    <w:p>
      <w:r>
        <w:br/>
        <w:t>– Ага, Фергюсоне, чи як вас там... то як... як, ви кажете, називався суб’єкт, що це написав?</w:t>
      </w:r>
    </w:p>
    <w:p>
      <w:r>
        <w:br/>
        <w:t>– Христофор Колумб! Великий Христофор Колумб!</w:t>
      </w:r>
    </w:p>
    <w:p>
      <w:r>
        <w:br/>
        <w:t>Доктор знову пильно приглянувся.</w:t>
      </w:r>
    </w:p>
    <w:p>
      <w:r>
        <w:br/>
        <w:t>– Ага... І він написав це власноручно, чи... чи як?</w:t>
      </w:r>
    </w:p>
    <w:p>
      <w:r>
        <w:br/>
        <w:t>– Написав власноручно! Христофор Колумб! Це його рукопис, рука власна!</w:t>
      </w:r>
    </w:p>
    <w:p>
      <w:r>
        <w:br/>
        <w:t>Тоді доктор поклав документа й сказав:</w:t>
      </w:r>
    </w:p>
    <w:p>
      <w:r>
        <w:br/>
        <w:t>– Гм, в Америці я бачив хлопців, яким лише по чотирнадцять років, а пишуть вони куди краще.</w:t>
      </w:r>
    </w:p>
    <w:p>
      <w:r>
        <w:br/>
        <w:t>– Але ж це великий Христо...</w:t>
      </w:r>
    </w:p>
    <w:p>
      <w:r>
        <w:br/>
        <w:t>– Мене не обходить, хто він! Такого поганого почерку я ніколи ще не бачив. Не думайте, що як ми чужинці, то можна заливати нам. Не такі вже ми й дурні. Якщо ви маєте якісь зразки справжнього краснопису, викладайте їх, а ні, то рушаймо далі.</w:t>
      </w:r>
    </w:p>
    <w:p>
      <w:r>
        <w:br/>
        <w:t>Ми рушили далі. Гід був неабияк розчарований, але наважився на ще одну спробу. Він мав щось таке, чим сподівався таки здолати нас. Він сказав:</w:t>
      </w:r>
    </w:p>
    <w:p>
      <w:r>
        <w:br/>
        <w:t>– Ах, панове, ходімте зі мною! Я покажу вам чудовий, о, величний бюст Христофора Колумба! Розкішний, прегарний, величний!</w:t>
      </w:r>
    </w:p>
    <w:p>
      <w:r>
        <w:br/>
        <w:t>Він підвів нас до чудового бюста – бюст і справді був чудовий! – тоді відступивсь на крок і став у позу:</w:t>
      </w:r>
    </w:p>
    <w:p>
      <w:r>
        <w:br/>
        <w:t>– Ах, погляньте-но, панове! Чудовий, розкішний! Бюст Христофора Колумба! Чудовий бюст, чудовий п’єдестал!</w:t>
      </w:r>
    </w:p>
    <w:p>
      <w:r>
        <w:br/>
        <w:t>Доктор приклав до ока монокль, придбаний спеціально для такої нагоди:</w:t>
      </w:r>
    </w:p>
    <w:p>
      <w:r>
        <w:br/>
        <w:t>– Ага... Так як, ви кажете, називався цей добродій?</w:t>
      </w:r>
    </w:p>
    <w:p>
      <w:r>
        <w:br/>
        <w:t>– Христофор Колумб! Великий Христофор Колумб!</w:t>
      </w:r>
    </w:p>
    <w:p>
      <w:r>
        <w:br/>
        <w:t>– Христофор Колумб... Великий Христофор Колумб… Ага. А що ж він такого зробив?</w:t>
      </w:r>
    </w:p>
    <w:p>
      <w:r>
        <w:br/>
        <w:t>– Він відкрив Америку! Відкрив Америку, як ви не розумієте?!</w:t>
      </w:r>
    </w:p>
    <w:p>
      <w:r>
        <w:br/>
        <w:t>– Відкрив Америку? Ну ні, це вже даруйте. Ми щойно, прибули з Америки. І ми нічого про це не чули. Христофор Колумб... Ім’я приємне. Так він… він помер?</w:t>
      </w:r>
    </w:p>
    <w:p>
      <w:r>
        <w:br/>
        <w:t>– O, corpo di Baccho!50 Триста років тому!</w:t>
      </w:r>
    </w:p>
    <w:p>
      <w:r>
        <w:br/>
        <w:t>– А від чого він помер?</w:t>
      </w:r>
    </w:p>
    <w:p>
      <w:r>
        <w:br/>
        <w:t>– Я не знаю. Не можу сказати.</w:t>
      </w:r>
    </w:p>
    <w:p>
      <w:r>
        <w:br/>
        <w:t>– Від віспи, либонь?</w:t>
      </w:r>
    </w:p>
    <w:p>
      <w:r>
        <w:br/>
        <w:t>– Не знаю, панове! Я не знаю, від чого він помер!</w:t>
      </w:r>
    </w:p>
    <w:p>
      <w:r>
        <w:br/>
        <w:t>– То може, від корі?</w:t>
      </w:r>
    </w:p>
    <w:p>
      <w:r>
        <w:br/>
        <w:t>– Можливо, можливо... Я не знаю. Мабуть, від чогось таки помер.</w:t>
      </w:r>
    </w:p>
    <w:p>
      <w:r>
        <w:br/>
        <w:t>– Батьки ще живі?</w:t>
      </w:r>
    </w:p>
    <w:p>
      <w:r>
        <w:br/>
        <w:t>– Це неможливо!</w:t>
      </w:r>
    </w:p>
    <w:p>
      <w:r>
        <w:br/>
        <w:t>– Ага... Так де ж тут бюст і де п’єдестал?</w:t>
      </w:r>
    </w:p>
    <w:p>
      <w:r>
        <w:br/>
        <w:t>– Мати божа! Ось це бюст! А це п’єдестал!</w:t>
      </w:r>
    </w:p>
    <w:p>
      <w:r>
        <w:br/>
        <w:t>– Ага, розумію, розумію... Вдале поєднання... Дуже вдале, справді. І це... це вперше з цього добродія зроблено бюст?</w:t>
      </w:r>
    </w:p>
    <w:p>
      <w:r>
        <w:br/>
        <w:t>Але марно було доймати чужинця дотепністю – гіди просто не годні вловити тонкощів американського гумору.</w:t>
      </w:r>
    </w:p>
    <w:p>
      <w:r>
        <w:br/>
        <w:t>Спробували ми подіяти своєю дотепністю ще й на римського гіда. Учора ми знову провели три чи чотири години у Ватікані, цьому чарівному світі всіляких диковин. Ми насилу стримувалися, щоб не виказувати інтересу, а часом навіть і захоплення. Проте якось таки стрималися. Ніхто інший зроду-віку не спромігся на таке у ватіканських музеях. Гід був приголомшений і геть ошелешений. Вій мало з ніг не збився, вишукуючи для нас надзвичайні речі, вичерпав на нас до кінця свою винахідливість, і все марно – жодного разу ми не виявили найменшої цікавості. На самий кінець він приберіг те, що вважав за найвеличніше диво – мумію єгипетського фараона, яка збереглася чи не найкраще у світі. Він підвів нас до неї. Цим разом він був такий певний успіху, що, до нього повернулися навіть рештки його давнього запалу:</w:t>
      </w:r>
    </w:p>
    <w:p>
      <w:r>
        <w:br/>
        <w:t>– Ось бачите, панове? Мумія! Мумія!</w:t>
      </w:r>
    </w:p>
    <w:p>
      <w:r>
        <w:br/>
        <w:t>Монокль було піднесено до ока так само спокійно й неквапливо, як і завжди.</w:t>
      </w:r>
    </w:p>
    <w:p>
      <w:r>
        <w:br/>
        <w:t>– Ага, Фергюсоне... То яке, ви кажете, було ім’я цього добродія?</w:t>
      </w:r>
    </w:p>
    <w:p>
      <w:r>
        <w:br/>
        <w:t>– Ім’я? Він не має ніякого ім’я! Це мумія! Єгипетська мумія!</w:t>
      </w:r>
    </w:p>
    <w:p>
      <w:r>
        <w:br/>
        <w:t>– Так, так. То він тут народився?</w:t>
      </w:r>
    </w:p>
    <w:p>
      <w:r>
        <w:br/>
        <w:t>– Ні! Це єгипетська мумія!</w:t>
      </w:r>
    </w:p>
    <w:p>
      <w:r>
        <w:br/>
        <w:t>– Аг-га, отже, так. Француз, я гадаю?</w:t>
      </w:r>
    </w:p>
    <w:p>
      <w:r>
        <w:br/>
        <w:t>– Ні! Не француз і не римлянин! Він народився в Єгипті!</w:t>
      </w:r>
    </w:p>
    <w:p>
      <w:r>
        <w:br/>
        <w:t>– Народився в Єгипті. Зроду я не чув ні про який Єгипет. Мабуть, це за кордоном. Мумія, значить, мумія... І який він спокійний, який стриманий. Він що – мертвий?</w:t>
      </w:r>
    </w:p>
    <w:p>
      <w:r>
        <w:br/>
        <w:t>– О господи! Таж він помер три тисячі років тому!</w:t>
      </w:r>
    </w:p>
    <w:p>
      <w:r>
        <w:br/>
        <w:t>Доктор розлючено обернувся до гіда:</w:t>
      </w:r>
    </w:p>
    <w:p>
      <w:r>
        <w:br/>
        <w:t>– Послухайте, ви, що ви собі думаєте! Як ми чужинці, то можна нам баки забивати, наче якимсь китаягам? Хочете вразити нас цим паршивим підтоптаним трупом! Чорти б його батькові, якщо ви... якщо ви маєте пристойного свіжого трупа, тягніть його сюди, а ні, то їй-бо, що ми вам самому розквасимо голову!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Італійські гіди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