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"Сонетів До Орфея"</w:t>
      </w:r>
    </w:p>
    <w:p>
      <w:r>
        <w:br/>
        <w:t xml:space="preserve"> Райнер Марія Рільке&lt;br /&gt;</w:t>
        <w:br/>
        <w:t>Із "Сонетів До Орфея"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Устало древо. О гінке зростання!&lt;br /&gt;</w:t>
        <w:br/>
        <w:t>Орфей співа. О вгору вольний гон!&lt;br /&gt;</w:t>
        <w:br/>
        <w:t>I вмовкло все. I з того от мовчання&lt;br /&gt;</w:t>
        <w:br/>
        <w:t>Постав новий зачин, новий закон.</w:t>
      </w:r>
    </w:p>
    <w:p>
      <w:r>
        <w:br/>
        <w:t>Із лісу, що у лагоді світлішав,&lt;br /&gt;</w:t>
        <w:br/>
        <w:t>Ринули звірі з леж своїх і гнізд;&lt;br /&gt;</w:t>
        <w:br/>
        <w:t>Не лють їх гнала і не хижий хист,&lt;br /&gt;</w:t>
        <w:br/>
        <w:t>Не ляк їх упокорив і утишив,</w:t>
      </w:r>
    </w:p>
    <w:p>
      <w:r>
        <w:br/>
        <w:t>А слухання, вчування. Рев і рик&lt;br /&gt;</w:t>
        <w:br/>
        <w:t>Змалів їм у серцях. I де допіру&lt;br /&gt;</w:t>
        <w:br/>
        <w:t>Хіба яка хибарочка у хащах</w:t>
      </w:r>
    </w:p>
    <w:p>
      <w:r>
        <w:br/>
        <w:t>Хилялася до первісних слухащих,&lt;br /&gt;</w:t>
        <w:br/>
        <w:t>Де темна хіть чаїлась потай миру,-&lt;br /&gt;</w:t>
        <w:br/>
        <w:t>Їм храм воздвиг співливий чарівник.</w:t>
      </w:r>
    </w:p>
    <w:p>
      <w:r>
        <w:br/>
        <w:t>------------------------------</w:t>
      </w:r>
    </w:p>
    <w:p>
      <w:r>
        <w:br/>
        <w:t>Райнер Марія Рільке&lt;br /&gt;</w:t>
        <w:br/>
        <w:t>Із "Сонетів До Орфея"</w:t>
      </w:r>
    </w:p>
    <w:p>
      <w:r>
        <w:br/>
        <w:t>Перекладач: Микола 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Частина перша</w:t>
      </w:r>
    </w:p>
    <w:p>
      <w:r>
        <w:br/>
        <w:t>I</w:t>
      </w:r>
    </w:p>
    <w:p>
      <w:r>
        <w:br/>
        <w:t>Ось дерево звелось. О виростання!&lt;br /&gt;</w:t>
        <w:br/>
        <w:t>О спів Орфея! Співу повен слух.&lt;br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в їх прислуханні храм.</w:t>
      </w:r>
    </w:p>
    <w:p>
      <w:r>
        <w:br/>
        <w:t>VII</w:t>
      </w:r>
    </w:p>
    <w:p>
      <w:r>
        <w:br/>
        <w:t>Славити! Слави обранець спливе&lt;br /&gt;</w:t>
        <w:br/>
        <w:t>вгору із надр, як руда — з брил мовчання.&lt;br /&gt;</w:t>
        <w:br/>
        <w:t>Серце його — о давильні стискання —&lt;br /&gt;</w:t>
        <w:br/>
        <w:t>людям вино витискає живе.</w:t>
      </w:r>
    </w:p>
    <w:p>
      <w:r>
        <w:br/>
        <w:t>Звуку пісень його порох не вкриє,&lt;br /&gt;</w:t>
        <w:br/>
        <w:t>якщо на божий співатиме лад.&lt;br /&gt;</w:t>
        <w:br/>
        <w:t>Скрізь — виноградник і скрізь — виноград,&lt;br /&gt;</w:t>
        <w:br/>
        <w:t>що на осонні південному зріє.</w:t>
      </w:r>
    </w:p>
    <w:p>
      <w:r>
        <w:br/>
        <w:t>Ні королі, перетлілі в труні,&lt;br /&gt;</w:t>
        <w:br/>
        <w:t>слави його не принизять, ані&lt;br /&gt;</w:t>
        <w:br/>
        <w:t>тіні богів не дадуть на образу.</w:t>
      </w:r>
    </w:p>
    <w:p>
      <w:r>
        <w:br/>
        <w:t>Він є одним з вічносущих гінців,&lt;br /&gt;</w:t>
        <w:br/>
        <w:t>котрий приходить до Брами Мерців,&lt;br /&gt;</w:t>
        <w:br/>
        <w:t>овочів славних тримаючи вазу.</w:t>
      </w:r>
    </w:p>
    <w:p>
      <w:r>
        <w:br/>
        <w:t>XVII</w:t>
      </w:r>
    </w:p>
    <w:p>
      <w:r>
        <w:br/>
        <w:t>Старче, отам, в глибині&lt;br /&gt;</w:t>
        <w:br/>
        <w:t>світобудови,&lt;br /&gt;</w:t>
        <w:br/>
        <w:t>б'ють джерела потайні,&lt;br /&gt;</w:t>
        <w:br/>
        <w:t>коренів схови.</w:t>
      </w:r>
    </w:p>
    <w:p>
      <w:r>
        <w:br/>
        <w:t>Сурми, шоломи, щити,&lt;br /&gt;</w:t>
        <w:br/>
        <w:t>чвари могутні,&lt;br /&gt;</w:t>
        <w:br/>
        <w:t>люди — як люті брати,&lt;br /&gt;</w:t>
        <w:br/>
        <w:t>діви — як лютні...</w:t>
      </w:r>
    </w:p>
    <w:p>
      <w:r>
        <w:br/>
        <w:t>З віттю сплелася віть,&lt;br /&gt;</w:t>
        <w:br/>
        <w:t>тьма — по всім ширу.&lt;br /&gt;</w:t>
        <w:br/>
        <w:t>Хто там? О йдіть... ідіть...</w:t>
      </w:r>
    </w:p>
    <w:p>
      <w:r>
        <w:br/>
        <w:t>Хай ще бредуть по лісах. —&lt;br /&gt;</w:t>
        <w:br/>
        <w:t>Той же, що верху досяг,&lt;br /&gt;</w:t>
        <w:br/>
        <w:t>вже зводить ліру.</w:t>
      </w:r>
    </w:p>
    <w:p>
      <w:r>
        <w:br/>
        <w:t>Частина друга</w:t>
      </w:r>
    </w:p>
    <w:p>
      <w:r>
        <w:br/>
        <w:t>II</w:t>
      </w:r>
    </w:p>
    <w:p>
      <w:r>
        <w:br/>
        <w:t>Майстер, на аркуш поглянувши радо,&lt;br /&gt;</w:t>
        <w:br/>
        <w:t>в ньому вже бачить твір&lt;br /&gt;</w:t>
        <w:br/>
        <w:t>здiйсненний свій,&lt;br /&gt;</w:t>
        <w:br/>
        <w:t>так от в собі відбиває й свічадо&lt;br /&gt;</w:t>
        <w:br/>
        <w:t>посміх дівочий, єдиний, святий;</w:t>
      </w:r>
    </w:p>
    <w:p>
      <w:r>
        <w:br/>
        <w:t>так воно мірить ранкове проміння&lt;br /&gt;</w:t>
        <w:br/>
        <w:t>й сяйво смеркове послужливих свіч.&lt;br /&gt;</w:t>
        <w:br/>
        <w:t>Згодом у подих реальних облич&lt;br /&gt;</w:t>
        <w:br/>
        <w:t>падають тільки відбитки світіння.</w:t>
      </w:r>
    </w:p>
    <w:p>
      <w:r>
        <w:br/>
        <w:t>Що наші очі змогли розпізнати&lt;br /&gt;</w:t>
        <w:br/>
        <w:t>в прискові огнища довго жаркому?&lt;br /&gt;</w:t>
        <w:br/>
        <w:t>Образ життя, що минуло навік.</w:t>
      </w:r>
    </w:p>
    <w:p>
      <w:r>
        <w:br/>
        <w:t>Земле, чи змірив хто-будь твої втрати? —&lt;br /&gt;</w:t>
        <w:br/>
        <w:t>Тільки отой, чия пісня, мов крик,&lt;br /&gt;</w:t>
        <w:br/>
        <w:t>вславила серце, рожденне в усьому.</w:t>
      </w:r>
    </w:p>
    <w:p>
      <w:r>
        <w:br/>
        <w:t>XXVIII</w:t>
      </w:r>
    </w:p>
    <w:p>
      <w:r>
        <w:br/>
        <w:t>Прийди і відійди. Сливе дитя,&lt;br /&gt;</w:t>
        <w:br/>
        <w:t>враз дотанцюй фігуру того танцю&lt;br /&gt;</w:t>
        <w:br/>
        <w:t>небесних зір, в якому наостанці&lt;br /&gt;</w:t>
        <w:br/>
        <w:t>перемагаєм хоч на мить буття,</w:t>
      </w:r>
    </w:p>
    <w:p>
      <w:r>
        <w:br/>
        <w:t>що нами владно править. Ти звелась,&lt;br /&gt;</w:t>
        <w:br/>
        <w:t>заслухавшись в далекий спів Орфея.&lt;br /&gt;</w:t>
        <w:br/>
        <w:t>Ти з тих часів стривожена якась&lt;br /&gt;</w:t>
        <w:br/>
        <w:t>і мало не чужа для нас душею,</w:t>
      </w:r>
    </w:p>
    <w:p>
      <w:r>
        <w:br/>
        <w:t>коли вагалось дерево, — чи йти&lt;br /&gt;</w:t>
        <w:br/>
        <w:t>вслід за тобою там, де він співа,&lt;br /&gt;</w:t>
        <w:br/>
        <w:t>де, наче сховок, звуки ліри чути.</w:t>
      </w:r>
    </w:p>
    <w:p>
      <w:r>
        <w:br/>
        <w:t>Туди знайшла путі прекрасні ти,&lt;br /&gt;</w:t>
        <w:br/>
        <w:t>бо прагнула до світел торжества&lt;br /&gt;</w:t>
        <w:br/>
        <w:t>лице і кроки друга обернути.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"Сонетів До Орфея"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