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"Книга Лева"</w:t>
      </w:r>
    </w:p>
    <w:p>
      <w:r>
        <w:br/>
        <w:t xml:space="preserve"> Із збірки "Книга лева"&lt;br /&gt;</w:t>
        <w:br/>
        <w:t>Перша глава&lt;br /&gt;</w:t>
        <w:br/>
        <w:t>ЗНАК ЛЕВА</w:t>
      </w:r>
    </w:p>
    <w:p>
      <w:r>
        <w:br/>
        <w:t>Умерлих квітів царство – спить пустиня&lt;br /&gt;</w:t>
        <w:br/>
        <w:t>в піску сорочці золото-червоній.&lt;br /&gt;</w:t>
        <w:br/>
        <w:t>Малюк осот – рослинне чортовиння,&lt;br /&gt;</w:t>
        <w:br/>
        <w:t>екстазу сонця й блискавок погоні.</w:t>
      </w:r>
    </w:p>
    <w:p>
      <w:r>
        <w:br/>
        <w:t>Живі свічки понад землі труною,&lt;br /&gt;</w:t>
        <w:br/>
        <w:t>жорсткий бур'ян нараз кущем горючим.&lt;br /&gt;</w:t>
        <w:br/>
        <w:t>Немов кущі розхилені рукою,&lt;br /&gt;</w:t>
        <w:br/>
        <w:t>розхиляться бездонні віри кручі.</w:t>
      </w:r>
    </w:p>
    <w:p>
      <w:r>
        <w:br/>
        <w:t>І бачить вічність – небо опалеве&lt;br /&gt;</w:t>
        <w:br/>
        <w:t>і шум червоних полум'я потоків.&lt;br /&gt;</w:t>
        <w:br/>
        <w:t>З-за гір століть веде сузір'я Лева,&lt;br /&gt;</w:t>
        <w:br/>
        <w:t>цей знак монархів, воїнів, пророків.</w:t>
      </w:r>
    </w:p>
    <w:p>
      <w:r>
        <w:br/>
        <w:t>Тьмяніє сонце в хмарі птахів сизих,&lt;br /&gt;</w:t>
        <w:br/>
        <w:t>його вінчають лаври бурі, сині,&lt;br /&gt;</w:t>
        <w:br/>
        <w:t>і грім, мов підпис золотий у книзі,&lt;br /&gt;</w:t>
        <w:br/>
        <w:t>триватиме на сторінках пустині.</w:t>
      </w:r>
    </w:p>
    <w:p>
      <w:r>
        <w:br/>
        <w:t>Автограф грому в царській книзі Левів,&lt;br /&gt;</w:t>
        <w:br/>
        <w:t>написаній вітрами з-під Синаю,&lt;br /&gt;</w:t>
        <w:br/>
        <w:t>з узбіч гори, що шпиль пісків парчевий&lt;br /&gt;</w:t>
        <w:br/>
        <w:t>вінками Божих блискавиць квітчає.</w:t>
      </w:r>
    </w:p>
    <w:p>
      <w:r>
        <w:br/>
        <w:t>Синайський вітре, бий в відкриті карти!&lt;br /&gt;</w:t>
        <w:br/>
        <w:t>Без тебе я порожній посуд форми.&lt;br /&gt;</w:t>
        <w:br/>
        <w:t>Ввесь день над віщим джерелом на варті,&lt;br /&gt;</w:t>
        <w:br/>
        <w:t>а ніч – мов Біблія червона й чорна.</w:t>
      </w:r>
    </w:p>
    <w:p>
      <w:r>
        <w:br/>
        <w:t>ДАНИЇЛ У ЯМІ ЛЕВІВ</w:t>
      </w:r>
    </w:p>
    <w:p>
      <w:r>
        <w:br/>
        <w:t>Пропахчене, духотне чорне золото ночей пустині,&lt;br /&gt;</w:t>
        <w:br/>
        <w:t>просвітлене пурпурою, розбарвлене у сіть мозаїк.&lt;br /&gt;</w:t>
        <w:br/>
        <w:t>Це підшивка червона під кожухом ночі. Морок синій&lt;br /&gt;</w:t>
        <w:br/>
        <w:t>на піч землі, навбач погаслу, хоч іще жарку, сідає.&lt;br /&gt;</w:t>
        <w:br/>
        <w:t>Готуються до льоту надми піскові, мов хмари птаства,&lt;br /&gt;</w:t>
        <w:br/>
        <w:t>що сіло на спочинок і ось-ось відлине в безмір вільний,&lt;br /&gt;</w:t>
        <w:br/>
        <w:t>акорди на акордах,&lt;br /&gt;</w:t>
        <w:br/>
        <w:t>тераси на терасах,&lt;br /&gt;</w:t>
        <w:br/>
        <w:t>кола в колах,&lt;br /&gt;</w:t>
        <w:br/>
        <w:t>сяють дальші царства,&lt;br /&gt;</w:t>
        <w:br/>
        <w:t>іржуть сарданапали[59] до в розпусті терзаних невільниць.</w:t>
      </w:r>
    </w:p>
    <w:p>
      <w:r>
        <w:br/>
        <w:t>Палюча ніч пророків. Кануть литі з золота хвилини.&lt;br /&gt;</w:t>
        <w:br/>
        <w:t>Долоні пальм покірних до плеяд звелись в журливій просьбі,&lt;br /&gt;</w:t>
        <w:br/>
        <w:t>щоб їх не мучив вічний вітру поспіх. З заворіття кличе&lt;br /&gt;</w:t>
        <w:br/>
        <w:t>на суд перед сумлінням зір монарший рев царя пустині.&lt;br /&gt;</w:t>
        <w:br/>
        <w:t>Самум музики дме в уста пустелі. Мряк палата біла.&lt;br /&gt;</w:t>
        <w:br/>
        <w:t>Акорд в акорд,&lt;br /&gt;</w:t>
        <w:br/>
        <w:t>удар в удар,&lt;br /&gt;</w:t>
        <w:br/>
        <w:t>зоря об зорю,&lt;br /&gt;</w:t>
        <w:br/>
        <w:t>світла хвилі&lt;br /&gt;</w:t>
        <w:br/>
        <w:t>з пурпури хмар, порубана в сто тонів гама, вітру крила.&lt;br /&gt;</w:t>
        <w:br/>
        <w:t>З печери, з-поміж левів лине в безвість голос Даниїла:&lt;br /&gt;</w:t>
        <w:br/>
        <w:t>"Прасвітлий, праєдиний, що мене – рослину ялову —&lt;br /&gt;</w:t>
        <w:br/>
        <w:t>в саду життя величнім посадив і грієш сонцем ласки!&lt;br /&gt;</w:t>
        <w:br/>
        <w:t>Поки черва і цвіль не сточать тіла миршавеньку грудку,&lt;br /&gt;</w:t>
        <w:br/>
        <w:t>у вічнім колі пристрастей, у вічній тіні пальми смутку,&lt;br /&gt;</w:t>
        <w:br/>
        <w:t>б'ючись за м'ясо, золото і владу, у хвилині кожній&lt;br /&gt;</w:t>
        <w:br/>
        <w:t>за розкоші шматок віддати все готові, нужд вельможі,&lt;br /&gt;</w:t>
        <w:br/>
        <w:t>несем свої дешеві лаври і свій розум нестатечний.&lt;br /&gt;</w:t>
        <w:br/>
        <w:t>Кудою поверну небачний крок, там – небезпеки прірви,&lt;br /&gt;</w:t>
        <w:br/>
        <w:t>лиш ти один мене з зубів Нічого, з кігтів долі вирвеш!&lt;br /&gt;</w:t>
        <w:br/>
        <w:t>Коли при мені станеш ти – у ямі левів я безпечний".</w:t>
      </w:r>
    </w:p>
    <w:p>
      <w:r>
        <w:br/>
        <w:t>БАЛАДА ПРО ПРОРОКА йОНУ</w:t>
      </w:r>
    </w:p>
    <w:p>
      <w:r>
        <w:br/>
        <w:t>Апокриф</w:t>
      </w:r>
    </w:p>
    <w:p>
      <w:r>
        <w:br/>
        <w:t>Мій прадід плив, бувало, на хребті кита,&lt;br /&gt;</w:t>
        <w:br/>
        <w:t>три дні й три ночі проповідував глибинам.&lt;br /&gt;</w:t>
        <w:br/>
        <w:t>Зелений велетень – вода тяжка й густа&lt;br /&gt;</w:t>
        <w:br/>
        <w:t>пророка колихала, наче мати сина.</w:t>
      </w:r>
    </w:p>
    <w:p>
      <w:r>
        <w:br/>
        <w:t>Біблійна, довга борода – з ебену стяг —&lt;br /&gt;</w:t>
        <w:br/>
        <w:t>являлась зорям сходу на букетах піни.&lt;br /&gt;</w:t>
        <w:br/>
        <w:t>Долонь лілеї понад водами простяг,&lt;br /&gt;</w:t>
        <w:br/>
        <w:t>благословляючи пливучих в даль дельфінів.</w:t>
      </w:r>
    </w:p>
    <w:p>
      <w:r>
        <w:br/>
        <w:t>Три рази сонце й місяць. Добрий вірний кит&lt;br /&gt;</w:t>
        <w:br/>
        <w:t>з пророком плавав тихо, рівно, обережно.&lt;br /&gt;</w:t>
        <w:br/>
        <w:t>На ложе дна прибої клались, як роки,&lt;br /&gt;</w:t>
        <w:br/>
        <w:t>коли міняються, мов дня і ночі стежі.</w:t>
      </w:r>
    </w:p>
    <w:p>
      <w:r>
        <w:br/>
        <w:t>Чи знаєш тьмяне царство – світ мільйона див,&lt;br /&gt;</w:t>
        <w:br/>
        <w:t>зелено-чорну батьківщину восьминогів?&lt;br /&gt;</w:t>
        <w:br/>
        <w:t>Бо навіть сон таких не дасть нам образів,&lt;br /&gt;</w:t>
        <w:br/>
        <w:t>як ніч в правічному пожарі дна морського.</w:t>
      </w:r>
    </w:p>
    <w:p>
      <w:r>
        <w:br/>
        <w:t>Хто викохав потворну постать цих істот?&lt;br /&gt;</w:t>
        <w:br/>
        <w:t>Природи жарт жорстокий, марнотратний безум?&lt;br /&gt;</w:t>
        <w:br/>
        <w:t>Б'ють глухо риби-молоти у штольні вод,&lt;br /&gt;</w:t>
        <w:br/>
        <w:t>і риби-пили крають водне сонце лезом.</w:t>
      </w:r>
    </w:p>
    <w:p>
      <w:r>
        <w:br/>
        <w:t>Це друге сонце з дна – двійник того з-під хмар&lt;br /&gt;</w:t>
        <w:br/>
        <w:t>і квола тінь його й повторення імлаве,&lt;br /&gt;</w:t>
        <w:br/>
        <w:t>згубивши зміст червоний – життєтворний жар,&lt;br /&gt;</w:t>
        <w:br/>
        <w:t>лежить в могилі водяній на хвилях-лавах.</w:t>
      </w:r>
    </w:p>
    <w:p>
      <w:r>
        <w:br/>
        <w:t>Життя колиска перша тут, стихій кубло&lt;br /&gt;</w:t>
        <w:br/>
        <w:t>(коли ще дух святий ширяв понад водою)&lt;br /&gt;</w:t>
        <w:br/>
        <w:t>й могила повсякчасна; це туди зійшло&lt;br /&gt;</w:t>
        <w:br/>
        <w:t>в щоденній самозгубі, самостраи сонце!</w:t>
      </w:r>
    </w:p>
    <w:p>
      <w:r>
        <w:br/>
        <w:t>Ще, може, десь живе страшний іхтіозавр,&lt;br /&gt;</w:t>
        <w:br/>
        <w:t>мерзотний рибо-гад, дракон сріблястолуский.&lt;br /&gt;</w:t>
        <w:br/>
        <w:t>Медуз квітчають губки, мов холодний лавр,&lt;br /&gt;</w:t>
        <w:br/>
        <w:t>фіалки моря – губки й м'якуни – молюски.</w:t>
      </w:r>
    </w:p>
    <w:p>
      <w:r>
        <w:br/>
        <w:t>Колишеться достойно сонний лев морський,&lt;br /&gt;</w:t>
        <w:br/>
        <w:t>морів монарх, в слизькій короні з зірковггнів,[60]&lt;br /&gt;</w:t>
        <w:br/>
        <w:t>що рясно розцвітають в пущі водяній&lt;br /&gt;</w:t>
        <w:br/>
        <w:t>в океанічні весни і підводні квітні.</w:t>
      </w:r>
    </w:p>
    <w:p>
      <w:r>
        <w:br/>
        <w:t>Плавучий острів м'яса – довга лава риб&lt;br /&gt;</w:t>
        <w:br/>
        <w:t>знялась над звіроквітним, над губчастим гаєм.&lt;br /&gt;</w:t>
        <w:br/>
        <w:t>Пророк, долонею спинивши літ вітрів,&lt;br /&gt;</w:t>
        <w:br/>
        <w:t>в океанічній мові слово починає:</w:t>
      </w:r>
    </w:p>
    <w:p>
      <w:r>
        <w:br/>
        <w:t>"Це Той, що створює й винищує світи,&lt;br /&gt;</w:t>
        <w:br/>
        <w:t>післав мене до вас, брати з дна вод, акули!"&lt;br /&gt;</w:t>
        <w:br/>
        <w:t>Акули слухають, підводячи хребти,&lt;br /&gt;</w:t>
        <w:br/>
        <w:t>Мов луки випнуті в майбутнє і минуле.</w:t>
      </w:r>
    </w:p>
    <w:p>
      <w:r>
        <w:br/>
        <w:t>"Це Той, що гасить нош й світить свічі днів,&lt;br /&gt;</w:t>
        <w:br/>
        <w:t>моїми вас усіх благословить руками!"&lt;br /&gt;</w:t>
        <w:br/>
        <w:t>З далеких срібних вод, мов хмара, окуні&lt;br /&gt;</w:t>
        <w:br/>
        <w:t>пливуть, вдаряючи, як веслами, плавцями.</w:t>
      </w:r>
    </w:p>
    <w:p>
      <w:r>
        <w:br/>
        <w:t>"Це Той, що із долоні кидає вітри,&lt;br /&gt;</w:t>
        <w:br/>
        <w:t>про вас теж пам'ятає, створи ден жахливих!"&lt;br /&gt;</w:t>
        <w:br/>
        <w:t>І краб за крабом, мов червоний дужий гриб,&lt;br /&gt;</w:t>
        <w:br/>
        <w:t>з безодні виростає й морщиться із дива.</w:t>
      </w:r>
    </w:p>
    <w:p>
      <w:r>
        <w:br/>
        <w:t>"Це Той, що сонце звільнює від ночі криг,&lt;br /&gt;</w:t>
        <w:br/>
        <w:t>із перших світу днів піклується аж досі!"&lt;br /&gt;</w:t>
        <w:br/>
        <w:t>Ось в безкрай лави, лави, лави осетрів,&lt;br /&gt;</w:t>
        <w:br/>
        <w:t>за ними по кордони дальніх вод лососі.</w:t>
      </w:r>
    </w:p>
    <w:p>
      <w:r>
        <w:br/>
        <w:t>"Ви – гін сліпий! Помильна кожна з ваших мір,&lt;br /&gt;</w:t>
        <w:br/>
        <w:t>бо тільки він один, щоб мірять непомильно!"&lt;br /&gt;</w:t>
        <w:br/>
        <w:t>Упала ясність, наче блиск з відкритих зір,&lt;br /&gt;</w:t>
        <w:br/>
        <w:t>що навіть сом на сома споглядає пильно.</w:t>
      </w:r>
    </w:p>
    <w:p>
      <w:r>
        <w:br/>
        <w:t>Коли на грудях моря розстелялась мла,&lt;br /&gt;</w:t>
        <w:br/>
        <w:t>хвиль сонних перемови повторяли птахи.&lt;br /&gt;</w:t>
        <w:br/>
        <w:t>Як ніч, слимак із мушлі місяця, повзла,&lt;br /&gt;</w:t>
        <w:br/>
        <w:t>затихлу ліру сонця ніс дельфін на захід.</w:t>
      </w:r>
    </w:p>
    <w:p>
      <w:r>
        <w:br/>
        <w:t>Тоді пророк навчав поліпів і стоніг,&lt;br /&gt;</w:t>
        <w:br/>
        <w:t>що, тіл соромлячись страшних, мерзких і чорних,&lt;br /&gt;</w:t>
        <w:br/>
        <w:t>ненавиділи світ і металися за гріх&lt;br /&gt;</w:t>
        <w:br/>
        <w:t>природи, що зродила їх таких потворних.</w:t>
      </w:r>
    </w:p>
    <w:p>
      <w:r>
        <w:br/>
        <w:t>Дельфін відплив уже за сьомий берег дня,&lt;br /&gt;</w:t>
        <w:br/>
        <w:t>кущі коралів згасли, як вечірні липи.&lt;br /&gt;</w:t>
        <w:br/>
        <w:t>Тоді пророк молився і охороняв&lt;br /&gt;</w:t>
        <w:br/>
        <w:t>блаженний сон утихомирених поліпів.</w:t>
      </w:r>
    </w:p>
    <w:p>
      <w:r>
        <w:br/>
        <w:t>Кінчаю вже цю найдавнішу із балад&lt;br /&gt;</w:t>
        <w:br/>
        <w:t>про прадіда свого й океанічний вечір.&lt;br /&gt;</w:t>
        <w:br/>
        <w:t>Земля в орбіті завертається назад&lt;br /&gt;</w:t>
        <w:br/>
        <w:t>у молодість свою, в примарний сон праречі.</w:t>
      </w:r>
    </w:p>
    <w:p>
      <w:r>
        <w:br/>
        <w:t>Шаблями пройденими повертаю дні&lt;br /&gt;</w:t>
        <w:br/>
        <w:t>природи в мряковиння й первнів перші шуми:&lt;br /&gt;</w:t>
        <w:br/>
        <w:t>мов Божий стовп, стоїть мільйоннолітня ніч,&lt;br /&gt;</w:t>
        <w:br/>
        <w:t>в прадавньому хаосі землі й води всуміш.</w:t>
      </w:r>
    </w:p>
    <w:p>
      <w:r>
        <w:br/>
        <w:t>ПІСНЯ ПРО ДОЧАСНЕ СВІТЛО</w:t>
      </w:r>
    </w:p>
    <w:p>
      <w:r>
        <w:br/>
        <w:t>Вже не блакить – це вже блакитняви фонтани&lt;br /&gt;</w:t>
        <w:br/>
        <w:t>і небо неймовірне – в смуги звук потятий.&lt;br /&gt;</w:t>
        <w:br/>
        <w:t>О квіте тіла, хто ж тут більш, як ти, коханий,&lt;br /&gt;</w:t>
        <w:br/>
        <w:t>як ти, ненавиджений, плеканий і клятий!</w:t>
      </w:r>
    </w:p>
    <w:p>
      <w:r>
        <w:br/>
        <w:t>Глуха стіна нічого, що між серце й серце&lt;br /&gt;</w:t>
        <w:br/>
        <w:t>лягає, мов незнаного хвильна музика,&lt;br /&gt;</w:t>
        <w:br/>
        <w:t>чи це полуди тільки миршавеньке скельце,&lt;br /&gt;</w:t>
        <w:br/>
        <w:t>чи безмір вічного для серця завеликий?</w:t>
      </w:r>
    </w:p>
    <w:p>
      <w:r>
        <w:br/>
        <w:t>Колиско пристрастей, о наші пута й крила,&lt;br /&gt;</w:t>
        <w:br/>
        <w:t>окови найсолодші й хмелю найхмільніший!&lt;br /&gt;</w:t>
        <w:br/>
        <w:t>Ти та, що лучить нас, і та, що ділить, сила,&lt;br /&gt;</w:t>
        <w:br/>
        <w:t>два напрями стерна одного людських рішень.</w:t>
      </w:r>
    </w:p>
    <w:p>
      <w:r>
        <w:br/>
        <w:t>Блакиті дзвін шорсткий з духоти омліває&lt;br /&gt;</w:t>
        <w:br/>
        <w:t>і кров повітря – світло ллється із розщілин.&lt;br /&gt;</w:t>
        <w:br/>
        <w:t>Що вічний сон оман сплітає з плям мозаїк,&lt;br /&gt;</w:t>
        <w:br/>
        <w:t>те п'ю й, п'ючи, ще більше прагну серцем цілим.</w:t>
      </w:r>
    </w:p>
    <w:p>
      <w:r>
        <w:br/>
        <w:t>Тераси світла – гами щораз вищих звуків&lt;br /&gt;</w:t>
        <w:br/>
        <w:t>одна на одній вгору понад мряки мохом.&lt;br /&gt;</w:t>
        <w:br/>
        <w:t>– Йде зливний дощ блакиті на зомлілі руки.&lt;br /&gt;</w:t>
        <w:br/>
        <w:t>Це небо валиться, небесна катастрофа!</w:t>
      </w:r>
    </w:p>
    <w:p>
      <w:r>
        <w:br/>
        <w:t>Молюсь землі в червоному окропі крові&lt;br /&gt;</w:t>
        <w:br/>
        <w:t>і небо кличу тугою, що вічно ранить.&lt;br /&gt;</w:t>
        <w:br/>
        <w:t>Із уст моїх поганських спів тече Христовий,&lt;br /&gt;</w:t>
        <w:br/>
        <w:t>немов вино з води у Галілейській Кані.</w:t>
      </w:r>
    </w:p>
    <w:p>
      <w:r>
        <w:br/>
        <w:t>САМАРИТЯНКА БІЛЯ КРИНИЦІ</w:t>
      </w:r>
    </w:p>
    <w:p>
      <w:r>
        <w:br/>
        <w:t>Оперта об криничний мур – щербату ліру з пнів камінних —&lt;br /&gt;</w:t>
        <w:br/>
        <w:t>Ширяє думкою, куди пішов неземний чужоземець.&lt;br /&gt;</w:t>
        <w:br/>
        <w:t>Мов струни, струмені настроєні на гаму звуків змінних,&lt;br /&gt;</w:t>
        <w:br/>
        <w:t>зажурно повторяють думу про нестаток цього світу.&lt;br /&gt;</w:t>
        <w:br/>
        <w:t>Хто він – отой в Господню винницю трудящих слуг наємець?&lt;br /&gt;</w:t>
        <w:br/>
        <w:t>Схиляється на цямрину, й душа її блакитна й біла&lt;br /&gt;</w:t>
        <w:br/>
        <w:t>здається чиста й тиха вся, мов найтихіший квіт над квітом.&lt;br /&gt;</w:t>
        <w:br/>
        <w:t>Сопілка із сопілкою, сестра з сестрою, щось несміло&lt;br /&gt;</w:t>
        <w:br/>
        <w:t>розповідають, і журливо, і подзвінно, і повчально.&lt;br /&gt;</w:t>
        <w:br/>
        <w:t>Алеями акордів сонце йде у сад музики дальній.</w:t>
      </w:r>
    </w:p>
    <w:p>
      <w:r>
        <w:br/>
        <w:t>Пливе овець отара в білім молоці своєї вовни,&lt;br /&gt;</w:t>
        <w:br/>
        <w:t>минає місяць квітів – звіть його трояндень! – світла повний.&lt;br /&gt;</w:t>
        <w:br/>
        <w:t>Блакить і білява. Сопілок перемови. Вітровіння.&lt;br /&gt;</w:t>
        <w:br/>
        <w:t>Пора поразки йде на квіття, суне час гіркого сім'я.</w:t>
      </w:r>
    </w:p>
    <w:p>
      <w:r>
        <w:br/>
        <w:t>Новину добру сповіщає вітер з лукомор'я травам,&lt;br /&gt;</w:t>
        <w:br/>
        <w:t>і сірі грона попелу вже доспівають в пнях шершавих.&lt;br /&gt;</w:t>
        <w:br/>
        <w:t>У захист муз – блаженний гай – ісходить сонце поміж птахів&lt;br /&gt;</w:t>
        <w:br/>
        <w:t>і пильно правлять обряд меду запобігливі комахи.</w:t>
      </w:r>
    </w:p>
    <w:p>
      <w:r>
        <w:br/>
        <w:t>Все ж ця краса, хоч нескладна й нехитра, серця не напоїть&lt;br /&gt;</w:t>
        <w:br/>
        <w:t>водою, що по ній уже не прагнем більше. Зовсім інше!&lt;br /&gt;</w:t>
        <w:br/>
        <w:t>Вода краси учить нас прагнуть вище, тонше і світліше.&lt;br /&gt;</w:t>
        <w:br/>
        <w:t>Цей струмінь тільки пропливає нами, ми його не творим,&lt;br /&gt;</w:t>
        <w:br/>
        <w:t>ми тільки посуд, ще й покірний посуд, що красу сприймає.&lt;br /&gt;</w:t>
        <w:br/>
        <w:t>І наново жаждущі прагнемо краси, яку сотворим&lt;br /&gt;</w:t>
        <w:br/>
        <w:t>в душі самі в неяловім зусиллі вільного горіння&lt;br /&gt;</w:t>
        <w:br/>
        <w:t>й води живої ласки, що одна – одна всезаспокійна.&lt;br /&gt;</w:t>
        <w:br/>
        <w:t>Коли ось серцем линеш за натхненноустим чужоземцем,&lt;br /&gt;</w:t>
        <w:br/>
        <w:t>схились, далека сестро, над дорогоцінний струмінь Слова&lt;br /&gt;</w:t>
        <w:br/>
        <w:t>й води живої дай мені – твоєї спраги спадкоємцю!</w:t>
      </w:r>
    </w:p>
    <w:p>
      <w:r>
        <w:br/>
        <w:t>ШІСТЬ СТРОФ МІСТИКИ</w:t>
      </w:r>
    </w:p>
    <w:p>
      <w:r>
        <w:br/>
        <w:t>Скотилась ніч униз, мов плащ з плечей Христових,&lt;br /&gt;</w:t>
        <w:br/>
        <w:t>з проколотого боку неба ллється світло.&lt;br /&gt;</w:t>
        <w:br/>
        <w:t>Горою ятряться ще рани з зір тернових,&lt;br /&gt;</w:t>
        <w:br/>
        <w:t>ізнизу мряка миє стопи дня розквітлі.</w:t>
      </w:r>
    </w:p>
    <w:p>
      <w:r>
        <w:br/>
        <w:t>Земля, немов народжена ні з чого вперше,&lt;br /&gt;</w:t>
        <w:br/>
        <w:t>виточується з-поза гір хаосу мрячних.&lt;br /&gt;</w:t>
        <w:br/>
        <w:t>Хрещу новим найменням кожен квіт найменший&lt;br /&gt;</w:t>
        <w:br/>
        <w:t>і кожен убиваю назвою небачно.</w:t>
      </w:r>
    </w:p>
    <w:p>
      <w:r>
        <w:br/>
        <w:t>І кожен квіт відроджується удесяте&lt;br /&gt;</w:t>
        <w:br/>
        <w:t>і сяє знову безіменний під росою,&lt;br /&gt;</w:t>
        <w:br/>
        <w:t>а сонце – діамант музики, світла свято&lt;br /&gt;</w:t>
        <w:br/>
        <w:t>очам, що хочуть все пізнати, світ подвоїть.</w:t>
      </w:r>
    </w:p>
    <w:p>
      <w:r>
        <w:br/>
        <w:t>Подвоїть і потроїть і в сто кроть помножить,&lt;br /&gt;</w:t>
        <w:br/>
        <w:t>аж зрозумію: не мені речей схопити&lt;br /&gt;</w:t>
        <w:br/>
        <w:t>у клітку слова. Ляжу на зеленім ложі,&lt;br /&gt;</w:t>
        <w:br/>
        <w:t>голоден яблука землі і світлом ситий.</w:t>
      </w:r>
    </w:p>
    <w:p>
      <w:r>
        <w:br/>
        <w:t>Роса тече гісопом[61] – золотава піна&lt;br /&gt;</w:t>
        <w:br/>
        <w:t>і благородний струм впливає в тіла посуд.&lt;br /&gt;</w:t>
        <w:br/>
        <w:t>З речей потока дно недвижне, твердь нетлінна&lt;br /&gt;</w:t>
        <w:br/>
        <w:t>в екстази срібні прозирає й звук проносить.</w:t>
      </w:r>
    </w:p>
    <w:p>
      <w:r>
        <w:br/>
        <w:t>Бо тільки наглий захват зможе суть розкрити,&lt;br /&gt;</w:t>
        <w:br/>
        <w:t>ввести в сполуку нас, в містичну єдність з світом.&lt;br /&gt;</w:t>
        <w:br/>
        <w:t>Зітхає небо, до хреста землі прибите,&lt;br /&gt;</w:t>
        <w:br/>
        <w:t>і стигма[62] сонця на моїй долоні світить.</w:t>
      </w:r>
    </w:p>
    <w:p>
      <w:r>
        <w:br/>
        <w:t>СКАРГА ТЕРНУ</w:t>
      </w:r>
    </w:p>
    <w:p>
      <w:r>
        <w:br/>
        <w:t>Затихло. Птахи більше листя не колишуть,&lt;br /&gt;</w:t>
        <w:br/>
        <w:t>і порохно у темряві, мов погляд смерті,&lt;br /&gt;</w:t>
        <w:br/>
        <w:t>свердлить холодним світлом мрячні нетрі лісу,&lt;br /&gt;</w:t>
        <w:br/>
        <w:t>як око, в дно життя задивлене уперто.</w:t>
      </w:r>
    </w:p>
    <w:p>
      <w:r>
        <w:br/>
        <w:t>Краплина крові з рани ночі – це калини&lt;br /&gt;</w:t>
        <w:br/>
        <w:t>маленька ягода між листям червоніє.&lt;br /&gt;</w:t>
        <w:br/>
        <w:t>Мій брате оленю, обидва ми із глини,&lt;br /&gt;</w:t>
        <w:br/>
        <w:t>та ти життя від мене краще розумієш!</w:t>
      </w:r>
    </w:p>
    <w:p>
      <w:r>
        <w:br/>
        <w:t>Усе, що знаєм: більше зір, як маку зерен,&lt;br /&gt;</w:t>
        <w:br/>
        <w:t>вузли життя немов вузли пташиних льотів.&lt;br /&gt;</w:t>
        <w:br/>
        <w:t>Щоночі скаржиться рослинним болем терен,&lt;br /&gt;</w:t>
        <w:br/>
        <w:t>що мусів він колись чоло Христа колоти.</w:t>
      </w:r>
    </w:p>
    <w:p>
      <w:r>
        <w:br/>
        <w:t>ТЕРЕН СПІВАЄ</w:t>
      </w:r>
    </w:p>
    <w:p>
      <w:r>
        <w:br/>
        <w:t>"Мій друже лавре, що вінчаєш осяги[63] поетів,&lt;br /&gt;</w:t>
        <w:br/>
        <w:t>солодкий после муз із листям, що подібне лезам,&lt;br /&gt;</w:t>
        <w:br/>
        <w:t>твоя міцна, безсмертна зелень, о зеленолезий,&lt;br /&gt;</w:t>
        <w:br/>
        <w:t>за гарні форми нагорода і за творчий безум.</w:t>
      </w:r>
    </w:p>
    <w:p>
      <w:r>
        <w:br/>
        <w:t>О дубе, князю пущ, достойне дерево монарше&lt;br /&gt;</w:t>
        <w:br/>
        <w:t>в короні осені – пурпурі листя, з пнем корявим,&lt;br /&gt;</w:t>
        <w:br/>
        <w:t>коли, щоб відпочити в тіні, спиняться у марші,&lt;br /&gt;</w:t>
        <w:br/>
        <w:t>схиляєшся до уст вождів шорстким причастям слави.</w:t>
      </w:r>
    </w:p>
    <w:p>
      <w:r>
        <w:br/>
        <w:t>І ти, оливний кущу, що не в’янеш і ряснієш&lt;br /&gt;</w:t>
        <w:br/>
        <w:t>зеленим золотом, в триванні свому самоцільний,&lt;br /&gt;</w:t>
        <w:br/>
        <w:t>учиш замирення з життям і зелені надії&lt;br /&gt;</w:t>
        <w:br/>
        <w:t>і Ноям, що блукають, шлеш у далеч шум прихильний.</w:t>
      </w:r>
    </w:p>
    <w:p>
      <w:r>
        <w:br/>
        <w:t>Проте не ви: цвітучі, славлені, рослин вельможі,&lt;br /&gt;</w:t>
        <w:br/>
        <w:t>а я – покірний терен, покруч дерева приземний,&lt;br /&gt;</w:t>
        <w:br/>
        <w:t>нелюблений, погорджуваний, сірий і буденний,&lt;br /&gt;</w:t>
        <w:br/>
        <w:t>зазнав найвищої із ласк – чоло вінчати Боже".</w:t>
      </w:r>
    </w:p>
    <w:p>
      <w:r>
        <w:br/>
        <w:t>ПІСНЯ ПРО ЧОРНІ ЛАВРИ</w:t>
      </w:r>
    </w:p>
    <w:p>
      <w:r>
        <w:br/>
        <w:t>Насущний хліб натхнення.&lt;br /&gt;</w:t>
        <w:br/>
        <w:t>О, мені не заздріть, друзі!&lt;br /&gt;</w:t>
        <w:br/>
        <w:t>Воно щоденний ворог, ялова морока з словом,&lt;br /&gt;</w:t>
        <w:br/>
        <w:t>і нехіть до себе самого й ночі у напрузі,&lt;br /&gt;</w:t>
        <w:br/>
        <w:t>і неспроможність визволитись в купелю обнови,&lt;br /&gt;</w:t>
        <w:br/>
        <w:t>вернутись до життя й черствий хліб дійсного сприйняти.&lt;br /&gt;</w:t>
        <w:br/>
        <w:t>Надгробок щастю став на юності своїй багатій&lt;br /&gt;</w:t>
        <w:br/>
        <w:t>на помилки! Надгробок сонцю на землі округлій!</w:t>
      </w:r>
    </w:p>
    <w:p>
      <w:r>
        <w:br/>
        <w:t>Хоч нетямущий в найсолодшій муз науці, друг твій,&lt;br /&gt;</w:t>
        <w:br/>
        <w:t>коли із серця кличе, то мистецтво в кожнім слові,&lt;br /&gt;</w:t>
        <w:br/>
        <w:t>бо сірість слова не музикою, а кров’ю поїть,&lt;br /&gt;</w:t>
        <w:br/>
        <w:t>а кров – музика в флейтах жил червона грає з туги.</w:t>
      </w:r>
    </w:p>
    <w:p>
      <w:r>
        <w:br/>
        <w:t>Ти – ведений знаттям солодким і достотним, двоїш&lt;br /&gt;</w:t>
        <w:br/>
        <w:t>і троїш слово, й слово зраджує тебе удруге&lt;br /&gt;</w:t>
        <w:br/>
        <w:t>й утретє; слово, наче квіт без змісту й барви сірий.&lt;br /&gt;</w:t>
        <w:br/>
        <w:t>Чуже натхнення слову, як чуже усякій мірі.</w:t>
      </w:r>
    </w:p>
    <w:p>
      <w:r>
        <w:br/>
        <w:t>Дивись: вдаряє струм речей найглибший в стіни пісні.&lt;br /&gt;</w:t>
        <w:br/>
        <w:t>Безрукі пні подовжені на тіні сплять кремезні,&lt;br /&gt;</w:t>
        <w:br/>
        <w:t>і місяць – цар червоний чорної країни півсну,&lt;br /&gt;</w:t>
        <w:br/>
        <w:t>вдягнувши хмару, мов бобровий плащ, ширяє в безмір.</w:t>
      </w:r>
    </w:p>
    <w:p>
      <w:r>
        <w:br/>
        <w:t>Опалізує далеч попелястим світлом сходу,&lt;br /&gt;</w:t>
        <w:br/>
        <w:t>земля в одній хвилині тьму, тьму-тьменну квіття родить.&lt;br /&gt;</w:t>
        <w:br/>
        <w:t>Глухої флейти темний звук здіймається угору,&lt;br /&gt;</w:t>
        <w:br/>
        <w:t>на шпиль натхнення пнеться, мов повій на мур червоний;&lt;br /&gt;</w:t>
        <w:br/>
        <w:t>низька землі музика горне в себе кожен порух&lt;br /&gt;</w:t>
        <w:br/>
        <w:t>етеру, й вищає, й стрункішає, і світлом дзвонить,&lt;br /&gt;</w:t>
        <w:br/>
        <w:t>і дзвонить чорним дзвоном ночі, аж стає на грані&lt;br /&gt;</w:t>
        <w:br/>
        <w:t>нічого й вічного. Вже квіти миються в єлеї.&lt;br /&gt;</w:t>
        <w:br/>
        <w:t>Роси єлей, що святить поле. У пурпурі ранній&lt;br /&gt;</w:t>
        <w:br/>
        <w:t>вогненні язики святого духа над землею!</w:t>
      </w:r>
    </w:p>
    <w:p>
      <w:r>
        <w:br/>
        <w:t>Але який помістить посуд те, що в слові гине.&lt;br /&gt;</w:t>
        <w:br/>
        <w:t>Ці строфи для натхнення лиш тісні й холодні маски.&lt;br /&gt;</w:t>
        <w:br/>
        <w:t>Відкрий чоло під чорні лаври ночі, що єдині&lt;br /&gt;</w:t>
        <w:br/>
        <w:t>вінчатимуть твої поразки!</w:t>
      </w:r>
    </w:p>
    <w:p>
      <w:r>
        <w:br/>
        <w:t>Перше ліричне інтермецо&lt;br /&gt;</w:t>
        <w:br/>
        <w:t>ШЛЮБ</w:t>
      </w:r>
    </w:p>
    <w:p>
      <w:r>
        <w:br/>
        <w:t>За тло – блакить. В ній щиглі і кларнети.&lt;br /&gt;</w:t>
        <w:br/>
        <w:t>Схилився явір над водою. Коні&lt;br /&gt;</w:t>
        <w:br/>
        <w:t>і кругле сонце золотим браслетом&lt;br /&gt;</w:t>
        <w:br/>
        <w:t>заплетене у кучері левконій.[64]</w:t>
      </w:r>
    </w:p>
    <w:p>
      <w:r>
        <w:br/>
        <w:t>І мох вогню, і вітру ясний галас,&lt;br /&gt;</w:t>
        <w:br/>
        <w:t>і буря світла на води дзеркалах,&lt;br /&gt;</w:t>
        <w:br/>
        <w:t>мов зламана веселка, що упала&lt;br /&gt;</w:t>
        <w:br/>
        <w:t>на камінь і удвоє розламалась.</w:t>
      </w:r>
    </w:p>
    <w:p>
      <w:r>
        <w:br/>
        <w:t>Левконій теплий шепіт. Дальній бубон&lt;br /&gt;</w:t>
        <w:br/>
        <w:t>червоного майдану, де стрічаєм&lt;br /&gt;</w:t>
        <w:br/>
        <w:t>ізнов на гривах куряв дні. О люба,&lt;br /&gt;</w:t>
        <w:br/>
        <w:t>браслетом сонця ранок нас вінчає.</w:t>
      </w:r>
    </w:p>
    <w:p>
      <w:r>
        <w:br/>
        <w:t>ВЕСНЯНА НІЧ</w:t>
      </w:r>
    </w:p>
    <w:p>
      <w:r>
        <w:br/>
        <w:t>Настурцій ніч і ніч конвалій.&lt;br /&gt;</w:t>
        <w:br/>
        <w:t>Пливе музика радієва.&lt;br /&gt;</w:t>
        <w:br/>
        <w:t>В саду тривожний жду – ніч палить —&lt;br /&gt;</w:t>
        <w:br/>
        <w:t>тебе, далека зоре, Єво!</w:t>
      </w:r>
    </w:p>
    <w:p>
      <w:r>
        <w:br/>
        <w:t>Карузо[65] ночі – тенор місяць&lt;br /&gt;</w:t>
        <w:br/>
        <w:t>у скриньці радієвій кличе.&lt;br /&gt;</w:t>
        <w:br/>
        <w:t>Для наших дум замало місця,&lt;br /&gt;</w:t>
        <w:br/>
        <w:t>кохання вічна таємнице!</w:t>
      </w:r>
    </w:p>
    <w:p>
      <w:r>
        <w:br/>
        <w:t>І для сердець замало світла,&lt;br /&gt;</w:t>
        <w:br/>
        <w:t>землі замало і п'яніння!&lt;br /&gt;</w:t>
        <w:br/>
        <w:t>Вітри ранкові, наче мітли,&lt;br /&gt;</w:t>
        <w:br/>
        <w:t>з стежок змітають ніч весінню.</w:t>
      </w:r>
    </w:p>
    <w:p>
      <w:r>
        <w:br/>
        <w:t>ТРОЯНДИ</w:t>
      </w:r>
    </w:p>
    <w:p>
      <w:r>
        <w:br/>
        <w:t>Пора троянд спізнилась, сестро,&lt;br /&gt;</w:t>
        <w:br/>
        <w:t>так довго ждали, аж приходить.&lt;br /&gt;</w:t>
        <w:br/>
        <w:t>На милі сонця, світла верстви&lt;br /&gt;</w:t>
        <w:br/>
        <w:t>розміряно і землі й води.</w:t>
      </w:r>
    </w:p>
    <w:p>
      <w:r>
        <w:br/>
        <w:t>Хоча це світло надто кволе,&lt;br /&gt;</w:t>
        <w:br/>
        <w:t>хоч надто рано й сніг упертий,&lt;br /&gt;</w:t>
        <w:br/>
        <w:t>ощадне сонце й зелень гола,&lt;br /&gt;</w:t>
        <w:br/>
        <w:t>все ж день рясний на чар нестертий.</w:t>
      </w:r>
    </w:p>
    <w:p>
      <w:r>
        <w:br/>
        <w:t>В крові з троянд умивши руки,&lt;br /&gt;</w:t>
        <w:br/>
        <w:t>під горлиць воркування перше&lt;br /&gt;</w:t>
        <w:br/>
        <w:t>ідем, далека, поміж буки,&lt;br /&gt;</w:t>
        <w:br/>
        <w:t>зоря з зорею й серце з серцем.</w:t>
      </w:r>
    </w:p>
    <w:p>
      <w:r>
        <w:br/>
        <w:t>ГВОЗДИКИ</w:t>
      </w:r>
    </w:p>
    <w:p>
      <w:r>
        <w:br/>
        <w:t>Зелені сутінки. Гвоздики —&lt;br /&gt;</w:t>
        <w:br/>
        <w:t>посли весни. П'яній до краю!&lt;br /&gt;</w:t>
        <w:br/>
        <w:t>Який цей світ знов став великий!&lt;br /&gt;</w:t>
        <w:br/>
        <w:t>І знов твої листи читаю.</w:t>
      </w:r>
    </w:p>
    <w:p>
      <w:r>
        <w:br/>
        <w:t>Вгорі зелена яма світла,&lt;br /&gt;</w:t>
        <w:br/>
        <w:t>ядро – гвоздика електрична.&lt;br /&gt;</w:t>
        <w:br/>
        <w:t>Ні, ми до того ще не звикли,&lt;br /&gt;</w:t>
        <w:br/>
        <w:t>що наша молодість не вічна.</w:t>
      </w:r>
    </w:p>
    <w:p>
      <w:r>
        <w:br/>
        <w:t>Але колись до цього звикнем…&lt;br /&gt;</w:t>
        <w:br/>
        <w:t>Та поки що свята омана —&lt;br /&gt;</w:t>
        <w:br/>
        <w:t>ота дружба з життям не никне,&lt;br /&gt;</w:t>
        <w:br/>
        <w:t>що нас, моя кохана,&lt;br /&gt;</w:t>
        <w:br/>
        <w:t>помазує весни єлеєм.</w:t>
      </w:r>
    </w:p>
    <w:p>
      <w:r>
        <w:br/>
        <w:t>ПІВОНІЇ</w:t>
      </w:r>
    </w:p>
    <w:p>
      <w:r>
        <w:br/>
        <w:t>Червона молодість півоній.&lt;br /&gt;</w:t>
        <w:br/>
        <w:t>Яка краса! Яке п'яніння!&lt;br /&gt;</w:t>
        <w:br/>
        <w:t>Візьми моє чоло в долоні&lt;br /&gt;</w:t>
        <w:br/>
        <w:t>й оборони, моя весіння!</w:t>
      </w:r>
    </w:p>
    <w:p>
      <w:r>
        <w:br/>
        <w:t>Бо переслідує крізь морок, —&lt;br /&gt;</w:t>
        <w:br/>
        <w:t>ще крок, ще крок, мене поцілить&lt;br /&gt;</w:t>
        <w:br/>
        <w:t>мій друг найкращий і мій ворог&lt;br /&gt;</w:t>
        <w:br/>
        <w:t>найзавзятіший, Боже милий!</w:t>
      </w:r>
    </w:p>
    <w:p>
      <w:r>
        <w:br/>
        <w:t>Натхнення темне, музо вічна!&lt;br /&gt;</w:t>
        <w:br/>
        <w:t>Б'є ніч у тіней чорні дзвони.&lt;br /&gt;</w:t>
        <w:br/>
        <w:t>На чорнім тлі, мов кров трагічна,&lt;br /&gt;</w:t>
        <w:br/>
        <w:t>півоній молодість червона.</w:t>
      </w:r>
    </w:p>
    <w:p>
      <w:r>
        <w:br/>
        <w:t>ТЮЛЬПАНИ</w:t>
      </w:r>
    </w:p>
    <w:p>
      <w:r>
        <w:br/>
        <w:t>Червоне золото тюльпанів&lt;br /&gt;</w:t>
        <w:br/>
        <w:t>на сірім сонці – танці з лика&lt;br /&gt;</w:t>
        <w:br/>
        <w:t>і механічний сад мелодій,&lt;br /&gt;</w:t>
        <w:br/>
        <w:t>де в чорних дисках спить музика.</w:t>
      </w:r>
    </w:p>
    <w:p>
      <w:r>
        <w:br/>
        <w:t>Металу в'язень – людський голос&lt;br /&gt;</w:t>
        <w:br/>
        <w:t>засуджений в кружок порожній,&lt;br /&gt;</w:t>
        <w:br/>
        <w:t>і світу в'язень – людське серце&lt;br /&gt;</w:t>
        <w:br/>
        <w:t>цього збагнути неспроможне.</w:t>
      </w:r>
    </w:p>
    <w:p>
      <w:r>
        <w:br/>
        <w:t>Крізь сірий шовк – безбарв'я сіре —&lt;br /&gt;</w:t>
        <w:br/>
        <w:t>червоне золото тюльпанів.&lt;br /&gt;</w:t>
        <w:br/>
        <w:t>Цвісти, горіти й проминати,&lt;br /&gt;</w:t>
        <w:br/>
        <w:t>лишати все, йдучи в незнане!</w:t>
      </w:r>
    </w:p>
    <w:p>
      <w:r>
        <w:br/>
        <w:t>ФІЯЛКИ</w:t>
      </w:r>
    </w:p>
    <w:p>
      <w:r>
        <w:br/>
        <w:t>Фіялки й телефонна трубка&lt;br /&gt;</w:t>
        <w:br/>
        <w:t>заворожливим сяйвом кличе,&lt;br /&gt;</w:t>
        <w:br/>
        <w:t>і місяць, мов червона губка,&lt;br /&gt;</w:t>
        <w:br/>
        <w:t>зминає попіл дня з обличчя.</w:t>
      </w:r>
    </w:p>
    <w:p>
      <w:r>
        <w:br/>
        <w:t>Слимак з ебену, темна мушля&lt;br /&gt;</w:t>
        <w:br/>
        <w:t>і вухо ночі – лійка чорна,&lt;br /&gt;</w:t>
        <w:br/>
        <w:t>і пахощі духмяні душать,&lt;br /&gt;</w:t>
        <w:br/>
        <w:t>мов пальці на кларнеті горла.</w:t>
      </w:r>
    </w:p>
    <w:p>
      <w:r>
        <w:br/>
        <w:t>З очей фіялок смутком кришиш&lt;br /&gt;</w:t>
        <w:br/>
        <w:t>і пригортаєш, сестро рання!&lt;br /&gt;</w:t>
        <w:br/>
        <w:t>Простягнуті долоні тиші&lt;br /&gt;</w:t>
        <w:br/>
        <w:t>над нашим вічним проминанням.</w:t>
      </w:r>
    </w:p>
    <w:p>
      <w:r>
        <w:br/>
        <w:t>ЧОМУ?</w:t>
      </w:r>
    </w:p>
    <w:p>
      <w:r>
        <w:br/>
        <w:t>У ванні короп золотистий&lt;br /&gt;</w:t>
        <w:br/>
        <w:t>плюскоче, наче з піни панна,&lt;br /&gt;</w:t>
        <w:br/>
        <w:t>і в куряві рожевих іскор&lt;br /&gt;</w:t>
        <w:br/>
        <w:t>кружляє веретеном ванна.</w:t>
      </w:r>
    </w:p>
    <w:p>
      <w:r>
        <w:br/>
        <w:t>Мідниця ранку повна піни&lt;br /&gt;</w:t>
        <w:br/>
        <w:t>із мила сонця. Миють хмари.&lt;br /&gt;</w:t>
        <w:br/>
        <w:t>На сім ключів замкнулись сіни,&lt;br /&gt;</w:t>
        <w:br/>
        <w:t>де ти в блакитному пожарі.</w:t>
      </w:r>
    </w:p>
    <w:p>
      <w:r>
        <w:br/>
        <w:t>У ванні короп плеще з дива,&lt;br /&gt;</w:t>
        <w:br/>
        <w:t>побачивши тебе – сон ясний.</w:t>
      </w:r>
    </w:p>
    <w:p>
      <w:r>
        <w:br/>
        <w:t>Але чому ти нещаслива&lt;br /&gt;</w:t>
        <w:br/>
        <w:t>чому очей фіалки гаснуть?</w:t>
      </w:r>
    </w:p>
    <w:p>
      <w:r>
        <w:br/>
        <w:t>СУТІНЬ</w:t>
      </w:r>
    </w:p>
    <w:p>
      <w:r>
        <w:br/>
        <w:t>Долоні сну в весінніх сінях&lt;br /&gt;</w:t>
        <w:br/>
        <w:t>лягли на струн прощальнім шумі.&lt;br /&gt;</w:t>
        <w:br/>
        <w:t>В твоїх очах блакитна сутінь.&lt;br /&gt;</w:t>
        <w:br/>
        <w:t>Не дно кларнета – дно задуми!&lt;br /&gt;</w:t>
        <w:br/>
        <w:t>Мов зустрічі давно забуті,&lt;br /&gt;</w:t>
        <w:br/>
        <w:t>подертий шовк твоїх левконій.&lt;br /&gt;</w:t>
        <w:br/>
        <w:t>Мембрана пам'яті найтонша,&lt;br /&gt;</w:t>
        <w:br/>
        <w:t>не пропустивши світла, дзвонить.&lt;br /&gt;</w:t>
        <w:br/>
        <w:t>Навіщо, сестро,&lt;br /&gt;</w:t>
        <w:br/>
        <w:t>навіщо пестиш тіні тіней?&lt;br /&gt;</w:t>
        <w:br/>
        <w:t>Закрижаніле соло сонця,&lt;br /&gt;</w:t>
        <w:br/>
        <w:t>мов дно музики&lt;br /&gt;</w:t>
        <w:br/>
        <w:t>ув оркестрі,&lt;br /&gt;</w:t>
        <w:br/>
        <w:t>що грає в сну блакитних сінях.</w:t>
      </w:r>
    </w:p>
    <w:p>
      <w:r>
        <w:br/>
        <w:t>ПІСЕНЬКА ДО СНУ</w:t>
      </w:r>
    </w:p>
    <w:p>
      <w:r>
        <w:br/>
        <w:t>Не думай! Спи! Думки – отрута щастю.&lt;br /&gt;</w:t>
        <w:br/>
        <w:t>Цвітуть дві тіні – дві лілеї чорні.&lt;br /&gt;</w:t>
        <w:br/>
        <w:t>Не думай! Спи! До всіх скорбот причасний,&lt;br /&gt;</w:t>
        <w:br/>
        <w:t>і так усього в думці не обгорнеш.</w:t>
      </w:r>
    </w:p>
    <w:p>
      <w:r>
        <w:br/>
        <w:t>Прощаючись із спомином останнім,&lt;br /&gt;</w:t>
        <w:br/>
        <w:t>що тінню вихиливсь з-за яви краю,&lt;br /&gt;</w:t>
        <w:br/>
        <w:t>в солодкім марнотратстві почуваннів&lt;br /&gt;</w:t>
        <w:br/>
        <w:t>кохання вицвіле знов прикликаєш.</w:t>
      </w:r>
    </w:p>
    <w:p>
      <w:r>
        <w:br/>
        <w:t>Це справді зле, що покохав занадто,&lt;br /&gt;</w:t>
        <w:br/>
        <w:t>заміцно, зарозтратно. Захват ясний&lt;br /&gt;</w:t>
        <w:br/>
        <w:t>в екстазу чорну ночі не міняти!</w:t>
      </w:r>
    </w:p>
    <w:p>
      <w:r>
        <w:br/>
        <w:t>Засни! Чи це життя, чи лампа гасне?</w:t>
      </w:r>
    </w:p>
    <w:p>
      <w:r>
        <w:br/>
        <w:t>ТРИ СТРОФИ З ЗАПИСНИКА</w:t>
      </w:r>
    </w:p>
    <w:p>
      <w:r>
        <w:br/>
        <w:t>Мов птах, співає телефонна трубка,&lt;br /&gt;</w:t>
        <w:br/>
        <w:t>мов чорний птах в ліщині срібній дроту.&lt;br /&gt;</w:t>
        <w:br/>
        <w:t>Коли покине друг і зрадить любка,&lt;br /&gt;</w:t>
        <w:br/>
        <w:t>що вибереш: зненависть чи скорботу?</w:t>
      </w:r>
    </w:p>
    <w:p>
      <w:r>
        <w:br/>
        <w:t>О квітко звуків в чорнім шовку сяєв!&lt;br /&gt;</w:t>
        <w:br/>
        <w:t>Музика б'є в обличчя, мов зле птаство.&lt;br /&gt;</w:t>
        <w:br/>
        <w:t>Життя нам юний захват відбирає,&lt;br /&gt;</w:t>
        <w:br/>
        <w:t>мов скнара, заздрий на своє багатство.</w:t>
      </w:r>
    </w:p>
    <w:p>
      <w:r>
        <w:br/>
        <w:t>Вже вмієш зорі на слова міняти,&lt;br /&gt;</w:t>
        <w:br/>
        <w:t>вже висловиш вогонь душі страдальний —&lt;br /&gt;</w:t>
        <w:br/>
        <w:t>наприкінці на досвід став багатий:&lt;br /&gt;</w:t>
        <w:br/>
        <w:t>життя трудне мистецтво ненавчальне.</w:t>
      </w:r>
    </w:p>
    <w:p>
      <w:r>
        <w:br/>
        <w:t>ЛІТНІЙ ВЕЧІР</w:t>
      </w:r>
    </w:p>
    <w:p>
      <w:r>
        <w:br/>
        <w:t>Від спеки місто важко дише,&lt;br /&gt;</w:t>
        <w:br/>
        <w:t>й чоло його шорстке й червоне&lt;br /&gt;</w:t>
        <w:br/>
        <w:t>під віялом нічної тиші&lt;br /&gt;</w:t>
        <w:br/>
        <w:t>поволі стигне і холоне.</w:t>
      </w:r>
    </w:p>
    <w:p>
      <w:r>
        <w:br/>
        <w:t>Тремке натхнення віддзвеніло,&lt;br /&gt;</w:t>
        <w:br/>
        <w:t>застигло в мудрій вірша брилі.&lt;br /&gt;</w:t>
        <w:br/>
        <w:t>Твоє чи не твоє це діло,&lt;br /&gt;</w:t>
        <w:br/>
        <w:t>ти сам збагнути вже не в силі.</w:t>
      </w:r>
    </w:p>
    <w:p>
      <w:r>
        <w:br/>
        <w:t>Крізь гамір дня незмінне "завжди".&lt;br /&gt;</w:t>
        <w:br/>
        <w:t>Заснеш, заснеш без зір, поете,&lt;br /&gt;</w:t>
        <w:br/>
        <w:t>життя на звуки розмінявши,&lt;br /&gt;</w:t>
        <w:br/>
        <w:t>мов золото в дрібні монети.</w:t>
      </w:r>
    </w:p>
    <w:p>
      <w:r>
        <w:br/>
        <w:t>ARS POETICA[66]</w:t>
      </w:r>
    </w:p>
    <w:p>
      <w:r>
        <w:br/>
        <w:t>Мініатюри сонця – яблуко натхнення&lt;br /&gt;</w:t>
        <w:br/>
        <w:t>на дереві життя – на дереві мистецтва,&lt;br /&gt;</w:t>
        <w:br/>
        <w:t>і творчість, наче присуд, творчість невмоленна,&lt;br /&gt;</w:t>
        <w:br/>
        <w:t>і з світом торг красою – муз скупих купецтво.</w:t>
      </w:r>
    </w:p>
    <w:p>
      <w:r>
        <w:br/>
        <w:t>За кожен кусень щастя кара. Тільки обрій&lt;br /&gt;</w:t>
        <w:br/>
        <w:t>узором кола вчить про досконалість міри.&lt;br /&gt;</w:t>
        <w:br/>
        <w:t>Прилюдно сповідаюсь urbi et orbi[67]&lt;br /&gt;</w:t>
        <w:br/>
        <w:t>із захвату, із горя, з гордощів, з зневіри.</w:t>
      </w:r>
    </w:p>
    <w:p>
      <w:r>
        <w:br/>
        <w:t>І прийдуть із єлеєм, прийдуть з терезами&lt;br /&gt;</w:t>
        <w:br/>
        <w:t>краси помильні судді і відважать смуток,&lt;br /&gt;</w:t>
        <w:br/>
        <w:t>діапазон п’яніння, думку, слова гаму,&lt;br /&gt;</w:t>
        <w:br/>
        <w:t>а ти, як завжди, будеш сам, щоб все забути.</w:t>
      </w:r>
    </w:p>
    <w:p>
      <w:r>
        <w:br/>
        <w:t>ARS CRITICA[68]</w:t>
      </w:r>
    </w:p>
    <w:p>
      <w:r>
        <w:br/>
        <w:t>Мистецтво – що ж?&lt;br /&gt;</w:t>
        <w:br/>
        <w:t>Це надаремне&lt;br /&gt;</w:t>
        <w:br/>
        <w:t>в дно дня, дно дна сягати словом,&lt;br /&gt;</w:t>
        <w:br/>
        <w:t>в ядро ціляти світла темне.&lt;br /&gt;</w:t>
        <w:br/>
        <w:t>Ні, не чорнила – треба крові!</w:t>
      </w:r>
    </w:p>
    <w:p>
      <w:r>
        <w:br/>
        <w:t>Хай ваші терези розумні&lt;br /&gt;</w:t>
        <w:br/>
        <w:t>відважать форму, зміст, прикраси,&lt;br /&gt;</w:t>
        <w:br/>
        <w:t>достоту зміряють безумне&lt;br /&gt;</w:t>
        <w:br/>
        <w:t>і скажуть: небагато важить.&lt;br /&gt;</w:t>
        <w:br/>
        <w:t>Хай!</w:t>
      </w:r>
    </w:p>
    <w:p>
      <w:r>
        <w:br/>
        <w:t>Але в те сутнє, в дно дна срібне&lt;br /&gt;</w:t>
        <w:br/>
        <w:t>не сягнуть мірою ні разу&lt;br /&gt;</w:t>
        <w:br/>
        <w:t>і сятимуть, мов царство мідне,&lt;br /&gt;</w:t>
        <w:br/>
        <w:t>ці строфи щільні і доцільні,&lt;br /&gt;</w:t>
        <w:br/>
        <w:t>ці строфи – формули екстази.</w:t>
      </w:r>
    </w:p>
    <w:p>
      <w:r>
        <w:br/>
        <w:t>ДРУЖНЯ ГУТІРКА</w:t>
      </w:r>
    </w:p>
    <w:p>
      <w:r>
        <w:br/>
        <w:t>Поезія?&lt;br /&gt;</w:t>
        <w:br/>
        <w:t>– Ні, не питай,&lt;br /&gt;</w:t>
        <w:br/>
        <w:t>який рецепт її есенцій!&lt;br /&gt;</w:t>
        <w:br/>
        <w:t>П’ючи свій золотавий чай,&lt;br /&gt;</w:t>
        <w:br/>
        <w:t>так пробалакаємо день цей.&lt;br /&gt;</w:t>
        <w:br/>
        <w:t>Узори гарних слів, мережка,&lt;br /&gt;</w:t>
        <w:br/>
        <w:t>екстракти мови в срібній чаші —&lt;br /&gt;</w:t>
        <w:br/>
        <w:t>хай їх краси аптекар зважить!&lt;br /&gt;</w:t>
        <w:br/>
        <w:t>Ні, не туди, коханий, стежка!&lt;br /&gt;</w:t>
        <w:br/>
        <w:t>Символіка завбога наша,&lt;br /&gt;</w:t>
        <w:br/>
        <w:t>і орнаментика засіра.&lt;br /&gt;</w:t>
        <w:br/>
        <w:t>Де ж міра мір, єдина міра?</w:t>
      </w:r>
    </w:p>
    <w:p>
      <w:r>
        <w:br/>
        <w:t>Чай процідивши, попрощавшись,&lt;br /&gt;</w:t>
        <w:br/>
        <w:t>розходимось. Ніч – чорна мушля,&lt;br /&gt;</w:t>
        <w:br/>
        <w:t>ті самі зорі в ній, що завжди,&lt;br /&gt;</w:t>
        <w:br/>
        <w:t>той самий захват серце душить.&lt;br /&gt;</w:t>
        <w:br/>
        <w:t>Тоді, чужі дрібній прикрасі,&lt;br /&gt;</w:t>
        <w:br/>
        <w:t>слова, затиснуті у горлі,&lt;br /&gt;</w:t>
        <w:br/>
        <w:t>слова, гальмовані в екстазі,&lt;br /&gt;</w:t>
        <w:br/>
        <w:t>б’ють, мов джерела животворні.</w:t>
      </w:r>
    </w:p>
    <w:p>
      <w:r>
        <w:br/>
        <w:t>ПОДВІЙНИЙ КОНЦЕРТ</w:t>
      </w:r>
    </w:p>
    <w:p>
      <w:r>
        <w:br/>
        <w:t>Коробка радієва й квіття.&lt;br /&gt;</w:t>
        <w:br/>
        <w:t>Крізь чорну скриньку йде музика,&lt;br /&gt;</w:t>
        <w:br/>
        <w:t>і душі квітів світлом світять,&lt;br /&gt;</w:t>
        <w:br/>
        <w:t>що з нього ясність б’є велика.</w:t>
      </w:r>
    </w:p>
    <w:p>
      <w:r>
        <w:br/>
        <w:t>Дрібненька флота звуків, човен&lt;br /&gt;</w:t>
        <w:br/>
        <w:t>мелодій на морях етеру&lt;br /&gt;</w:t>
        <w:br/>
        <w:t>і світла з квітів вечір повен&lt;br /&gt;</w:t>
        <w:br/>
        <w:t>змінив кімнату в чар-печеру.</w:t>
      </w:r>
    </w:p>
    <w:p>
      <w:r>
        <w:br/>
        <w:t>А знизу під концертом квіття,&lt;br /&gt;</w:t>
        <w:br/>
        <w:t>мов кара за краси провину,&lt;br /&gt;</w:t>
        <w:br/>
        <w:t>жде кіш подвір’я – царство сміття,&lt;br /&gt;</w:t>
        <w:br/>
        <w:t>де квіти й звуки згодом згинуть.</w:t>
      </w:r>
    </w:p>
    <w:p>
      <w:r>
        <w:br/>
        <w:t>Дивись у яму мертвих квітів!&lt;br /&gt;</w:t>
        <w:br/>
        <w:t>О, чи зумієш, майстре сяєв,&lt;br /&gt;</w:t>
        <w:br/>
        <w:t>своє мистецтво протерпіти?&lt;br /&gt;</w:t>
        <w:br/>
        <w:t>Не тільки їх краса карає.</w:t>
      </w:r>
    </w:p>
    <w:p>
      <w:r>
        <w:br/>
        <w:t>Друга глава&lt;br /&gt;</w:t>
        <w:br/>
        <w:t>МОНУМЕНТАЛЬНИЙ КРАЄВИД</w:t>
      </w:r>
    </w:p>
    <w:p>
      <w:r>
        <w:br/>
        <w:t>Червоні куби мурів, кола жовтих площ, квадрати скверів.&lt;br /&gt;</w:t>
        <w:br/>
        <w:t>Людино, думки циркулем відмірюй зорі і міста!&lt;br /&gt;</w:t>
        <w:br/>
        <w:t>На брилі брила, коло в колі, вікна понад вікна й двері,&lt;br /&gt;</w:t>
        <w:br/>
        <w:t>стає на мідних сходах сонце, мов статуя золота.</w:t>
      </w:r>
    </w:p>
    <w:p>
      <w:r>
        <w:br/>
        <w:t>Басейни – мов дзеркала нерухомі в куряві червоній.&lt;br /&gt;</w:t>
        <w:br/>
        <w:t>Тут небо миється в воді густій і срібній, наче ртуть.&lt;br /&gt;</w:t>
        <w:br/>
        <w:t>В зеленім полум’ї трави пасуться мармурові коні,&lt;br /&gt;</w:t>
        <w:br/>
        <w:t>камінні янголи у парку металево в сурми дмуть.</w:t>
      </w:r>
    </w:p>
    <w:p>
      <w:r>
        <w:br/>
        <w:t>Герої сходять з п’єдесталів, сиплються з пузонів іскри,&lt;br /&gt;</w:t>
        <w:br/>
        <w:t>і сонце на гарматі, й прапори з музеїв у вогні,&lt;br /&gt;</w:t>
        <w:br/>
        <w:t>і леви з прапорів рядами йдуть маєстатично містом,&lt;br /&gt;</w:t>
        <w:br/>
        <w:t>і їде мармуровий вождь на кучерявому коні.</w:t>
      </w:r>
    </w:p>
    <w:p>
      <w:r>
        <w:br/>
        <w:t>ПЛОЩА ЯНГОЛІВ</w:t>
      </w:r>
    </w:p>
    <w:p>
      <w:r>
        <w:br/>
        <w:t>Іванові Іванцеві&lt;br /&gt;</w:t>
        <w:br/>
        <w:t>На площі театральній мармуровий тенор&lt;br /&gt;</w:t>
        <w:br/>
        <w:t>вже двісті літ співає зорям золотим.&lt;br /&gt;</w:t>
        <w:br/>
        <w:t>Коли з наказу ночі стануть веретена,&lt;br /&gt;</w:t>
        <w:br/>
        <w:t>завмерлі ткальні сповиває сивий дим.</w:t>
      </w:r>
    </w:p>
    <w:p>
      <w:r>
        <w:br/>
        <w:t>Дівчата від станків вертаються додому&lt;br /&gt;</w:t>
        <w:br/>
        <w:t>і мріють в сласних снах про тенорів палких,&lt;br /&gt;</w:t>
        <w:br/>
        <w:t>як пестять їх нестямно й миють співом горла&lt;br /&gt;</w:t>
        <w:br/>
        <w:t>й руді коти зрадливо ластяться до них.</w:t>
      </w:r>
    </w:p>
    <w:p>
      <w:r>
        <w:br/>
        <w:t>Господар міста – лев, що спить під арсеналом,&lt;br /&gt;</w:t>
        <w:br/>
        <w:t>підводиться поволі, йде в пустиню площ.&lt;br /&gt;</w:t>
        <w:br/>
        <w:t>Герої сплять, в домах розпусти ще співають,&lt;br /&gt;</w:t>
        <w:br/>
        <w:t>і бунтарям у тюрмах волю дзвонить дощ.</w:t>
      </w:r>
    </w:p>
    <w:p>
      <w:r>
        <w:br/>
        <w:t>На площі мідних Янголів, сповитій в тишу,&lt;br /&gt;</w:t>
        <w:br/>
        <w:t>коли інкавст[69] червоний розливає тьма,&lt;br /&gt;</w:t>
        <w:br/>
        <w:t>історик з п'єдесталу про минуле пише&lt;br /&gt;</w:t>
        <w:br/>
        <w:t>і гусяче перо мачає в каламар.</w:t>
      </w:r>
    </w:p>
    <w:p>
      <w:r>
        <w:br/>
        <w:t>АПОКАЛІПСИС</w:t>
      </w:r>
    </w:p>
    <w:p>
      <w:r>
        <w:br/>
        <w:t>Підводяться, мов сонні, велетенські леви, силуети&lt;br /&gt;</w:t>
        <w:br/>
        <w:t>тяжких, прирослих до землі, кам'яностопих тюрем,&lt;br /&gt;</w:t>
        <w:br/>
        <w:t>і в'язнів по ночах відвідують коханки і комети,&lt;br /&gt;</w:t>
        <w:br/>
        <w:t>і місяць, мов рудий павук, повзе поволі муром.</w:t>
      </w:r>
    </w:p>
    <w:p>
      <w:r>
        <w:br/>
        <w:t>Коли слова на порох стерті, сповідатись зорям зайво.&lt;br /&gt;</w:t>
        <w:br/>
        <w:t>На зорях, мов на стінах, цвіль, черва, зелінка й вогкість.&lt;br /&gt;</w:t>
        <w:br/>
        <w:t>Обличчя в'язнів миє місяць синім і холодним сяйвом,&lt;br /&gt;</w:t>
        <w:br/>
        <w:t>аж обростуть за ніч, мов круглі пні, кошлатим мохом.</w:t>
      </w:r>
    </w:p>
    <w:p>
      <w:r>
        <w:br/>
        <w:t>Підземних рік слизьке, примарне зілля, мокрі зорі й змії,&lt;br /&gt;</w:t>
        <w:br/>
        <w:t>долини місяця оброслі горіховим гаєм.&lt;br /&gt;</w:t>
        <w:br/>
        <w:t>Сто днів і сто ночей ідуть руді дощі і вітер віє,&lt;br /&gt;</w:t>
        <w:br/>
        <w:t>вода підноситься і зорі й тюрми заливає.</w:t>
      </w:r>
    </w:p>
    <w:p>
      <w:r>
        <w:br/>
        <w:t>Де не оставсь на каменю ні камінь, де зрівнялись гори,&lt;br /&gt;</w:t>
        <w:br/>
        <w:t>знов мулярі нову тюрму будують з брил квітчастих.&lt;br /&gt;</w:t>
        <w:br/>
        <w:t>Цвіте під шибеницями багряне квіття мандрагори,&lt;br /&gt;</w:t>
        <w:br/>
        <w:t>і мотуз вішальників для живих приносить щастя.</w:t>
      </w:r>
    </w:p>
    <w:p>
      <w:r>
        <w:br/>
        <w:t>ЗОРЕЛЕВ, АБО СУЗІР’Я ЛЕВА</w:t>
      </w:r>
    </w:p>
    <w:p>
      <w:r>
        <w:br/>
        <w:t>Води живого срібла повні, сплять криниці ласки,&lt;br /&gt;</w:t>
        <w:br/>
        <w:t>криниці ласки вічної, що мурів цих діткнулась.&lt;br /&gt;</w:t>
        <w:br/>
        <w:t>Вже більше літ хода їх не вбирає в лавр поразки,&lt;br /&gt;</w:t>
        <w:br/>
        <w:t>ні форуму марнот не будить метушливий галас.</w:t>
      </w:r>
    </w:p>
    <w:p>
      <w:r>
        <w:br/>
        <w:t>В цистерні ночі миються майбутні зорі ранку,&lt;br /&gt;</w:t>
        <w:br/>
        <w:t>погруддя сонця з гриви полум’ям в музеї ночі.&lt;br /&gt;</w:t>
        <w:br/>
        <w:t>Вже іній літ сріблить руїни. Мов по ланці ланку,&lt;br /&gt;</w:t>
        <w:br/>
        <w:t>повільний вітер пхає хмари й цвілі час хлюпоче.</w:t>
      </w:r>
    </w:p>
    <w:p>
      <w:r>
        <w:br/>
        <w:t>Плече в плече заплівшись тісно, йдуть кущі глодини,&lt;br /&gt;</w:t>
        <w:br/>
        <w:t>джерела зелені із надр земних, де клекотало&lt;br /&gt;</w:t>
        <w:br/>
        <w:t>хвильне життя базарів, де роїлися хвилини.&lt;br /&gt;</w:t>
        <w:br/>
        <w:t>На цвинтар золотих монархій хмари тінь упала.</w:t>
      </w:r>
    </w:p>
    <w:p>
      <w:r>
        <w:br/>
        <w:t>Княжна екстази – ніч – веде слова камінним гаєм&lt;br /&gt;</w:t>
        <w:br/>
        <w:t>між лаври, де з листків пливе музика таємниче&lt;br /&gt;</w:t>
        <w:br/>
        <w:t>і соловейко, брат зорі, про смерть сестри співає.&lt;br /&gt;</w:t>
        <w:br/>
        <w:t>Трагічний вітер на порожній сцені світу кличе.</w:t>
      </w:r>
    </w:p>
    <w:p>
      <w:r>
        <w:br/>
        <w:t>Де мармуровий кінь із гриви молоком застиглим&lt;br /&gt;</w:t>
        <w:br/>
        <w:t>іржанням тужним надаремне будить дальні Трої.&lt;br /&gt;</w:t>
        <w:br/>
        <w:t>З очей героїв зерно дзьобають бездушні щиглі.</w:t>
      </w:r>
    </w:p>
    <w:p>
      <w:r>
        <w:br/>
        <w:t>Заходить Зорелев за тінь епохи золотої.</w:t>
      </w:r>
    </w:p>
    <w:p>
      <w:r>
        <w:br/>
        <w:t>ЧАРГОРОД, АБО ЯК НАРОДЖУЮТЬСЯ МІТИ</w:t>
      </w:r>
    </w:p>
    <w:p>
      <w:r>
        <w:br/>
        <w:t>Найблакитніше з всіх блакитних див – занебо,&lt;br /&gt;</w:t>
        <w:br/>
        <w:t>що, як вогонь з-за мряки, світить з-поза ночі.&lt;br /&gt;</w:t>
        <w:br/>
        <w:t>Хто-небудь зір до неба звів де-небудь,&lt;br /&gt;</w:t>
        <w:br/>
        <w:t>вгадай, чи сон, чи серце, чи воно шепоче!</w:t>
      </w:r>
    </w:p>
    <w:p>
      <w:r>
        <w:br/>
        <w:t>Найблакитніша з всіх ночей блакитних – наша.&lt;br /&gt;</w:t>
        <w:br/>
        <w:t>Хто-небудь та де-небудь хай зо мною кличе!&lt;br /&gt;</w:t>
        <w:br/>
        <w:t>Ця пісня нас не зрадить – срібний чад і чаша,&lt;br /&gt;</w:t>
        <w:br/>
        <w:t>я присягаю вірність перед зір обличчям.</w:t>
      </w:r>
    </w:p>
    <w:p>
      <w:r>
        <w:br/>
        <w:t>Хто без зорі йде в світ – вже без зорі назавжди.&lt;br /&gt;</w:t>
        <w:br/>
        <w:t>Той, хто з життям не замирився – все самотній!&lt;br /&gt;</w:t>
        <w:br/>
        <w:t>Зоря втинає срібні коси на могилі правди,&lt;br /&gt;</w:t>
        <w:br/>
        <w:t>і, наче темні грона, висять дні скорботні.</w:t>
      </w:r>
    </w:p>
    <w:p>
      <w:r>
        <w:br/>
        <w:t>Мов піна на питві краси – гірке мистецтво,&lt;br /&gt;</w:t>
        <w:br/>
        <w:t>і муза, що в саду плекає левенята,&lt;br /&gt;</w:t>
        <w:br/>
        <w:t>веде своїх обранців на хмільне купецтво,&lt;br /&gt;</w:t>
        <w:br/>
        <w:t>щоб продали ночам, на що душа багата.</w:t>
      </w:r>
    </w:p>
    <w:p>
      <w:r>
        <w:br/>
        <w:t>Питаєш, як оці зродились вірші – міти,&lt;br /&gt;</w:t>
        <w:br/>
        <w:t>як муза мітотворна діє своїм впливом:&lt;br /&gt;</w:t>
        <w:br/>
        <w:t>руїни царств червоних куряться до світла,&lt;br /&gt;</w:t>
        <w:br/>
        <w:t>неземний царгород – Чаргород над заливом.</w:t>
      </w:r>
    </w:p>
    <w:p>
      <w:r>
        <w:br/>
        <w:t>Тече дванадцять рік крізь солов’їне місто,&lt;br /&gt;</w:t>
        <w:br/>
        <w:t>в тонку пастушу флейту дме вітрів дозорець,&lt;br /&gt;</w:t>
        <w:br/>
        <w:t>музики білий мур, і стріл крилаті вісті,&lt;br /&gt;</w:t>
        <w:br/>
        <w:t>достойний лев, слаба людина й вірні зорі.</w:t>
      </w:r>
    </w:p>
    <w:p>
      <w:r>
        <w:br/>
        <w:t>ПІСКИ</w:t>
      </w:r>
    </w:p>
    <w:p>
      <w:r>
        <w:br/>
        <w:t>Пустині мідне озеро, й кощаві скелі,&lt;br /&gt;</w:t>
        <w:br/>
        <w:t>червоні і глухі рівнини летаргії.&lt;br /&gt;</w:t>
        <w:br/>
        <w:t>Лілеї зір сходячих клоняться пустелі,&lt;br /&gt;</w:t>
        <w:br/>
        <w:t>що грізно підіймає гриви суховіїв.&lt;br /&gt;</w:t>
        <w:br/>
        <w:t>Порожня і дірява сонця шкаралуща,&lt;br /&gt;</w:t>
        <w:br/>
        <w:t>що, наче скорпіон, само себе вбиває&lt;br /&gt;</w:t>
        <w:br/>
        <w:t>жалом свого проміння, й на червоних пущах&lt;br /&gt;</w:t>
        <w:br/>
        <w:t>душа його крилата й звільнена від форми&lt;br /&gt;</w:t>
        <w:br/>
        <w:t>ширяє в просторах, аж за зеленим краєм,&lt;br /&gt;</w:t>
        <w:br/>
        <w:t>за муром ста ночей, що фосфорні та чорні,&lt;br /&gt;</w:t>
        <w:br/>
        <w:t>спочине у вулканах сонних і погаслих.</w:t>
      </w:r>
    </w:p>
    <w:p>
      <w:r>
        <w:br/>
        <w:t>Отут колиска бур поснулих в скельних яслах,&lt;br /&gt;</w:t>
        <w:br/>
        <w:t>тут родяться вітри, що на сто крилах згодом&lt;br /&gt;</w:t>
        <w:br/>
        <w:t>стяги червоних заграв хилять понад сходом.&lt;br /&gt;</w:t>
        <w:br/>
        <w:t>Кубло орлів поразки вигнаних з прараю&lt;br /&gt;</w:t>
        <w:br/>
        <w:t>квітчає лисий шпиль, де мідну ніч вітають&lt;br /&gt;</w:t>
        <w:br/>
        <w:t>лілеї зір сходячих й ос грайливі перли&lt;br /&gt;</w:t>
        <w:br/>
        <w:t>в тонкій, ледь-ледь помітній неба оболоні.&lt;br /&gt;</w:t>
        <w:br/>
        <w:t>Піски плащем червоним на пустелі лоні&lt;br /&gt;</w:t>
        <w:br/>
        <w:t>зірвалися до льоту, впали і завмерли.</w:t>
      </w:r>
    </w:p>
    <w:p>
      <w:r>
        <w:br/>
        <w:t>І тільки вдумливі й премудрі іхневмони,[70]&lt;br /&gt;</w:t>
        <w:br/>
        <w:t>до вітру лір приклавши уші, чують дзвонів&lt;br /&gt;</w:t>
        <w:br/>
        <w:t>підземних таємничий і далекий поклик.&lt;br /&gt;</w:t>
        <w:br/>
        <w:t>Піски і зорі завирують крутежами,&lt;br /&gt;</w:t>
        <w:br/>
        <w:t>і скелі залопочуть, мов на вітрі щогли.&lt;br /&gt;</w:t>
        <w:br/>
        <w:t>Пустиня, мов левиця, у півсні й пів’яві&lt;br /&gt;</w:t>
        <w:br/>
        <w:t>грудьми ста бур зітхає й попіл червонавий,&lt;br /&gt;</w:t>
        <w:br/>
        <w:t>мов хмари з сірки й крейди, вдихує, просохла.&lt;br /&gt;</w:t>
        <w:br/>
        <w:t>На бурунах піску качаються шакали,&lt;br /&gt;</w:t>
        <w:br/>
        <w:t>їх очі, мов монети божевілля, впали&lt;br /&gt;</w:t>
        <w:br/>
        <w:t>у гирла куряви і у безумства ями.</w:t>
      </w:r>
    </w:p>
    <w:p>
      <w:r>
        <w:br/>
        <w:t>Це будяться міста прадавні під пісками.</w:t>
      </w:r>
    </w:p>
    <w:p>
      <w:r>
        <w:br/>
        <w:t>ХОРОВІД</w:t>
      </w:r>
    </w:p>
    <w:p>
      <w:r>
        <w:br/>
        <w:t>Танцюють татуйовані дівчата на майдані мрії,&lt;br /&gt;</w:t>
        <w:br/>
        <w:t>пісок палючий під стопою, мов смола червона, тане,&lt;br /&gt;</w:t>
        <w:br/>
        <w:t>і я з-перед ста сотень літ різьблю на бубні сонця танець,&lt;br /&gt;</w:t>
        <w:br/>
        <w:t>лопочуть два кийки, мов крила птаха, що з похмілля мріє.</w:t>
      </w:r>
    </w:p>
    <w:p>
      <w:r>
        <w:br/>
        <w:t>Прощальним співом спалахнувши, гасну, наче сонна хмара,&lt;br /&gt;</w:t>
        <w:br/>
        <w:t>танки дівчат прикриє папороть, немов землі долоня.&lt;br /&gt;</w:t>
        <w:br/>
        <w:t>Вертаються з узгір'їв тиші дивні хороводи й клонять&lt;br /&gt;</w:t>
        <w:br/>
        <w:t>обличчя з міді під букетами вечірнього пожару.</w:t>
      </w:r>
    </w:p>
    <w:p>
      <w:r>
        <w:br/>
        <w:t>За берегами смутку, де лягла відвічна ніч зелена,&lt;br /&gt;</w:t>
        <w:br/>
        <w:t>за сімома верхами&lt;br /&gt;</w:t>
        <w:br/>
        <w:t>й сімома морями,&lt;br /&gt;</w:t>
        <w:br/>
        <w:t>в край таємний&lt;br /&gt;</w:t>
        <w:br/>
        <w:t>маєстатично сходять буйволи червоні на підземні&lt;br /&gt;</w:t>
        <w:br/>
        <w:t>левади, де засяє їм умерле сонце – диск з ебену.</w:t>
      </w:r>
    </w:p>
    <w:p>
      <w:r>
        <w:br/>
        <w:t>ЗАТЕРТІ СЛІДИ</w:t>
      </w:r>
    </w:p>
    <w:p>
      <w:r>
        <w:br/>
        <w:t>Багрянородна ніч. Тривожний серця токіт.[71]&lt;br /&gt;</w:t>
        <w:br/>
        <w:t>Земля і кров. Пливем у вир затоки квіття.&lt;br /&gt;</w:t>
        <w:br/>
        <w:t>З Провалля Зради шепіт. Ляк – мов птах стоокий.&lt;br /&gt;</w:t>
        <w:br/>
        <w:t>Одне на одному шарами сплять століття.</w:t>
      </w:r>
    </w:p>
    <w:p>
      <w:r>
        <w:br/>
        <w:t>Джмелі – у вухах пальми золотаві кільця&lt;br /&gt;</w:t>
        <w:br/>
        <w:t>і місяць, мов кораль на шиї бога Півдня,&lt;br /&gt;</w:t>
        <w:br/>
        <w:t>на кучерах агав браслети багрокрильців,&lt;br /&gt;</w:t>
        <w:br/>
        <w:t>не урна в барв узорах – це високорівня.</w:t>
      </w:r>
    </w:p>
    <w:p>
      <w:r>
        <w:br/>
        <w:t>Вперед! Фосфоризують непрохідні багна,&lt;br /&gt;</w:t>
        <w:br/>
        <w:t>земля видихує люльками квітів запах,&lt;br /&gt;</w:t>
        <w:br/>
        <w:t>і фарбою цеглястою малює янгол&lt;br /&gt;</w:t>
        <w:br/>
        <w:t>новий потопу план на зорях, мов на мапах.</w:t>
      </w:r>
    </w:p>
    <w:p>
      <w:r>
        <w:br/>
        <w:t>Я жив тут. В неоліті… може, ще давніше…&lt;br /&gt;</w:t>
        <w:br/>
        <w:t>Мої малюнки буйволів замазав місяць.&lt;br /&gt;</w:t>
        <w:br/>
        <w:t>І фосфор ночі, й оливо землі гнітуче,&lt;br /&gt;</w:t>
        <w:br/>
        <w:t>що серцеві тяжать, та серця не помістять.</w:t>
      </w:r>
    </w:p>
    <w:p>
      <w:r>
        <w:br/>
        <w:t>ПІСНЯ ПРО НЕЗНИЩЕННІСТЬ МАТЕРІЇ</w:t>
      </w:r>
    </w:p>
    <w:p>
      <w:r>
        <w:br/>
        <w:t>Забрівши у хащі, закутаний у вітер,&lt;br /&gt;</w:t>
        <w:br/>
        <w:t>накритий небом і обмотаний піснями,&lt;br /&gt;</w:t>
        <w:br/>
        <w:t>лежу, мов мудрий лис, під папороті квітом,&lt;br /&gt;</w:t>
        <w:br/>
        <w:t>і стигну, і холону, й твердну в білий камінь.</w:t>
      </w:r>
    </w:p>
    <w:p>
      <w:r>
        <w:br/>
        <w:t>Рослинних рік підноситься зелена повінь,&lt;br /&gt;</w:t>
        <w:br/>
        <w:t>годин, комет і листя безперервний лопіт.&lt;br /&gt;</w:t>
        <w:br/>
        <w:t>Заллє мене потоп, розчавить білим сонцем,&lt;br /&gt;</w:t>
        <w:br/>
        <w:t>і тіло стане вуглем, з пісні буде попіл.</w:t>
      </w:r>
    </w:p>
    <w:p>
      <w:r>
        <w:br/>
        <w:t>Прокотяться, як лава, тисячні століття,&lt;br /&gt;</w:t>
        <w:br/>
        <w:t>де ми жили, ростимуть без наймення пальми&lt;br /&gt;</w:t>
        <w:br/>
        <w:t>і вугіль з наших тіл цвістиме чорним квіттям,&lt;br /&gt;</w:t>
        <w:br/>
        <w:t>задзвонять в моє серце джагани в копальні.</w:t>
      </w:r>
    </w:p>
    <w:p>
      <w:r>
        <w:br/>
        <w:t>ОКЕАНІЯ, АБО В ДОЛИНАХ МОРСЬКИХ ЛЕВІВ</w:t>
      </w:r>
    </w:p>
    <w:p>
      <w:r>
        <w:br/>
        <w:t>Оманює зеленим і холодним світлом&lt;br /&gt;</w:t>
        <w:br/>
        <w:t>підводне сонце у долинах коралевих,&lt;br /&gt;</w:t>
        <w:br/>
        <w:t>де в кучерях топільниць мертві перли квітнуть&lt;br /&gt;</w:t>
        <w:br/>
        <w:t>і сплять на ложах з зір тяжкі, мов брили, леви.</w:t>
      </w:r>
    </w:p>
    <w:p>
      <w:r>
        <w:br/>
        <w:t>Як з пращі ранку вилітає сонця куля&lt;br /&gt;</w:t>
        <w:br/>
        <w:t>округла, мов бусоля, і швидка, мов мева,&lt;br /&gt;</w:t>
        <w:br/>
        <w:t>зелений струмінь вод вкриває пил рожевий,&lt;br /&gt;</w:t>
        <w:br/>
        <w:t>немов багрових бджіл розсипується вулій.</w:t>
      </w:r>
    </w:p>
    <w:p>
      <w:r>
        <w:br/>
        <w:t>Дельфіни золоті сурмлять на мідних мушлях,&lt;br /&gt;</w:t>
        <w:br/>
        <w:t>як блискавиця в льоті, тризуб хвилі поре,&lt;br /&gt;</w:t>
        <w:br/>
        <w:t>вали червоні й мореплавців білі душі&lt;br /&gt;</w:t>
        <w:br/>
        <w:t>блукають, наче тіні без наймення, морем.</w:t>
      </w:r>
    </w:p>
    <w:p>
      <w:r>
        <w:br/>
        <w:t>ПОЛЯРІЯ[72]</w:t>
      </w:r>
    </w:p>
    <w:p>
      <w:r>
        <w:br/>
        <w:t>Застигло море в чаші, різьбленій із льоду.&lt;br /&gt;</w:t>
        <w:br/>
        <w:t>Золотоустий місяць – містик у блакиті.&lt;br /&gt;</w:t>
        <w:br/>
        <w:t>Полярні янголи колишуть Божі води,&lt;br /&gt;</w:t>
        <w:br/>
        <w:t>і звірі виють глухо, спраглі і неситі.</w:t>
      </w:r>
    </w:p>
    <w:p>
      <w:r>
        <w:br/>
        <w:t>Ще тут не доповзло людей руде хробацтво,&lt;br /&gt;</w:t>
        <w:br/>
        <w:t>багрове небо на хребтах підносять лиси,&lt;br /&gt;</w:t>
        <w:br/>
        <w:t>кити хвостами миють зорі, й біле птаство,&lt;br /&gt;</w:t>
        <w:br/>
        <w:t>мов стріли з звірокруга, непорушно висить.</w:t>
      </w:r>
    </w:p>
    <w:p>
      <w:r>
        <w:br/>
        <w:t>Як Діва з зодіаку чеше карі коси&lt;br /&gt;</w:t>
        <w:br/>
        <w:t>й горбатий Водяник закличе тіні з лігов,&lt;br /&gt;</w:t>
        <w:br/>
        <w:t>Земля, мов шкаралуща, гнеться і голосить.&lt;br /&gt;</w:t>
        <w:br/>
        <w:t>Це душі мамонтів бредуть червоним снігом.</w:t>
      </w:r>
    </w:p>
    <w:p>
      <w:r>
        <w:br/>
        <w:t>АРКТИКА</w:t>
      </w:r>
    </w:p>
    <w:p>
      <w:r>
        <w:br/>
        <w:t>Комети, що цвітуть хвостами, наче пави,&lt;br /&gt;</w:t>
        <w:br/>
        <w:t>червоні шиби моря в олив’яних рамах,&lt;br /&gt;</w:t>
        <w:br/>
        <w:t>де скелі льодові під снігом кучерявим&lt;br /&gt;</w:t>
        <w:br/>
        <w:t>розсунулись поволі, мов таємна брама.</w:t>
      </w:r>
    </w:p>
    <w:p>
      <w:r>
        <w:br/>
        <w:t>На бурунів хребтах качаються тюлені,&lt;br /&gt;</w:t>
        <w:br/>
        <w:t>звірята сходять з зодіака, й червоніє&lt;br /&gt;</w:t>
        <w:br/>
        <w:t>у сяйві магнетичних піль метал зелений&lt;br /&gt;</w:t>
        <w:br/>
        <w:t>морів примарних, що подібні сонній мрії.</w:t>
      </w:r>
    </w:p>
    <w:p>
      <w:r>
        <w:br/>
        <w:t>Мов синє оливо, заклякле небо висить,&lt;br /&gt;</w:t>
        <w:br/>
        <w:t>і череп місяця, розбитий і безбарвний,&lt;br /&gt;</w:t>
        <w:br/>
        <w:t>упав на сніг, коли отари білих листів&lt;br /&gt;</w:t>
        <w:br/>
        <w:t>в країну небуття вела зоря полярна.</w:t>
      </w:r>
    </w:p>
    <w:p>
      <w:r>
        <w:br/>
        <w:t>Друге ліричне інтермецо&lt;br /&gt;</w:t>
        <w:br/>
        <w:t>МОЛИТВА ДО ЗІР</w:t>
      </w:r>
    </w:p>
    <w:p>
      <w:r>
        <w:br/>
        <w:t>Не срібло миршаве, не хміль,&lt;br /&gt;</w:t>
        <w:br/>
        <w:t>не лавр сумнівний і двозначний,&lt;br /&gt;</w:t>
        <w:br/>
        <w:t>не дотепів грайливих сіль,&lt;br /&gt;</w:t>
        <w:br/>
        <w:t>не успіх в грі на риск небачній,&lt;br /&gt;</w:t>
        <w:br/>
        <w:t>не уст золотомовних мед,&lt;br /&gt;</w:t>
        <w:br/>
        <w:t>не почестей солодка манна&lt;br /&gt;</w:t>
        <w:br/>
        <w:t>і навіть не чеснот букет,&lt;br /&gt;</w:t>
        <w:br/>
        <w:t>що світлість їх не раз оманна,&lt;br /&gt;</w:t>
        <w:br/>
        <w:t>не винограду темний сік&lt;br /&gt;</w:t>
        <w:br/>
        <w:t>у колі дружньому за чаєм,&lt;br /&gt;</w:t>
        <w:br/>
        <w:t>не муз єлей, що на ввесь вік&lt;br /&gt;</w:t>
        <w:br/>
        <w:t>тавром людину назначає,&lt;br /&gt;</w:t>
        <w:br/>
        <w:t>не вигаданий в хитрий лад,&lt;br /&gt;</w:t>
        <w:br/>
        <w:t>щоб мірять душі, вчений лікоть,&lt;br /&gt;</w:t>
        <w:br/>
        <w:t>не домохвальців млявий чад,&lt;br /&gt;</w:t>
        <w:br/>
        <w:t>нещирих хвальб слизька музика,&lt;br /&gt;</w:t>
        <w:br/>
        <w:t>не захист мрій – блаженний дім,&lt;br /&gt;</w:t>
        <w:br/>
        <w:t>але молімся зорям дальнім,&lt;br /&gt;</w:t>
        <w:br/>
        <w:t>щоб нам дали на світі цім&lt;br /&gt;</w:t>
        <w:br/>
        <w:t>життя величне і страдальне.</w:t>
      </w:r>
    </w:p>
    <w:p>
      <w:r>
        <w:br/>
        <w:t>СІРИЙ ПМН</w:t>
      </w:r>
    </w:p>
    <w:p>
      <w:r>
        <w:br/>
        <w:t>Стовпи із попелу угору!&lt;br /&gt;</w:t>
        <w:br/>
        <w:t>Міста в дротах – під вітром ліри.&lt;br /&gt;</w:t>
        <w:br/>
        <w:t>Це тут, де мурів скупість взором,&lt;br /&gt;</w:t>
        <w:br/>
        <w:t>без сяйва навіть сонце сіре.</w:t>
      </w:r>
    </w:p>
    <w:p>
      <w:r>
        <w:br/>
        <w:t>Тут люди, мури і бацилі&lt;br /&gt;</w:t>
        <w:br/>
        <w:t>тим самим піддані законам&lt;br /&gt;</w:t>
        <w:br/>
        <w:t>і тулуби печей похилі,&lt;br /&gt;</w:t>
        <w:br/>
        <w:t>де розцвітають іскор грона.</w:t>
      </w:r>
    </w:p>
    <w:p>
      <w:r>
        <w:br/>
        <w:t>Хто падає, за ним не тужать,&lt;br /&gt;</w:t>
        <w:br/>
        <w:t>бо срібло сліз не для розтрати,&lt;br /&gt;</w:t>
        <w:br/>
        <w:t>скупі на скарб навбач байдужий.&lt;br /&gt;</w:t>
        <w:br/>
        <w:t>Хвалю життя шорстке й сукате!</w:t>
      </w:r>
    </w:p>
    <w:p>
      <w:r>
        <w:br/>
        <w:t>КОЛО ЗМІН</w:t>
      </w:r>
    </w:p>
    <w:p>
      <w:r>
        <w:br/>
        <w:t>Жаркий, духотний день, зомлівши,&lt;br /&gt;</w:t>
        <w:br/>
        <w:t>мов стовп, упав на груди ночі.&lt;br /&gt;</w:t>
        <w:br/>
        <w:t>Що ти згубив, не знайдеш більше,&lt;br /&gt;</w:t>
        <w:br/>
        <w:t>і час надію розхлюпоче.</w:t>
      </w:r>
    </w:p>
    <w:p>
      <w:r>
        <w:br/>
        <w:t>Ще піна світла з дзбана сонця&lt;br /&gt;</w:t>
        <w:br/>
        <w:t>парує пилом з теплих мурів.&lt;br /&gt;</w:t>
        <w:br/>
        <w:t>Не жди від долі оборонця,&lt;br /&gt;</w:t>
        <w:br/>
        <w:t>від пазурів в овечій шкурі!</w:t>
      </w:r>
    </w:p>
    <w:p>
      <w:r>
        <w:br/>
        <w:t>З-за золотого шумовиння&lt;br /&gt;</w:t>
        <w:br/>
        <w:t>ніч блакитніє чиста й вічна.</w:t>
      </w:r>
    </w:p>
    <w:p>
      <w:r>
        <w:br/>
        <w:t>Знов знайдеш суть у колі зміннім,&lt;br /&gt;</w:t>
        <w:br/>
        <w:t>щоб в зміст незмінний вірить міцно.</w:t>
      </w:r>
    </w:p>
    <w:p>
      <w:r>
        <w:br/>
        <w:t>МАРНОТРАТНИЙ ГІМН</w:t>
      </w:r>
    </w:p>
    <w:p>
      <w:r>
        <w:br/>
        <w:t>І зір розтратниця – зла ніч і день сліпучий&lt;br /&gt;</w:t>
        <w:br/>
        <w:t>розтратно твореним і нищеним багатством…</w:t>
      </w:r>
    </w:p>
    <w:p>
      <w:r>
        <w:br/>
        <w:t>Чергою явищ неповторних в світу кручі&lt;br /&gt;</w:t>
        <w:br/>
        <w:t>зростання й проминання сплетені суцільно.&lt;br /&gt;</w:t>
        <w:br/>
        <w:t>Вирує квітний дощ, бацилі, світло, птаство.</w:t>
      </w:r>
    </w:p>
    <w:p>
      <w:r>
        <w:br/>
        <w:t>Коли в дня гаморі хвилину знайдеш вільну,&lt;br /&gt;</w:t>
        <w:br/>
        <w:t>задумайся на мить про сонця марнотратство!</w:t>
      </w:r>
    </w:p>
    <w:p>
      <w:r>
        <w:br/>
        <w:t>ДНО ПЕЙЗАЖУ</w:t>
      </w:r>
    </w:p>
    <w:p>
      <w:r>
        <w:br/>
        <w:t>Корови й дині. Білий янгол&lt;br /&gt;</w:t>
        <w:br/>
        <w:t>на лопуха зеленій плахті.&lt;br /&gt;</w:t>
        <w:br/>
        <w:t>Хто будить в серці тужну п'янкість&lt;br /&gt;</w:t>
        <w:br/>
        <w:t>і хто колише темний страх твій?</w:t>
      </w:r>
    </w:p>
    <w:p>
      <w:r>
        <w:br/>
        <w:t>Що неоправданий, таємний,&lt;br /&gt;</w:t>
        <w:br/>
        <w:t>мов кріт, від дна коріння риє&lt;br /&gt;</w:t>
        <w:br/>
        <w:t>і грає, мов кларнет підземний,&lt;br /&gt;</w:t>
        <w:br/>
        <w:t>в кипінні форм, у барв завії.</w:t>
      </w:r>
    </w:p>
    <w:p>
      <w:r>
        <w:br/>
        <w:t>І як зродився без причини,&lt;br /&gt;</w:t>
        <w:br/>
        <w:t>так без причини щезне знагла.&lt;br /&gt;</w:t>
        <w:br/>
        <w:t>Природи лоно мрячне й синє,&lt;br /&gt;</w:t>
        <w:br/>
        <w:t>і сонця кіш,&lt;br /&gt;</w:t>
        <w:br/>
        <w:t>і кіш землі,&lt;br /&gt;</w:t>
        <w:br/>
        <w:t>що в ньому&lt;br /&gt;</w:t>
        <w:br/>
        <w:t>корови, квіття, дині й янгол.</w:t>
      </w:r>
    </w:p>
    <w:p>
      <w:r>
        <w:br/>
        <w:t>МІЙ ДАВНІЙ ГОЛОС</w:t>
      </w:r>
    </w:p>
    <w:p>
      <w:r>
        <w:br/>
        <w:t>Палкий, нічим незаспокійний,&lt;br /&gt;</w:t>
        <w:br/>
        <w:t>ловлю слова, мов барвні скельця.&lt;br /&gt;</w:t>
        <w:br/>
        <w:t>Як же ж я терня туги рвійне&lt;br /&gt;</w:t>
        <w:br/>
        <w:t>з корінням вирву з штольні серця?</w:t>
      </w:r>
    </w:p>
    <w:p>
      <w:r>
        <w:br/>
        <w:t>Терпке похмілля свіжих ранків&lt;br /&gt;</w:t>
        <w:br/>
        <w:t>п’янить, як і давніш п’янило.&lt;br /&gt;</w:t>
        <w:br/>
        <w:t>Дивлюсь в блакитну призму склянки,&lt;br /&gt;</w:t>
        <w:br/>
        <w:t>де заламалось небо в хвилі.</w:t>
      </w:r>
    </w:p>
    <w:p>
      <w:r>
        <w:br/>
        <w:t>Рожевий чай, мов піна з сонця,&lt;br /&gt;</w:t>
        <w:br/>
        <w:t>зелений морок сном колише.&lt;br /&gt;</w:t>
        <w:br/>
        <w:t>Заслуханий у дружній вітер,&lt;br /&gt;</w:t>
        <w:br/>
        <w:t>свій давній голос чую в тиші:</w:t>
      </w:r>
    </w:p>
    <w:p>
      <w:r>
        <w:br/>
        <w:t>"Аж юне серце затремтить,&lt;br /&gt;</w:t>
        <w:br/>
        <w:t>незаспокоєне й несите.&lt;br /&gt;</w:t>
        <w:br/>
        <w:t>Устами спраглими в цю мить&lt;br /&gt;</w:t>
        <w:br/>
        <w:t>всю хмільність світу хочу спити".[73]</w:t>
      </w:r>
    </w:p>
    <w:p>
      <w:r>
        <w:br/>
        <w:t>БУРЯ</w:t>
      </w:r>
    </w:p>
    <w:p>
      <w:r>
        <w:br/>
        <w:t>Надходить буря. Сиві вільхи&lt;br /&gt;</w:t>
        <w:br/>
        <w:t>в тривозі туляться до себе.&lt;br /&gt;</w:t>
        <w:br/>
        <w:t>Щоб відідхнути, просить пільги,&lt;br /&gt;</w:t>
        <w:br/>
        <w:t>хоч на хвилину, в багрі небо.</w:t>
      </w:r>
    </w:p>
    <w:p>
      <w:r>
        <w:br/>
        <w:t>Мов стовп, піднявся вихор тричі,&lt;br /&gt;</w:t>
        <w:br/>
        <w:t>і сяють блискавки, аж маки&lt;br /&gt;</w:t>
        <w:br/>
        <w:t>червоні сплющують зіниці&lt;br /&gt;</w:t>
        <w:br/>
        <w:t>і клоняться хорунжим ляку.</w:t>
      </w:r>
    </w:p>
    <w:p>
      <w:r>
        <w:br/>
        <w:t>Кларнетів схлип, і вітру помах,&lt;br /&gt;</w:t>
        <w:br/>
        <w:t>і виє лис – нічний астроном.&lt;br /&gt;</w:t>
        <w:br/>
        <w:t>Червона неба папілома&lt;br /&gt;</w:t>
        <w:br/>
        <w:t>прорізана, мов бляха, громом.</w:t>
      </w:r>
    </w:p>
    <w:p>
      <w:r>
        <w:br/>
        <w:t>Це з-понад бурі безкрай вільний,&lt;br /&gt;</w:t>
        <w:br/>
        <w:t>схилившись, риє в хмарах ями.&lt;br /&gt;</w:t>
        <w:br/>
        <w:t>Тоді слова швидкі й доцільні,&lt;br /&gt;</w:t>
        <w:br/>
        <w:t>мов леза, схрещую з громами.</w:t>
      </w:r>
    </w:p>
    <w:p>
      <w:r>
        <w:br/>
        <w:t>ДИВО</w:t>
      </w:r>
    </w:p>
    <w:p>
      <w:r>
        <w:br/>
        <w:t>Над ранком. Зорі з вовни мряки,&lt;br /&gt;</w:t>
        <w:br/>
        <w:t>мов злоті ґудзики з плаща,&lt;br /&gt;</w:t>
        <w:br/>
        <w:t>відпоре день і сім’ям маку&lt;br /&gt;</w:t>
        <w:br/>
        <w:t>розсипле солов’ям в кущах.</w:t>
      </w:r>
    </w:p>
    <w:p>
      <w:r>
        <w:br/>
        <w:t>В сувоях тиші сплять долини,&lt;br /&gt;</w:t>
        <w:br/>
        <w:t>де мох задуми й мох імли,&lt;br /&gt;</w:t>
        <w:br/>
        <w:t>аж скотиться стозерна диня&lt;br /&gt;</w:t>
        <w:br/>
        <w:t>на лопуховий ранку лист.</w:t>
      </w:r>
    </w:p>
    <w:p>
      <w:r>
        <w:br/>
        <w:t>Як диню сонця зсуне вітер&lt;br /&gt;</w:t>
        <w:br/>
        <w:t>на решето ясних долин,&lt;br /&gt;</w:t>
        <w:br/>
        <w:t>розплющують зіниці квіти&lt;br /&gt;</w:t>
        <w:br/>
        <w:t>і листя рветься в дальню синь.</w:t>
      </w:r>
    </w:p>
    <w:p>
      <w:r>
        <w:br/>
        <w:t>А серце, що, незаспокійне,&lt;br /&gt;</w:t>
        <w:br/>
        <w:t>збагнути хоче все до дна,&lt;br /&gt;</w:t>
        <w:br/>
        <w:t>тріпочеться і з листям рвійним&lt;br /&gt;</w:t>
        <w:br/>
        <w:t>до болю прагне дива дня.</w:t>
      </w:r>
    </w:p>
    <w:p>
      <w:r>
        <w:br/>
        <w:t>ВІЩИЙ ДУБ</w:t>
      </w:r>
    </w:p>
    <w:p>
      <w:r>
        <w:br/>
        <w:t>Сніг зеленіє в світлі ночі,&lt;br /&gt;</w:t>
        <w:br/>
        <w:t>сніг блакитніє в світлі дня.&lt;br /&gt;</w:t>
        <w:br/>
        <w:t>Цей дуб – то дерево пророче,&lt;br /&gt;</w:t>
        <w:br/>
        <w:t>корява ліра з його пня.</w:t>
      </w:r>
    </w:p>
    <w:p>
      <w:r>
        <w:br/>
        <w:t>Сніг попеліє в сірий вечір,&lt;br /&gt;</w:t>
        <w:br/>
        <w:t>щоранку у вогнях цвіте.&lt;br /&gt;</w:t>
        <w:br/>
        <w:t>Із рани сонця кровотечі&lt;br /&gt;</w:t>
        <w:br/>
        <w:t>б’ють в царство снігу золоте.</w:t>
      </w:r>
    </w:p>
    <w:p>
      <w:r>
        <w:br/>
        <w:t>Лиш дуб один крізь біле море,&lt;br /&gt;</w:t>
        <w:br/>
        <w:t>дельфін рослинний, вдаль пливе&lt;br /&gt;</w:t>
        <w:br/>
        <w:t>і лірою сніг-саван поре,&lt;br /&gt;</w:t>
        <w:br/>
        <w:t>віщуючи життя живе.</w:t>
      </w:r>
    </w:p>
    <w:p>
      <w:r>
        <w:br/>
        <w:t>КОЛОДІЙСТВО</w:t>
      </w:r>
    </w:p>
    <w:p>
      <w:r>
        <w:br/>
        <w:t>Вже сонця колесо збиває стельмах,&lt;br /&gt;</w:t>
        <w:br/>
        <w:t>ще обруча – до осі полум’яної!&lt;br /&gt;</w:t>
        <w:br/>
        <w:t>Цим возом їхатиме завтра Зельман,&lt;br /&gt;</w:t>
        <w:br/>
        <w:t>ключар і староста гульби весняної.&lt;br /&gt;</w:t>
        <w:br/>
        <w:t>Відносить стельмах сонце ковалеві:&lt;br /&gt;</w:t>
        <w:br/>
        <w:t>– Обруч найбагряніший викуй, майстре мій,&lt;br /&gt;</w:t>
        <w:br/>
        <w:t>щоб сонце жевріло ясніш від гриви лева&lt;br /&gt;</w:t>
        <w:br/>
        <w:t>весні трояндній й осені оайстреній!</w:t>
      </w:r>
    </w:p>
    <w:p>
      <w:r>
        <w:br/>
        <w:t>ЧЕРЕМХИ</w:t>
      </w:r>
    </w:p>
    <w:p>
      <w:r>
        <w:br/>
        <w:t>Мов свічка, куриться черемха&lt;br /&gt;</w:t>
        <w:br/>
        <w:t>в побожній вечора руці.&lt;br /&gt;</w:t>
        <w:br/>
        <w:t>Вертаються з вечірні лемки,&lt;br /&gt;</w:t>
        <w:br/>
        <w:t>до хат задумано йдучи.</w:t>
      </w:r>
    </w:p>
    <w:p>
      <w:r>
        <w:br/>
        <w:t>Моя країно верховинна, —&lt;br /&gt;</w:t>
        <w:br/>
        <w:t>ні, не забуть твоїх черемх,&lt;br /&gt;</w:t>
        <w:br/>
        <w:t>коли над ними місяць лине&lt;br /&gt;</w:t>
        <w:br/>
        <w:t>вівсяним калачем!</w:t>
      </w:r>
    </w:p>
    <w:p>
      <w:r>
        <w:br/>
        <w:t>БАТЬКІВЩИНА</w:t>
      </w:r>
    </w:p>
    <w:p>
      <w:r>
        <w:br/>
        <w:t>Жовті косатні цвітуть на мокрих луках,&lt;br /&gt;</w:t>
        <w:br/>
        <w:t>як за днів дитинства, в кучерявій млі.&lt;br /&gt;</w:t>
        <w:br/>
        <w:t>Вилітають ластівками стріли з лука,&lt;br /&gt;</w:t>
        <w:br/>
        <w:t>білі стріли літ.</w:t>
      </w:r>
    </w:p>
    <w:p>
      <w:r>
        <w:br/>
        <w:t>Оси золоті в чарках троянд розквітлих,&lt;br /&gt;</w:t>
        <w:br/>
        <w:t>мокрі зорі куряться під сизий вечір.&lt;br /&gt;</w:t>
        <w:br/>
        <w:t>Ще горить твоєї молодості світло,&lt;br /&gt;</w:t>
        <w:br/>
        <w:t>хоч новий десяток літ береш на плечі.</w:t>
      </w:r>
    </w:p>
    <w:p>
      <w:r>
        <w:br/>
        <w:t>Слухай: Батьківщина свого сина кличе&lt;br /&gt;</w:t>
        <w:br/>
        <w:t>найпростішим, неповторним, вічним словом.&lt;br /&gt;</w:t>
        <w:br/>
        <w:t>У воді відбились зорі і обличчя,&lt;br /&gt;</w:t>
        <w:br/>
        <w:t>кароокі люди і співуча мова.</w:t>
      </w:r>
    </w:p>
    <w:p>
      <w:r>
        <w:br/>
        <w:t>УРИВОК</w:t>
      </w:r>
    </w:p>
    <w:p>
      <w:r>
        <w:br/>
        <w:t>Боюсь згасити світло лампи,&lt;br /&gt;</w:t>
        <w:br/>
        <w:t>бо може стати ще страшніш,&lt;br /&gt;</w:t>
        <w:br/>
        <w:t>і ніч, розкладена на ямби,&lt;br /&gt;</w:t>
        <w:br/>
        <w:t>у серце вбилась, наче ніж.</w:t>
      </w:r>
    </w:p>
    <w:p>
      <w:r>
        <w:br/>
        <w:t>Ніяк заснути! Кличуть півні,&lt;br /&gt;</w:t>
        <w:br/>
        <w:t>годинник б’є, і місяць лине.&lt;br /&gt;</w:t>
        <w:br/>
        <w:t>Мій сон, мій голос неспокійний&lt;br /&gt;</w:t>
        <w:br/>
        <w:t>в моїй трагічній Батьківщині.</w:t>
      </w:r>
    </w:p>
    <w:p>
      <w:r>
        <w:br/>
        <w:t>ЗАБУТА ЗЕМЛЯ</w:t>
      </w:r>
    </w:p>
    <w:p>
      <w:r>
        <w:br/>
        <w:t>Село вночі свічок не світить,&lt;br /&gt;</w:t>
        <w:br/>
        <w:t>боїться місяця збудити,&lt;br /&gt;</w:t>
        <w:br/>
        <w:t>що жовтим без наймення квітом&lt;br /&gt;</w:t>
        <w:br/>
        <w:t>цвіте в садах, дощем умитий.</w:t>
      </w:r>
    </w:p>
    <w:p>
      <w:r>
        <w:br/>
        <w:t>Густа вода спливає з гребель,&lt;br /&gt;</w:t>
        <w:br/>
        <w:t>де обрії спинились в леті.&lt;br /&gt;</w:t>
        <w:br/>
        <w:t>У бурих кублах побіч себе&lt;br /&gt;</w:t>
        <w:br/>
        <w:t>звірята, люди і комети.</w:t>
      </w:r>
    </w:p>
    <w:p>
      <w:r>
        <w:br/>
        <w:t>Забута земле під дощами,&lt;br /&gt;</w:t>
        <w:br/>
        <w:t>під оливом рудого неба!&lt;br /&gt;</w:t>
        <w:br/>
        <w:t>Ця пісня серцю наче камінь,&lt;br /&gt;</w:t>
        <w:br/>
        <w:t>а все ж її співати треба.</w:t>
      </w:r>
    </w:p>
    <w:p>
      <w:r>
        <w:br/>
        <w:t>ЧЕРВОНА КИТАЙКА</w:t>
      </w:r>
    </w:p>
    <w:p>
      <w:r>
        <w:br/>
        <w:t>Горять, як ватра, забобони&lt;br /&gt;</w:t>
        <w:br/>
        <w:t>віків минулих – снів іскристих.&lt;br /&gt;</w:t>
        <w:br/>
        <w:t>В китайці заходу червоній&lt;br /&gt;</w:t>
        <w:br/>
        <w:t>моєї молодості місто.</w:t>
      </w:r>
    </w:p>
    <w:p>
      <w:r>
        <w:br/>
        <w:t>Лопочуть зорі на тополях,&lt;br /&gt;</w:t>
        <w:br/>
        <w:t>і люди хрестяться з тривоги,&lt;br /&gt;</w:t>
        <w:br/>
        <w:t>коли ножами місяць колють&lt;br /&gt;</w:t>
        <w:br/>
        <w:t>хасиди в чорних синагогах.</w:t>
      </w:r>
    </w:p>
    <w:p>
      <w:r>
        <w:br/>
        <w:t>Моє містечко таємниче&lt;br /&gt;</w:t>
        <w:br/>
        <w:t>в хлоп’ячих споминів заслоні!&lt;br /&gt;</w:t>
        <w:br/>
        <w:t>І знов минула юність кличе,&lt;br /&gt;</w:t>
        <w:br/>
        <w:t>як давні кличуть забобони.</w:t>
      </w:r>
    </w:p>
    <w:p>
      <w:r>
        <w:br/>
        <w:t>ДО ХОЛОДНИХ ЗІР</w:t>
      </w:r>
    </w:p>
    <w:p>
      <w:r>
        <w:br/>
        <w:t>Накрита неба бурим дахом,&lt;br /&gt;</w:t>
        <w:br/>
        <w:t>мов бронза, ніч тьмяніє й стигне.&lt;br /&gt;</w:t>
        <w:br/>
        <w:t>Як вбиті в ніч горючі цвяхи,&lt;br /&gt;</w:t>
        <w:br/>
        <w:t>холонуть зорі в сині криги.</w:t>
      </w:r>
    </w:p>
    <w:p>
      <w:r>
        <w:br/>
        <w:t>Насуплений, їдкий, запеклий,&lt;br /&gt;</w:t>
        <w:br/>
        <w:t>заслониш очі лунатичні,&lt;br /&gt;</w:t>
        <w:br/>
        <w:t>бо твоє серце – чорне пекло,&lt;br /&gt;</w:t>
        <w:br/>
        <w:t>середньовічне і містичне.</w:t>
      </w:r>
    </w:p>
    <w:p>
      <w:r>
        <w:br/>
        <w:t>Тремти в цей вечір забобонний,&lt;br /&gt;</w:t>
        <w:br/>
        <w:t>мов астрол&amp;#238;г, дивися в зорі!&lt;br /&gt;</w:t>
        <w:br/>
        <w:t>Хай всіх, хай всіх, як ти, бездомних&lt;br /&gt;</w:t>
        <w:br/>
        <w:t>пригорне ніч, вогонь і море!</w:t>
      </w:r>
    </w:p>
    <w:p>
      <w:r>
        <w:br/>
        <w:t>Третя глава&lt;br /&gt;</w:t>
        <w:br/>
        <w:t>СЛОВО ДО РОЗСТРІЛЯНИХ</w:t>
      </w:r>
    </w:p>
    <w:p>
      <w:r>
        <w:br/>
        <w:t>Це правда:&lt;br /&gt;</w:t>
        <w:br/>
        <w:t>кров з каміння може змити дощ,&lt;br /&gt;</w:t>
        <w:br/>
        <w:t>червона місяця хустина може стерти,&lt;br /&gt;</w:t>
        <w:br/>
        <w:t>але наймення ваші,&lt;br /&gt;</w:t>
        <w:br/>
        <w:t>багряніш від рож,&lt;br /&gt;</w:t>
        <w:br/>
        <w:t>горять у пам’яті на плитах незатертих.</w:t>
      </w:r>
    </w:p>
    <w:p>
      <w:r>
        <w:br/>
        <w:t>Змагались ви уперто, й мріяли, й жили,&lt;br /&gt;</w:t>
        <w:br/>
        <w:t>кохалися в суворості, як ми у ґулях,&lt;br /&gt;</w:t>
        <w:br/>
        <w:t>і ваші очі&lt;br /&gt;</w:t>
        <w:br/>
        <w:t>сяли вічністю,&lt;br /&gt;</w:t>
        <w:br/>
        <w:t>коли&lt;br /&gt;</w:t>
        <w:br/>
        <w:t>у серці, мов зоря, застрягла біля куля.</w:t>
      </w:r>
    </w:p>
    <w:p>
      <w:r>
        <w:br/>
        <w:t>Грудень 1934&lt;br /&gt;</w:t>
        <w:br/>
        <w:t>СЛОВО ПРО ЧОРНИЙ ПОЛК</w:t>
      </w:r>
    </w:p>
    <w:p>
      <w:r>
        <w:br/>
        <w:t>Об слово дзвонить слово – кусні бронзи віщі.&lt;br /&gt;</w:t>
        <w:br/>
        <w:t>– Співаю, не кляну&lt;br /&gt;</w:t>
        <w:br/>
        <w:t>розгромленим полкам, пощербленим рядам, потрощеним когортам!&lt;br /&gt;</w:t>
        <w:br/>
        <w:t>Хвала усім, що з пристрастю цілують сестру на бойовищах,&lt;br /&gt;</w:t>
        <w:br/>
        <w:t>а тим, що ляк в них, мов слимак у мушлі, й гнуть тростини спин, погорда!&lt;br /&gt;</w:t>
        <w:br/>
        <w:t>Луна поразки б’є об мої вуха, мов з глибин безодні зради&lt;br /&gt;</w:t>
        <w:br/>
        <w:t>громів, поламаних у кусні й схоплених у сіть, прощальна скарга.&lt;br /&gt;</w:t>
        <w:br/>
        <w:t>Дивлюсь у морок, як тятиви скель, напнувши луки водоспадів,&lt;br /&gt;</w:t>
        <w:br/>
        <w:t>мов стріли круто втяті, птаство криводзьобе викидають знагла.&lt;br /&gt;</w:t>
        <w:br/>
        <w:t>Зоріє. В відвороті полк. Анабазис[74] під небом африканським.&lt;br /&gt;</w:t>
        <w:br/>
        <w:t>Ліс вбитих в небо списів коле місяць, кров руда тече із нього,&lt;br /&gt;</w:t>
        <w:br/>
        <w:t>і ебеновий вождь з сережкою зорі у вусі, спів поганський&lt;br /&gt;</w:t>
        <w:br/>
        <w:t>жбурнувши в хмари, наче визив, прокляне поразки Бога злого.&lt;br /&gt;</w:t>
        <w:br/>
        <w:t>Немає ласки – і багнети грузнуть в тіло, мов плуги в чорнозем,&lt;br /&gt;</w:t>
        <w:br/>
        <w:t>у буйне поле чорних тіл багнети сіють зерно послуху і ладу,&lt;br /&gt;</w:t>
        <w:br/>
        <w:t>щоб аж до сьомого коліна пам’ятали й знав назавжди кожен,&lt;br /&gt;</w:t>
        <w:br/>
        <w:t>щоб син онукові, онук нащадкові, мов скарб, переказали,&lt;br /&gt;</w:t>
        <w:br/>
        <w:t>як кріпили владу.</w:t>
      </w:r>
    </w:p>
    <w:p>
      <w:r>
        <w:br/>
        <w:t>І густо стеляться один при одному, як вирубаний праліс,&lt;br /&gt;</w:t>
        <w:br/>
        <w:t>у черепах почавлених булькочуть мозки, мов олива жовта.&lt;br /&gt;</w:t>
        <w:br/>
        <w:t>Хто сіє кров, той жне зненависть. Тож беріть оце хрищення сталі!&lt;br /&gt;</w:t>
        <w:br/>
        <w:t>Зеленоока чорна княжно, музо месників, калюжі бовтай!&lt;br /&gt;</w:t>
        <w:br/>
        <w:t>Дракони, що бензину п'ють, на птахів схожі і на носорогів,&lt;br /&gt;</w:t>
        <w:br/>
        <w:t>дракони, що плюють зміїну слину – оливо й вогонь зернистий,&lt;br /&gt;</w:t>
        <w:br/>
        <w:t>являються, немов із місяця печер вернувшись, й їм під ноги&lt;br /&gt;</w:t>
        <w:br/>
        <w:t>мітла комети, куряви здіймаючи, мете людей, мов листя.</w:t>
      </w:r>
    </w:p>
    <w:p>
      <w:r>
        <w:br/>
        <w:t>На купах чорних рук і чорних ніг червона кров і жовта піна,&lt;br /&gt;</w:t>
        <w:br/>
        <w:t>слизька смертельна піна з уст, розтерзаних гарматним поцілунком.&lt;br /&gt;</w:t>
        <w:br/>
        <w:t>Тюльпани надр підземних – вибухають, мов кущі вогненні, міни,&lt;br /&gt;</w:t>
        <w:br/>
        <w:t>салютами з глибин землі вітаючи непереможно й лунко.</w:t>
      </w:r>
    </w:p>
    <w:p>
      <w:r>
        <w:br/>
        <w:t>Гармати розкладають віяла димів, мов крила перед льотом,&lt;br /&gt;</w:t>
        <w:br/>
        <w:t>зриваються й колесами толочать звали тіл і хлам заліззя,&lt;br /&gt;</w:t>
        <w:br/>
        <w:t>на чорних щелепах клеїста смертна слина, очі, злиплі потом,&lt;br /&gt;</w:t>
        <w:br/>
        <w:t>пил з блях і слизь з ротів і крові грязь язик зорі рудої лиже.</w:t>
      </w:r>
    </w:p>
    <w:p>
      <w:r>
        <w:br/>
        <w:t>Хриплять горлянки глухо, і мерзка ядуха пальці криво корчить,&lt;br /&gt;</w:t>
        <w:br/>
        <w:t>мов листя, сплащені долоні – квіти стоптані життя жагою&lt;br /&gt;</w:t>
        <w:br/>
        <w:t>спалахують востаннє, й кидають прокльони в небо богоборці.&lt;br /&gt;</w:t>
        <w:br/>
        <w:t>Усі скарби за мить одну життя! Лиш ніч усіх назавжди гоїть.</w:t>
      </w:r>
    </w:p>
    <w:p>
      <w:r>
        <w:br/>
        <w:t>Лопата сонця грузне в жовту теплу рінь, копаючи могили,&lt;br /&gt;</w:t>
        <w:br/>
        <w:t>лопата сонця, хрест струнких вітрів, шакалів похоронний обряд.&lt;br /&gt;</w:t>
        <w:br/>
        <w:t>О чорне тіло, в шовк рудий піску сповите, тихе і безсиле,&lt;br /&gt;</w:t>
        <w:br/>
        <w:t>де перед миттю пристрасті кипіли ще! Землі долоне добра!</w:t>
      </w:r>
    </w:p>
    <w:p>
      <w:r>
        <w:br/>
        <w:t>Хай чорна Богоматір з жар-ікони поведе бійців до краю,&lt;br /&gt;</w:t>
        <w:br/>
        <w:t>де вже дракони не лякатимуть, де тиша вічна й сонні води!&lt;br /&gt;</w:t>
        <w:br/>
        <w:t>Б’є слово в слово – кусні бронзи дзвонять.&lt;br /&gt;</w:t>
        <w:br/>
        <w:t>Так прощальний спів кінчаймо,&lt;br /&gt;</w:t>
        <w:br/>
        <w:t>коли розбитий чорний полк в країну зір на вічну ніч відходить.</w:t>
      </w:r>
    </w:p>
    <w:p>
      <w:r>
        <w:br/>
        <w:t>Лютень 1936&lt;br /&gt;</w:t>
        <w:br/>
        <w:t>СЛОВО ПРО ЗОЛОТИЙ ПОЛК</w:t>
      </w:r>
    </w:p>
    <w:p>
      <w:r>
        <w:br/>
        <w:t>Заспів</w:t>
      </w:r>
    </w:p>
    <w:p>
      <w:r>
        <w:br/>
        <w:t>Хай, розгорнувши строфи, наче крила, наступає пісня!&lt;br /&gt;</w:t>
        <w:br/>
        <w:t>Хай б’є в здрібнілий вік достойних фраз і хитрих передбачень,&lt;br /&gt;</w:t>
        <w:br/>
        <w:t>коли натхнення заплитке і розпач роблений та кволий,&lt;br /&gt;</w:t>
        <w:br/>
        <w:t>в вік володіння букви і пожитку, без мети бусолі,&lt;br /&gt;</w:t>
        <w:br/>
        <w:t>в вік змиршавілий, в час легкого успіху, гнучкої міри,&lt;br /&gt;</w:t>
        <w:br/>
        <w:t>хай б’є зухвала пісня,&lt;br /&gt;</w:t>
        <w:br/>
        <w:t>хай кличе вищим вітром дихать,&lt;br /&gt;</w:t>
        <w:br/>
        <w:t>мірилом вищим мірять, міцніш в людину вірить!</w:t>
      </w:r>
    </w:p>
    <w:p>
      <w:r>
        <w:br/>
        <w:t>В атаку сунуть чоти[75] строф, наїживши багнети рим,&lt;br /&gt;</w:t>
        <w:br/>
        <w:t>слова ціляють влучно, кожне точне, кожне вогнепальне,&lt;br /&gt;</w:t>
        <w:br/>
        <w:t>коротко й різко, раз у раз, рокоче строф хорунжий – ритм,&lt;br /&gt;</w:t>
        <w:br/>
        <w:t>колона пісні йде в розстрільній на екстази шанець дальній,&lt;br /&gt;</w:t>
        <w:br/>
        <w:t>щоб про бійців незламно вірних стати гідною співати.&lt;br /&gt;</w:t>
        <w:br/>
        <w:t>Тоді наструнко салютують строфи мужності й посвяти!</w:t>
      </w:r>
    </w:p>
    <w:p>
      <w:r>
        <w:br/>
        <w:t>СЛОВО ПРО АЛЬКАЗАР</w:t>
      </w:r>
    </w:p>
    <w:p>
      <w:r>
        <w:br/>
        <w:t>День сороковий полум’я й погуби догоряє в славі,&lt;br /&gt;</w:t>
        <w:br/>
        <w:t>день сороковий брат на брата накладає хижу руку.&lt;br /&gt;</w:t>
        <w:br/>
        <w:t>Війна злочинна, братогубна. Сонце ранене кривавить.&lt;br /&gt;</w:t>
        <w:br/>
        <w:t>Незламна тисяча обранців здавлює в серцях розпуку,&lt;br /&gt;</w:t>
        <w:br/>
        <w:t>б’ючись, хтозна, чи не із друзями недавніми віч-на-віч.&lt;br /&gt;</w:t>
        <w:br/>
        <w:t>День сороковий без спочину й сну, в дощі вогненнім зливнім.&lt;br /&gt;</w:t>
        <w:br/>
        <w:t>Вже голод скручує кишки в сухе мотуззя. Далі навіть&lt;br /&gt;</w:t>
        <w:br/>
        <w:t>порепані з гарячки губи вимовляти слів забудуть.&lt;br /&gt;</w:t>
        <w:br/>
        <w:t>Не шкура вже – кора на пнях, на людських пнях шорстких із сажі,&lt;br /&gt;</w:t>
        <w:br/>
        <w:t>зів’ялі язики телепають в устах просохлим листям,&lt;br /&gt;</w:t>
        <w:br/>
        <w:t>лиш очі, очі сяють молодо, натхненно й променисто.</w:t>
      </w:r>
    </w:p>
    <w:p>
      <w:r>
        <w:br/>
        <w:t>Задиханий, вривчастий токіт мітральєз[76] на мить не щухне.&lt;br /&gt;</w:t>
        <w:br/>
        <w:t>До сонця стіп скривавлених вітри один по однім ляжуть,&lt;br /&gt;</w:t>
        <w:br/>
        <w:t>і ніч, мов чорний лев, пробуджена на шанці виє глухо.&lt;br /&gt;</w:t>
        <w:br/>
        <w:t>Толедо на сімох узгір’ях, на червоній кручі Тахо,&lt;br /&gt;</w:t>
        <w:br/>
        <w:t>це місто до хреста пустелі цвяхами ста башт прибите.&lt;br /&gt;</w:t>
        <w:br/>
        <w:t>Земля – червона бляха, місяць в обрій вгруз найгрубшим цвяхом,&lt;br /&gt;</w:t>
        <w:br/>
        <w:t>пустиня, мати вітру, від людей бере за проїзд мито.&lt;br /&gt;</w:t>
        <w:br/>
        <w:t>В мереживі крутих провулків горде місто ювелірень,&lt;br /&gt;</w:t>
        <w:br/>
        <w:t>де сонце з патини століть застигло аж зелено-сіре,&lt;br /&gt;</w:t>
        <w:br/>
        <w:t>тепер в трояндах пострілів зміняє ніч у день багровий.&lt;br /&gt;</w:t>
        <w:br/>
        <w:t>Хащі димів, багаття буре, сірі й бронзові діброви,&lt;br /&gt;</w:t>
        <w:br/>
        <w:t>трава колюча – ворса на кожухах скель слизька від крови.&lt;br /&gt;</w:t>
        <w:br/>
        <w:t>Лежать покошені тіла – рясні джерела з них булькочуть,&lt;br /&gt;</w:t>
        <w:br/>
        <w:t>джерела струменів червоних. В перегуках хрипнуть дула,&lt;br /&gt;</w:t>
        <w:br/>
        <w:t>в акордах мітральєз повзуть танкети, жалять оси-кулі,&lt;br /&gt;</w:t>
        <w:br/>
        <w:t>фонтан піску плює петарда, крові млява, тьмяна п’янкість,&lt;br /&gt;</w:t>
        <w:br/>
        <w:t>на гусеницях кручених коліс горбатий тулуб танка.</w:t>
      </w:r>
    </w:p>
    <w:p>
      <w:r>
        <w:br/>
        <w:t>Пустиня, мов червона ліра, під долонею вітрів&lt;br /&gt;</w:t>
        <w:br/>
        <w:t>видзвонює покутню псальму, свій пустельний "Dies irae",[77]&lt;br /&gt;</w:t>
        <w:br/>
        <w:t>і хор гармат, виригуючи з гирл свій олив’яний спів,&lt;br /&gt;</w:t>
        <w:br/>
        <w:t>погуби заповідь оповіщає в сторони чотири.&lt;br /&gt;</w:t>
        <w:br/>
        <w:t>На морі полум’я міцне судно – незламний Альказар&lt;br /&gt;</w:t>
        <w:br/>
        <w:t>в тюльпанах тисячі експльозій,[78] в квітах, зрослих з динаміту,&lt;br /&gt;</w:t>
        <w:br/>
        <w:t>в короні із картечів, очервонений, сповитий в жар,&lt;br /&gt;</w:t>
        <w:br/>
        <w:t>на наших ось очах проходить прямо з дійсности до міту.&lt;br /&gt;</w:t>
        <w:br/>
        <w:t>В росі вогненній миє мармурово-кам’яне обличчя,&lt;br /&gt;</w:t>
        <w:br/>
        <w:t>щоб дати ще одне свідоцтво людській тузі за величним.</w:t>
      </w:r>
    </w:p>
    <w:p>
      <w:r>
        <w:br/>
        <w:t>Жовтень, 1936&lt;br /&gt;</w:t>
        <w:br/>
        <w:t>КОЛИСКОВА</w:t>
      </w:r>
    </w:p>
    <w:p>
      <w:r>
        <w:br/>
        <w:t>Вузли доріг затиснуті на горлах сіл. Знов сняться сни минулі.&lt;br /&gt;</w:t>
        <w:br/>
        <w:t>Сідають дні, мов птахи, на хатах і розгортають крила вітру.&lt;br /&gt;</w:t>
        <w:br/>
        <w:t>Скриплять колиски: "Синку, спи, накрию сном тебе, мов листям мирту,&lt;br /&gt;</w:t>
        <w:br/>
        <w:t>лиш не ходи, хлоп’ятко, в ліс, бо вовк тебе у лісі з’їсть, ой люлі!"&lt;br /&gt;</w:t>
        <w:br/>
        <w:t>Співає на шляху піхота: "Не стелися по землі, барвінку!"&lt;br /&gt;</w:t>
        <w:br/>
        <w:t>Пан сотник лютий: "Покрутило б язики вам, покручі прокляті!"&lt;br /&gt;</w:t>
        <w:br/>
        <w:t>Царило у мідь дороги, мов у жовтий бубон, сонце дзвінко,&lt;br /&gt;</w:t>
        <w:br/>
        <w:t>кийки проміння б’ють червоним верблем у калюж рудяві лати.&lt;br /&gt;</w:t>
        <w:br/>
        <w:t>Під спів піхоти сходить вечір. Ще в розприслім сонці сяє зброя.&lt;br /&gt;</w:t>
        <w:br/>
        <w:t>Вже ніч. До зір пришпилені кокарди літаків. Ніхто не будить&lt;br /&gt;</w:t>
        <w:br/>
        <w:t>розквітлих квіттям снів дитячих, і не бачили, не знали люди,&lt;br /&gt;</w:t>
        <w:br/>
        <w:t>коли зоря спинилась над колискою майбутнього героя.</w:t>
      </w:r>
    </w:p>
    <w:p>
      <w:r>
        <w:br/>
        <w:t>НА ТРИ ШЛЯХИ</w:t>
      </w:r>
    </w:p>
    <w:p>
      <w:r>
        <w:br/>
        <w:t>На три шляхи за лисогори, за високорівню ворог відступає.&lt;br /&gt;</w:t>
        <w:br/>
        <w:t>Лежить на білій плахті снігу сонце – стяг попоротий від куль.&lt;br /&gt;</w:t>
        <w:br/>
        <w:t>Мов сторожі кордонів пітьми, ждуть горбатодзьобі круки свого паю,&lt;br /&gt;</w:t>
        <w:br/>
        <w:t>хоч лижуть ще червоні язики з розжеврених до краю дул.&lt;br /&gt;</w:t>
        <w:br/>
        <w:t>Ще металеві горла літаків серед прокльонів клекоту і гулу&lt;br /&gt;</w:t>
        <w:br/>
        <w:t>викрикують у світу сторони чотири свій прощальний спів,&lt;br /&gt;</w:t>
        <w:br/>
        <w:t>і ллється сніг, мов синій лій, у ззеленілий та дірявий сонця тулуб&lt;br /&gt;</w:t>
        <w:br/>
        <w:t>і, мов печать, значить, застигши синім воском на очах мерців.&lt;br /&gt;</w:t>
        <w:br/>
        <w:t>Ще з літака мов із відра в казан долини ллється струм вогню густого,&lt;br /&gt;</w:t>
        <w:br/>
        <w:t>аж вцілений літак, мов птах проколотий, хитнеться й затремтить.&lt;br /&gt;</w:t>
        <w:br/>
        <w:t>В станицю до вождя телефонує з поля бою Янгол перемоги,&lt;br /&gt;</w:t>
        <w:br/>
        <w:t>з-над звітів, мап і планів постать згорблена підводиться на мить.&lt;br /&gt;</w:t>
        <w:br/>
        <w:t>"Тут бойовище, пане генерале, так, це я!" – телефонує Янгол.&lt;br /&gt;</w:t>
        <w:br/>
        <w:t>"Мій вірний, любий друже!" —&lt;br /&gt;</w:t>
        <w:br/>
        <w:t>дзвонить відповідь зворушена вождя.&lt;br /&gt;</w:t>
        <w:br/>
        <w:t>Стає, у записник історії кладе свій підпис твердо, креслить дату.&lt;br /&gt;</w:t>
        <w:br/>
        <w:t>Виходить із квартири й дивиться на дальній звечорілий шлях.</w:t>
      </w:r>
    </w:p>
    <w:p>
      <w:r>
        <w:br/>
        <w:t>СТЯГИ В КУРЯВІ</w:t>
      </w:r>
    </w:p>
    <w:p>
      <w:r>
        <w:br/>
        <w:t>Гудки патруль над ранком дзвонять в білім місті.&lt;br /&gt;</w:t>
        <w:br/>
        <w:t>Збудившись, леви з грив стрясають зорі й сніг.&lt;br /&gt;</w:t>
        <w:br/>
        <w:t>Порожні сині площі в мряці золотистій&lt;br /&gt;</w:t>
        <w:br/>
        <w:t>колишуться, мов птахи, і біжать з-під ніг.</w:t>
      </w:r>
    </w:p>
    <w:p>
      <w:r>
        <w:br/>
        <w:t>Дівчата, що вночі в снах ясних розцвітали,&lt;br /&gt;</w:t>
        <w:br/>
        <w:t>в устах почувши терпкість ранку й свіжу синь,&lt;br /&gt;</w:t>
        <w:br/>
        <w:t>здригаються, як промінь сонця в око жалить,&lt;br /&gt;</w:t>
        <w:br/>
        <w:t>долонями взиваючи останню тінь.</w:t>
      </w:r>
    </w:p>
    <w:p>
      <w:r>
        <w:br/>
        <w:t>Мов піна на тарелях, сонний сніг на площах,&lt;br /&gt;</w:t>
        <w:br/>
        <w:t>гудки, мов кулі в скло, влітають до кімнат.&lt;br /&gt;</w:t>
        <w:br/>
        <w:t>Як шаль, дівчатам шиї обвиває острах,&lt;br /&gt;</w:t>
        <w:br/>
        <w:t>піднявшися з прогалин думки, з серця дна.</w:t>
      </w:r>
    </w:p>
    <w:p>
      <w:r>
        <w:br/>
        <w:t>Аж сонце, що промінням чеше гриви левів&lt;br /&gt;</w:t>
        <w:br/>
        <w:t>й оливою мастить їм вигнуті хребти,&lt;br /&gt;</w:t>
        <w:br/>
        <w:t>відвернеться. Так око неба коралеве&lt;br /&gt;</w:t>
        <w:br/>
        <w:t>подивиться тривожно, чи й кудою йти.</w:t>
      </w:r>
    </w:p>
    <w:p>
      <w:r>
        <w:br/>
        <w:t>Знічев’я бризне постріл перший, другий, третій…&lt;br /&gt;</w:t>
        <w:br/>
        <w:t>І сонце – крапля ртуті в неба синім склі —&lt;br /&gt;</w:t>
        <w:br/>
        <w:t>сполохане, хитнеться й, тремтячи у леті,&lt;br /&gt;</w:t>
        <w:br/>
        <w:t>униз покотиться в подертий стяг землі.</w:t>
      </w:r>
    </w:p>
    <w:p>
      <w:r>
        <w:br/>
        <w:t>Розприснеться й гарячим лоєм на обличчях&lt;br /&gt;</w:t>
        <w:br/>
        <w:t>холоне, як людьми закрутить наглий вир&lt;br /&gt;</w:t>
        <w:br/>
        <w:t>і сивим клоччям диму куряться рушниці,&lt;br /&gt;</w:t>
        <w:br/>
        <w:t>випльовуючи кусні сонця з ситих гирл.</w:t>
      </w:r>
    </w:p>
    <w:p>
      <w:r>
        <w:br/>
        <w:t>Летять з горбатих мурів постріли, мов щиглі.&lt;br /&gt;</w:t>
        <w:br/>
        <w:t>Ой, поцілує куля ніжно лева в рот!&lt;br /&gt;</w:t>
        <w:br/>
        <w:t>І тепле оливо в левиних пащах стигне,&lt;br /&gt;</w:t>
        <w:br/>
        <w:t>аж продереться день – розрізане шатро.</w:t>
      </w:r>
    </w:p>
    <w:p>
      <w:r>
        <w:br/>
        <w:t>Вирують вулиці – скажені каруселі,&lt;br /&gt;</w:t>
        <w:br/>
        <w:t>і юшка олива в котлах димучих площ&lt;br /&gt;</w:t>
        <w:br/>
        <w:t>булькоче і кипить, немов смола пекельна,&lt;br /&gt;</w:t>
        <w:br/>
        <w:t>завернутий&lt;br /&gt;</w:t>
        <w:br/>
        <w:t>з землі у небо&lt;br /&gt;</w:t>
        <w:br/>
        <w:t>смаглий дощ.</w:t>
      </w:r>
    </w:p>
    <w:p>
      <w:r>
        <w:br/>
        <w:t>Коли стає густа заслона мряки тонша,&lt;br /&gt;</w:t>
        <w:br/>
        <w:t>мов нетлі, виринають постаті з димів,&lt;br /&gt;</w:t>
        <w:br/>
        <w:t>і виплюті з землі угору кусні сонця&lt;br /&gt;</w:t>
        <w:br/>
        <w:t>вплітаються&lt;br /&gt;</w:t>
        <w:br/>
        <w:t>у дальній&lt;br /&gt;</w:t>
        <w:br/>
        <w:t>клекіт&lt;br /&gt;</w:t>
        <w:br/>
        <w:t>літаків.</w:t>
      </w:r>
    </w:p>
    <w:p>
      <w:r>
        <w:br/>
        <w:t>Принишкли, наче листя, люди занімілі,&lt;br /&gt;</w:t>
        <w:br/>
        <w:t>мов клин, в куль тьму впоровся навіжений марш,&lt;br /&gt;</w:t>
        <w:br/>
        <w:t>аж площі закрутилися,&lt;br /&gt;</w:t>
        <w:br/>
        <w:t>зірвались,&lt;br /&gt;</w:t>
        <w:br/>
        <w:t>полетіли&lt;br /&gt;</w:t>
        <w:br/>
        <w:t>у небо!&lt;br /&gt;</w:t>
        <w:br/>
        <w:t>Бачиш:&lt;br /&gt;</w:t>
        <w:br/>
        <w:t>наші йдуть,&lt;br /&gt;</w:t>
        <w:br/>
        <w:t>це&lt;br /&gt;</w:t>
        <w:br/>
        <w:t>прапор наш!</w:t>
      </w:r>
    </w:p>
    <w:p>
      <w:r>
        <w:br/>
        <w:t>СЛОВО ПРО ПОЛК ПІХОТИ</w:t>
      </w:r>
    </w:p>
    <w:p>
      <w:r>
        <w:br/>
        <w:t>Ми молодість тверду і кучеряву&lt;br /&gt;</w:t>
        <w:br/>
        <w:t>складаємо, мов прапор, на лафетах.&lt;br /&gt;</w:t>
        <w:br/>
        <w:t>У куряві цілує очі слава,&lt;br /&gt;</w:t>
        <w:br/>
        <w:t>горять на небі кулі і комети.</w:t>
      </w:r>
    </w:p>
    <w:p>
      <w:r>
        <w:br/>
        <w:t>Змішалися, у куряві склубившись,&lt;br /&gt;</w:t>
        <w:br/>
        <w:t>статуї й люди перед арсеналом.&lt;br /&gt;</w:t>
        <w:br/>
        <w:t>Ми, на багнети сонце настромивши,&lt;br /&gt;</w:t>
        <w:br/>
        <w:t>виходимо нестримно і зухвало.</w:t>
      </w:r>
    </w:p>
    <w:p>
      <w:r>
        <w:br/>
        <w:t>Юрба в вертепах вулиць, наче повінь.&lt;br /&gt;</w:t>
        <w:br/>
        <w:t>З-під ратуші зриваються два леви,&lt;br /&gt;</w:t>
        <w:br/>
        <w:t>біжать в юрбу, толочать, брук сплив кров'ю,&lt;br /&gt;</w:t>
        <w:br/>
        <w:t>юрба кипить, шаліє. Місце левам!</w:t>
      </w:r>
    </w:p>
    <w:p>
      <w:r>
        <w:br/>
        <w:t>Під гул, під бряз валторен і тарелів&lt;br /&gt;</w:t>
        <w:br/>
        <w:t>виходять леви попереду роти,&lt;br /&gt;</w:t>
        <w:br/>
        <w:t>ведуть її. Хай їх вітають трелем&lt;br /&gt;</w:t>
        <w:br/>
        <w:t>пузони полку п'ятого піхоти!</w:t>
      </w:r>
    </w:p>
    <w:p>
      <w:r>
        <w:br/>
        <w:t>Хай всі, хай всі побачать і почують&lt;br /&gt;</w:t>
        <w:br/>
        <w:t>з трибун, з балконів, з брам, з дахів сріблистих:&lt;br /&gt;</w:t>
        <w:br/>
        <w:t>востаннє вам піхота салютує!&lt;br /&gt;</w:t>
        <w:br/>
        <w:t>Шрапнелі сонця вибухають в місті.</w:t>
      </w:r>
    </w:p>
    <w:p>
      <w:r>
        <w:br/>
        <w:t>Ми молодість тверду і кучеряву&lt;br /&gt;</w:t>
        <w:br/>
        <w:t>складаємо, мов прапор, на лафетах.&lt;br /&gt;</w:t>
        <w:br/>
        <w:t>У куряві на синім небі сяє&lt;br /&gt;</w:t>
        <w:br/>
        <w:t>майбутньої Республіки планета.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"Книга Лева"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