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Кидаю слова</w:t>
      </w:r>
    </w:p>
    <w:p>
      <w:r>
        <w:br/>
        <w:t xml:space="preserve"> &lt;p&gt;Відбився я від вас, і ви мене забули.</w:t>
      </w:r>
    </w:p>
    <w:p>
      <w:r>
        <w:br/>
        <w:t>А життя наложило ярмо на карк і казало орати.</w:t>
      </w:r>
    </w:p>
    <w:p>
      <w:r>
        <w:br/>
        <w:t>Орю.</w:t>
      </w:r>
    </w:p>
    <w:p>
      <w:r>
        <w:br/>
        <w:t>Кладуться скиби чорні та глибокі, довгі-предовгі. А під цими скибами мої сили, моя молодість, моє все. Так день за днем.</w:t>
      </w:r>
    </w:p>
    <w:p>
      <w:r>
        <w:br/>
        <w:t>І тільки в тиху ніч, як місто всне і як клопоти задрімають, відчиняю вікно та дивлюся на схід. Дивлюся і слухаю.</w:t>
      </w:r>
    </w:p>
    <w:p>
      <w:r>
        <w:br/>
        <w:t>Та око моє паде в пітьму просторів, а думка кане в сутолоку подій.</w:t>
      </w:r>
    </w:p>
    <w:p>
      <w:r>
        <w:br/>
        <w:t>Так минають години, поки око не почне в пітьмі читати, а думка до заколоту не звикне.</w:t>
      </w:r>
    </w:p>
    <w:p>
      <w:r>
        <w:br/>
        <w:t>Тоді чую якийсь гамір великий, якийсь далекий шум і рев, наче повінь іде...</w:t>
      </w:r>
    </w:p>
    <w:p>
      <w:r>
        <w:br/>
        <w:t>Бийте в дзвін, бийте в дзвін на тривогу, щоб збудився малий і великий, щоб до праці метнувся усякий, щоб не було на рятунок пізно, бийте в дзвін, бийте в дзвін, на тривогу!</w:t>
      </w:r>
    </w:p>
    <w:p>
      <w:r>
        <w:br/>
        <w:t>Гать будуйте кріпку і високу, щоб нас море грізне не залляло, щоби ми у багні не застрягли та щоб внуки дідів не прокляли, що не вміли краю боронити, — гать будуйте кріпку і високу!..</w:t>
      </w:r>
    </w:p>
    <w:p>
      <w:r>
        <w:br/>
        <w:t>Чую гам, і шум, і рев скажений.</w:t>
      </w:r>
    </w:p>
    <w:p>
      <w:r>
        <w:br/>
        <w:t>1 я на тую гать кидаю свою пайку, дрібні слова. "Буває слово від діла важкіше, буває діло, доброго слова не варте".</w:t>
      </w:r>
    </w:p>
    <w:p>
      <w:r>
        <w:br/>
        <w:t>Кидаю пайку на гать, най кріпиться, най росте високо! А кидаючи, не знаю, де впадуть і де ляжуть ці слова, що кину.</w:t>
      </w:r>
    </w:p>
    <w:p>
      <w:r>
        <w:br/>
        <w:t>Чи як камінь на споді, в основі, як те вапно, що споює каміння, чи як земля, що греблю накриває? Хоч не знаю — кидаю здалека.</w:t>
      </w:r>
    </w:p>
    <w:p>
      <w:r>
        <w:br/>
        <w:t>Бо, може, від цих слів, як від каміння: відіб'ється яка ворожа хвиля і покотиться назад у море з шумом?..</w:t>
      </w:r>
    </w:p>
    <w:p>
      <w:r>
        <w:br/>
        <w:t>Може, як вапно мур скріпляє, так вони скріплятимуть каміння, що лежить в основах, гень, на споді...</w:t>
      </w:r>
    </w:p>
    <w:p>
      <w:r>
        <w:br/>
        <w:t>А може, на них, як на землі, верх греблі, виросте трава, зацвітуть квіти і вкоріниться тіниста липа або висока вистрілить тополя...</w:t>
      </w:r>
    </w:p>
    <w:p>
      <w:r>
        <w:br/>
        <w:t>1, може, колись, у тіні цеї липи, гратимуться безтурботні діти, як ті легкі хмарки на блакиті.</w:t>
      </w:r>
    </w:p>
    <w:p>
      <w:r>
        <w:br/>
        <w:t>Або колись (коли, хто може знати?) на струнку тополю гляне хлопець умний, або дівчина вродлива коло його, і гадки їх полинуть високо, наче віти отсеї тополі...</w:t>
      </w:r>
    </w:p>
    <w:p>
      <w:r>
        <w:br/>
        <w:t>А здалека шумітиме море, в береги скалисті вперте, переможене, приборкане, безпечне.</w:t>
      </w:r>
    </w:p>
    <w:p>
      <w:r>
        <w:br/>
        <w:t>Гать будуйте — кріпку і високу!</w:t>
      </w:r>
    </w:p>
    <w:p>
      <w:r>
        <w:br/>
        <w:t>Краків, 1910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Кидаю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