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Книга пісень (збірка)</w:t>
      </w:r>
    </w:p>
    <w:p>
      <w:r>
        <w:br/>
        <w:t xml:space="preserve"> КНИГА ПІСЕНЬ</w:t>
      </w:r>
    </w:p>
    <w:p>
      <w:r>
        <w:br/>
        <w:t>ПЕРЕДМОВА&lt;br /&gt;</w:t>
        <w:br/>
        <w:t>ДО ТРЕТЬОГО ВИДАННЯ&lt;br /&gt;</w:t>
        <w:br/>
        <w:t>Це він, казковий давній лісі&lt;br /&gt;</w:t>
        <w:br/>
        <w:t>Як пахнуть липи розквітлії&lt;br /&gt;</w:t>
        <w:br/>
        <w:t>Незнані чари я ловлю&lt;br /&gt;</w:t>
        <w:br/>
        <w:t>У місячному світлі.&lt;br /&gt;</w:t>
        <w:br/>
        <w:t>Я йду вперед — у вишині&lt;br /&gt;</w:t>
        <w:br/>
        <w:t>Лунають дивні звуки:&lt;br /&gt;</w:t>
        <w:br/>
        <w:t>То — соловейко про любов&lt;br /&gt;</w:t>
        <w:br/>
        <w:t>І про любовні муки.&lt;br /&gt;</w:t>
        <w:br/>
        <w:t>Любовні муки, і любов,&lt;br /&gt;</w:t>
        <w:br/>
        <w:t>І сміх, і сльози в співі.&lt;br /&gt;</w:t>
        <w:br/>
        <w:t>Дзвенить він так сумно і радісно так,&lt;br /&gt;</w:t>
        <w:br/>
        <w:t>Що сни пригадав я щасливі.&lt;br /&gt;</w:t>
        <w:br/>
        <w:t>Вперед я йшов — і постеріг&lt;br /&gt;</w:t>
        <w:br/>
        <w:t>Полявину широку.&lt;br /&gt;</w:t>
        <w:br/>
        <w:t>Стрімчастий замок між дерев&lt;br /&gt;</w:t>
        <w:br/>
        <w:t>Одкривсь моєму оку.&lt;br /&gt;</w:t>
        <w:br/>
        <w:t>Зачинені вікна, навкруги&lt;br /&gt;</w:t>
        <w:br/>
        <w:t>Лягло мовчання хмуре,&lt;br /&gt;</w:t>
        <w:br/>
        <w:t>Немовби тихо влетіла смерть&lt;br /&gt;</w:t>
        <w:br/>
        <w:t>У ці безлюдні мури.&lt;br /&gt;</w:t>
        <w:br/>
        <w:t>Лежав супроти брами сфінкс,&lt;br /&gt;</w:t>
        <w:br/>
        <w:t>Мов суміш проміння і ночі.&lt;br /&gt;</w:t>
        <w:br/>
        <w:t>Він тілом, лапами — як лев,&lt;br /&gt;</w:t>
        <w:br/>
        <w:t>А груди й вид — жіночі.&lt;br /&gt;</w:t>
        <w:br/>
        <w:t>Прекрасна жінка! Зір блідий&lt;br /&gt;</w:t>
        <w:br/>
        <w:t>Полум'янів жагою.</w:t>
      </w:r>
    </w:p>
    <w:p>
      <w:r>
        <w:br/>
        <w:t>Уста всміхалися? німії&lt;br /&gt;</w:t>
        <w:br/>
        <w:t>Усмішкою чудною.&lt;br /&gt;</w:t>
        <w:br/>
        <w:t>А соловей дзвенить* дзвенить.,&lt;br /&gt;</w:t>
        <w:br/>
        <w:t>Немає серцю впинуї&lt;br /&gt;</w:t>
        <w:br/>
        <w:t>І я в; поцілунку до сфінкса припав.&lt;br /&gt;</w:t>
        <w:br/>
        <w:t>Хоч знав* щ що загину.&lt;br /&gt;</w:t>
        <w:br/>
        <w:t>Камінні п^рса ожили,.&lt;br /&gt;</w:t>
        <w:br/>
        <w:t>Обличчя запалало,&lt;br /&gt;</w:t>
        <w:br/>
        <w:t>Уста мармурові пристрасть мою&lt;br /&gt;</w:t>
        <w:br/>
        <w:t>З жадобою впивали.&lt;br /&gt;</w:t>
        <w:br/>
        <w:t>Всю душу випили, б мені,&lt;br /&gt;</w:t>
        <w:br/>
        <w:t>Шаліючи в нестямі І&lt;br /&gt;</w:t>
        <w:br/>
        <w:t>І раптом в тіло вп'явся лев&lt;br /&gt;</w:t>
        <w:br/>
        <w:t>Безжалісними пазурами.&lt;br /&gt;</w:t>
        <w:br/>
        <w:t>О муки солодкі і радісний біль*&lt;br /&gt;</w:t>
        <w:br/>
        <w:t>Страждання, як. щастям безкр&amp;єі&lt;br /&gt;</w:t>
        <w:br/>
        <w:t>Палкі поцілунки горяяь на, губах,&lt;br /&gt;</w:t>
        <w:br/>
        <w:t>А тіло — у кігтях конає.&lt;br /&gt;</w:t>
        <w:br/>
        <w:t>Співав соловей:, сО дивний сфінксі&lt;br /&gt;</w:t>
        <w:br/>
        <w:t>Кохання І Чому ти одвіку&lt;br /&gt;</w:t>
        <w:br/>
        <w:t>Вплітаєш серця, смертельний біль&lt;br /&gt;</w:t>
        <w:br/>
        <w:t>В дари свої без ліку!&lt;br /&gt;</w:t>
        <w:br/>
        <w:t>О дивний сфінксе! Розв'яжи&lt;br /&gt;</w:t>
        <w:br/>
        <w:t>Оце питання прокляте!&lt;br /&gt;</w:t>
        <w:br/>
        <w:t>Багато тисяча літ його&lt;br /&gt;</w:t>
        <w:br/>
        <w:t>Не міг я розгадати!"</w:t>
      </w:r>
    </w:p>
    <w:p>
      <w:r>
        <w:br/>
        <w:t>СТРАЖДАННЯ ЮНОСТІ</w:t>
      </w:r>
    </w:p>
    <w:p>
      <w:r>
        <w:br/>
        <w:t>СНОВИДІННЯ&lt;br /&gt;</w:t>
        <w:br/>
        <w:t>* * *&lt;br /&gt;</w:t>
        <w:br/>
        <w:t>Про шал кохання снив-я а давшіну,&lt;br /&gt;</w:t>
        <w:br/>
        <w:t>Про ніжні квіти й кучері чудові,&lt;br /&gt;</w:t>
        <w:br/>
        <w:t>Про поцілунки при гіркій розмові&lt;br /&gt;</w:t>
        <w:br/>
        <w:t>І дум сумних мелодію смутну.&lt;br /&gt;</w:t>
        <w:br/>
        <w:t>Давно зав'яли мрії, й разом з ними&lt;br /&gt;</w:t>
        <w:br/>
        <w:t>Найкращих снів моїх розвіявсь ;чарІ&lt;br /&gt;</w:t>
        <w:br/>
        <w:t>Зостався тільки той нестримний жар,&lt;br /&gt;</w:t>
        <w:br/>
        <w:t>Що я вливав колись у ніжні рими.&lt;br /&gt;</w:t>
        <w:br/>
        <w:t>0 безпритульна пісне! Линь же й ти,&lt;br /&gt;</w:t>
        <w:br/>
        <w:t>Шукай, знайди ті сни несамовиті&lt;br /&gt;</w:t>
        <w:br/>
        <w:t>1 перед ними похилились в привіті,&lt;br /&gt;</w:t>
        <w:br/>
        <w:t>Коли ти тільки зможеш Тх знайти.</w:t>
      </w:r>
    </w:p>
    <w:p>
      <w:r>
        <w:br/>
        <w:t>* * *&lt;br /&gt;</w:t>
        <w:br/>
        <w:t>Видіння дивне і жахне&lt;br /&gt;</w:t>
        <w:br/>
        <w:t>Злякало уві сні мене.&lt;br /&gt;</w:t>
        <w:br/>
        <w:t>І досі ще той сон лихий&lt;br /&gt;</w:t>
        <w:br/>
        <w:t>В душі не відбринів моїй.&lt;br /&gt;</w:t>
        <w:br/>
        <w:t>Здавалося мені, я йду,&lt;br /&gt;</w:t>
        <w:br/>
        <w:t>Веселий, в світлому саду,—&lt;br /&gt;</w:t>
        <w:br/>
        <w:t>Буяло все й цвіло навкіл,&lt;br /&gt;</w:t>
        <w:br/>
        <w:t>ї я радів, був повний сил.&lt;br /&gt;</w:t>
        <w:br/>
        <w:t>Співали пташки голосні&lt;br /&gt;</w:t>
        <w:br/>
        <w:t>Про щастя і любов пісні,&lt;br /&gt;</w:t>
        <w:br/>
        <w:t>І сонце золоте з-під хмар&lt;br /&gt;</w:t>
        <w:br/>
        <w:t>Вбирало землю в блиск і в жар.&lt;br /&gt;</w:t>
        <w:br/>
        <w:t>Від ніжних квітів, свіжих тряй&lt;br /&gt;</w:t>
        <w:br/>
        <w:t>Духмяний легіт повівав.&lt;br /&gt;</w:t>
        <w:br/>
        <w:t>Все мерехтіло, все цвіло&lt;br /&gt;</w:t>
        <w:br/>
        <w:t>Й свої скарби мені несло.&lt;br /&gt;</w:t>
        <w:br/>
        <w:t>Квітучий край, казкова мить!&lt;br /&gt;</w:t>
        <w:br/>
        <w:t>По мармуру струмок біжить,—&lt;br /&gt;</w:t>
        <w:br/>
        <w:t>Красуня там, на бережку,&lt;br /&gt;</w:t>
        <w:br/>
        <w:t>Полоще полотно в струмку.&lt;br /&gt;</w:t>
        <w:br/>
        <w:t>Була уся її краса —&lt;br /&gt;</w:t>
        <w:br/>
        <w:t>І золота важка коса,&lt;br /&gt;</w:t>
        <w:br/>
        <w:t>І ніжні очі неземні&lt;br /&gt;</w:t>
        <w:br/>
        <w:t>Такі чужі й близькі мені.&lt;br /&gt;</w:t>
        <w:br/>
        <w:t>Красуня квапиться й співа,&lt;br /&gt;</w:t>
        <w:br/>
        <w:t>Чудний мотив, чудні слова:&lt;br /&gt;</w:t>
        <w:br/>
        <w:t>"Ринь, водичко, хлюпай, грай —&lt;br /&gt;</w:t>
        <w:br/>
        <w:t>Полотно моє змивай".&lt;br /&gt;</w:t>
        <w:br/>
        <w:t>Наблизився до неї я&lt;br /&gt;</w:t>
        <w:br/>
        <w:t>Й прошепотів: "Красо моя!&lt;br /&gt;</w:t>
        <w:br/>
        <w:t>Скажи мерщій, кому воно,&lt;br /&gt;</w:t>
        <w:br/>
        <w:t>Це сніжно-біле полотно?"&lt;br /&gt;</w:t>
        <w:br/>
        <w:t>Вона озвалась: "Зрозумій —&lt;br /&gt;</w:t>
        <w:br/>
        <w:t>Це полотно на саван твій".&lt;br /&gt;</w:t>
        <w:br/>
        <w:t>Я ледве те почути встиг,&lt;br /&gt;</w:t>
        <w:br/>
        <w:t>Як все спливло з очей моїх.&lt;br /&gt;</w:t>
        <w:br/>
        <w:t>Вже я у дикому гаю,&lt;br /&gt;</w:t>
        <w:br/>
        <w:t>Мов зачаклований, стою;&lt;br /&gt;</w:t>
        <w:br/>
        <w:t>В деревах чути вітру шум,—&lt;br /&gt;</w:t>
        <w:br/>
        <w:t>Мовчу, дивуюсь, повний дум.&lt;br /&gt;</w:t>
        <w:br/>
        <w:t>Глуха луна гуде навкруг,&lt;br /&gt;</w:t>
        <w:br/>
        <w:t>Сокири чути дальній стук,—&lt;br /&gt;</w:t>
        <w:br/>
        <w:t>Крізь хащі швидко з побіг&lt;br /&gt;</w:t>
        <w:br/>
        <w:t>І вибивсь на ясний моріг.</w:t>
      </w:r>
    </w:p>
    <w:p>
      <w:r>
        <w:br/>
        <w:t>На килимі зелених трав&lt;br /&gt;</w:t>
        <w:br/>
        <w:t>Старий могутній дуб стояв;&lt;br /&gt;</w:t>
        <w:br/>
        <w:t>Під ним з сокирою вона,&lt;br /&gt;</w:t>
        <w:br/>
        <w:t>Моя красуня чарівна.</w:t>
      </w:r>
    </w:p>
    <w:p>
      <w:r>
        <w:br/>
        <w:t>Удар лягає на удар,&lt;br /&gt;</w:t>
        <w:br/>
        <w:t>Сокира блискає, мов жар,&lt;br /&gt;</w:t>
        <w:br/>
        <w:t>"Ще удар! Блим та блись!&lt;br /&gt;</w:t>
        <w:br/>
        <w:t>Скриню ми зробить взялись!"&lt;br /&gt;</w:t>
        <w:br/>
        <w:t>Наблизився до неї я&lt;br /&gt;</w:t>
        <w:br/>
        <w:t>РТ прошепотів: ^"Красо моя!&lt;br /&gt;</w:t>
        <w:br/>
        <w:t>Задля якої це мети, *&lt;br /&gt;</w:t>
        <w:br/>
        <w:t>Кому майструєш скриню ти?"</w:t>
      </w:r>
    </w:p>
    <w:p>
      <w:r>
        <w:br/>
        <w:t>Вона озвалась: "Линуть дні!&lt;br /&gt;</w:t>
        <w:br/>
        <w:t>Ти відпочинеш в цій труні".&lt;br /&gt;</w:t>
        <w:br/>
        <w:t>Я ледь її почути встиг,&lt;br /&gt;</w:t>
        <w:br/>
        <w:t>Як все спливло з очей моїх.</w:t>
      </w:r>
    </w:p>
    <w:p>
      <w:r>
        <w:br/>
        <w:t>І я побачив — сірий луг&lt;br /&gt;</w:t>
        <w:br/>
        <w:t>Холодний простягавсь навкруг,&lt;br /&gt;</w:t>
        <w:br/>
        <w:t>І що зо мною — я не знав,&lt;br /&gt;</w:t>
        <w:br/>
        <w:t>І темний жах мій не минав.&lt;br /&gt;</w:t>
        <w:br/>
        <w:t>В тумані далі я пішов —&lt;br /&gt;</w:t>
        <w:br/>
        <w:t>Здаля щось забіліло знов.&lt;br /&gt;</w:t>
        <w:br/>
        <w:t>Підбіг і зупинився я —&lt;br /&gt;</w:t>
        <w:br/>
        <w:t>Це знов вона, краса мояі&lt;br /&gt;</w:t>
        <w:br/>
        <w:t>Бліда й сумна, стоїть вона&lt;br /&gt;</w:t>
        <w:br/>
        <w:t>І землю лезом розтина.&lt;br /&gt;</w:t>
        <w:br/>
        <w:t>Не бачив я за всі часи&lt;br /&gt;</w:t>
        <w:br/>
        <w:t>Такої грізної краси І&lt;br /&gt;</w:t>
        <w:br/>
        <w:t>Красуня квапиться й співа,&lt;br /&gt;</w:t>
        <w:br/>
        <w:t>Чудний мотив, чудні слова:&lt;br /&gt;</w:t>
        <w:br/>
        <w:t>"Рий, рискалю, цей щирець,&lt;br /&gt;</w:t>
        <w:br/>
        <w:t>Ширше, глибше — і кінець".&lt;br /&gt;</w:t>
        <w:br/>
        <w:t>Наблизився до неї я&lt;br /&gt;</w:t>
        <w:br/>
        <w:t>И прошепотів: "Красо моя!&lt;br /&gt;</w:t>
        <w:br/>
        <w:t>Якого прагнеш ти кінця?&lt;br /&gt;</w:t>
        <w:br/>
        <w:t>Навіщо*яма тут оця?"&lt;br /&gt;</w:t>
        <w:br/>
        <w:t>Вона озвалася в журбі:&lt;br /&gt;</w:t>
        <w:br/>
        <w:t>"Могилу рию я тобі!"&lt;br /&gt;</w:t>
        <w:br/>
        <w:t>Лиш це промовила вона —&lt;br /&gt;</w:t>
        <w:br/>
        <w:t>Земна розверзлась глибина.&lt;br /&gt;</w:t>
        <w:br/>
        <w:t>Коли я в яму зазирнув,&lt;br /&gt;</w:t>
        <w:br/>
        <w:t>Холодний дрож мене струснув;&lt;br /&gt;</w:t>
        <w:br/>
        <w:t>В могильну тьму, у ніч страшну&lt;br /&gt;</w:t>
        <w:br/>
        <w:t>Я впав — і пробудивсь від сну.</w:t>
      </w:r>
    </w:p>
    <w:p>
      <w:r>
        <w:br/>
        <w:t>* * *&lt;br /&gt;</w:t>
        <w:br/>
        <w:t>Недавно в сні я бачив ліліпута&lt;br /&gt;</w:t>
        <w:br/>
        <w:t>Прилизаного, в чистому вбранні.&lt;br /&gt;</w:t>
        <w:br/>
        <w:t>Він виголошував слова гучні,&lt;br /&gt;</w:t>
        <w:br/>
        <w:t>Зухвалі й небезпечні, як отрута.&lt;br /&gt;</w:t>
        <w:br/>
        <w:t>Душа назовні, наче злотом кута,&lt;br /&gt;</w:t>
        <w:br/>
        <w:t>Зсередини ж була вона в багні.&lt;br /&gt;</w:t>
        <w:br/>
        <w:t>Він мало в горло не вчепивсь мені —*&lt;br /&gt;</w:t>
        <w:br/>
        <w:t>Нікчема, звісно, жалюгідна й лютаї&lt;br /&gt;</w:t>
        <w:br/>
        <w:t>— Ти хочеш знати, що воно за гном?&lt;br /&gt;</w:t>
        <w:br/>
        <w:t>Спитався той, хто володіє сном,&lt;br /&gt;</w:t>
        <w:br/>
        <w:t>І чародійне показав свічадо.&lt;br /&gt;</w:t>
        <w:br/>
        <w:t>В нім бачу я подружжя молоде —&lt;br /&gt;</w:t>
        <w:br/>
        <w:t>Мою любов із церкви гном веде.&lt;br /&gt;</w:t>
        <w:br/>
        <w:t>— Амінь! АміньІ — чорти співають радо.</w:t>
      </w:r>
    </w:p>
    <w:p>
      <w:r>
        <w:br/>
        <w:t>* * *</w:t>
      </w:r>
    </w:p>
    <w:p>
      <w:r>
        <w:br/>
        <w:t>Лишивши моєї володарки дім,&lt;br /&gt;</w:t>
        <w:br/>
        <w:t>Блукав я у парі з безумством своїм,&lt;br /&gt;</w:t>
        <w:br/>
        <w:t>І тільки на цвинтар ступив у пітьмі,&lt;br /&gt;</w:t>
        <w:br/>
        <w:t>Мене привітали могили німі.&lt;br /&gt;</w:t>
        <w:br/>
        <w:t>Ось місячний промінь тремтливо упав&lt;br /&gt;</w:t>
        <w:br/>
        <w:t>На камінь, під котрим музика спав.&lt;br /&gt;</w:t>
        <w:br/>
        <w:t>"Мій брате!" — я голос почув з глибини,&lt;br /&gt;</w:t>
        <w:br/>
        <w:t>І враз підвелася примара з труни.&lt;br /&gt;</w:t>
        <w:br/>
        <w:t>То був музикант — у нічній темноті&lt;br /&gt;</w:t>
        <w:br/>
        <w:t>З'явивсь він і сів на могильній плиті,&lt;br /&gt;</w:t>
        <w:br/>
        <w:t>По струнах цитри своєї провів —&lt;br /&gt;</w:t>
        <w:br/>
        <w:t>І глухо розлігся хрипкий його спів:&lt;br /&gt;</w:t>
        <w:br/>
        <w:t>"Чи ви забули, як колись&lt;br /&gt;</w:t>
        <w:br/>
        <w:t>Пісні, немов огонь, лились&lt;br /&gt;</w:t>
        <w:br/>
        <w:t>І пропікали груди?&lt;br /&gt;</w:t>
        <w:br/>
        <w:t>Це ангел раєм величав,&lt;br /&gt;</w:t>
        <w:br/>
        <w:t>Це дідько пеклом називав,&lt;br /&gt;</w:t>
        <w:br/>
        <w:t>Це звуть коханням люди!"&lt;br /&gt;</w:t>
        <w:br/>
        <w:t>І ледве ущух останній звук,&lt;br /&gt;</w:t>
        <w:br/>
        <w:t>Розверзлись могили під стук І грюк,&lt;br /&gt;</w:t>
        <w:br/>
        <w:t>І привиди раптом з могил дідвелись,&lt;br /&gt;</w:t>
        <w:br/>
        <w:t>І хором навколо музики сплелись:&lt;br /&gt;</w:t>
        <w:br/>
        <w:t>"О любов, твоя це сила&lt;br /&gt;</w:t>
        <w:br/>
        <w:t>Очі нам усім склепила!&lt;br /&gt;</w:t>
        <w:br/>
        <w:t>Ліжком стала нам могила —&lt;br /&gt;</w:t>
        <w:br/>
        <w:t>Нащо ж ти нас розбудила?"</w:t>
      </w:r>
    </w:p>
    <w:p>
      <w:r>
        <w:br/>
        <w:t>Отак вони вили, кректали, гули,&lt;br /&gt;</w:t>
        <w:br/>
        <w:t>Стогнали, сопіли, гарчали, ревли,&lt;br /&gt;</w:t>
        <w:br/>
        <w:t>Обстали музику вони, як рій,&lt;br /&gt;</w:t>
        <w:br/>
        <w:t>І струни він рвав на цитрі своїй:&lt;br /&gt;</w:t>
        <w:br/>
        <w:t>"Браво, гурте злих примар!&lt;br /&gt;</w:t>
        <w:br/>
        <w:t>Честь і шана!&lt;br /&gt;</w:t>
        <w:br/>
        <w:t>Непогано&lt;br /&gt;</w:t>
        <w:br/>
        <w:t>Ви збагнули мову чар!&lt;br /&gt;</w:t>
        <w:br/>
        <w:t>В норах тут, глуха, й німа*&lt;br /&gt;</w:t>
        <w:br/>
        <w:t>Обгортає нас пітьма:&lt;br /&gt;</w:t>
        <w:br/>
        <w:t>Веселіше! Все дарма!&lt;br /&gt;</w:t>
        <w:br/>
        <w:t>Гей, мерці,&lt;br /&gt;</w:t>
        <w:br/>
        <w:t>Чи сторонніх тут нема?&lt;br /&gt;</w:t>
        <w:br/>
        <w:t>Ми в житті були дурними,&lt;br /&gt;</w:t>
        <w:br/>
        <w:t>Не шляхами йшли прямими,&lt;br /&gt;</w:t>
        <w:br/>
        <w:t>А зійшли на манівці.&lt;br /&gt;</w:t>
        <w:br/>
        <w:t>Тож нехай тут кожен з нас&lt;br /&gt;</w:t>
        <w:br/>
        <w:t>Перекаже без прикрас,&lt;br /&gt;</w:t>
        <w:br/>
        <w:t>Як він полював на милу,&lt;br /&gt;</w:t>
        <w:br/>
        <w:t>Як страшні&lt;br /&gt;</w:t>
        <w:br/>
        <w:t>Шалу дні&lt;br /&gt;</w:t>
        <w:br/>
        <w:t>Призвели його в могилу!"</w:t>
      </w:r>
    </w:p>
    <w:p>
      <w:r>
        <w:br/>
        <w:t>І раптом легенький, немов вітерець,&lt;br /&gt;</w:t>
        <w:br/>
        <w:t>З могили виходить, співаючи, мрець:</w:t>
      </w:r>
    </w:p>
    <w:p>
      <w:r>
        <w:br/>
        <w:t>"Я знав кравецькі науки,&lt;br /&gt;</w:t>
        <w:br/>
        <w:t>І ножиці, й голки,&lt;br /&gt;</w:t>
        <w:br/>
        <w:t>Моторні були в мене руки,&lt;br /&gt;</w:t>
        <w:br/>
        <w:t>І ножиці, й голки.&lt;br /&gt;</w:t>
        <w:br/>
        <w:t>Та майстрова доня мала&lt;br /&gt;</w:t>
        <w:br/>
        <w:t>І ножиці, й голки,&lt;br /&gt;</w:t>
        <w:br/>
        <w:t>І в серце мені загнала&lt;br /&gt;</w:t>
        <w:br/>
        <w:t>І ножиці, й голки".</w:t>
      </w:r>
    </w:p>
    <w:p>
      <w:r>
        <w:br/>
        <w:t>І привиди — в галас, і привиди — в сміх,&lt;br /&gt;</w:t>
        <w:br/>
        <w:t>І другий похмуро озвався до них:</w:t>
      </w:r>
    </w:p>
    <w:p>
      <w:r>
        <w:br/>
        <w:t>"Шіндерганр, Орландіні,&lt;br /&gt;</w:t>
        <w:br/>
        <w:t>І Рінальдо-Рінальдіні,&lt;br /&gt;</w:t>
        <w:br/>
        <w:t>И Карла Мора — всіх я знав,&lt;br /&gt;</w:t>
        <w:br/>
        <w:t>З них собі я приклад брав.&lt;br /&gt;</w:t>
        <w:br/>
        <w:t>Я любив, як всі герої,&lt;br /&gt;</w:t>
        <w:br/>
        <w:t>Стан красуні чарівної,&lt;br /&gt;</w:t>
        <w:br/>
        <w:t>Личко біле та ясне&lt;br /&gt;</w:t>
        <w:br/>
        <w:t>З глузду зводило мене.&lt;br /&gt;</w:t>
        <w:br/>
        <w:t>Плакав я в любовній люті,&lt;br /&gt;</w:t>
        <w:br/>
        <w:t>Але ось, у сильній скруті&lt;br /&gt;</w:t>
        <w:br/>
        <w:t>Недобачивши від сліз,&lt;br /&gt;</w:t>
        <w:br/>
        <w:t>Я в чужу кишеню вліз.&lt;br /&gt;</w:t>
        <w:br/>
        <w:t>Залунали тут погрози —&lt;br /&gt;</w:t>
        <w:br/>
        <w:t>Він, мовляв, утерти сльози&lt;&lt;br /&gt;</w:t>
        <w:br/>
        <w:t>Раптом хусткою схотів,&lt;br /&gt;</w:t>
        <w:br/>
        <w:t>Що в чужій кишені вздрів?!&lt;br /&gt;</w:t>
        <w:br/>
        <w:t>І, на страх усім безвинним,&lt;br /&gt;</w:t>
        <w:br/>
        <w:t>За звичаєм старовинним,&lt;br /&gt;</w:t>
        <w:br/>
        <w:t>Поліцай мене з людьми&lt;br /&gt;</w:t>
        <w:br/>
        <w:t>Відпровадив до тюрми.&lt;br /&gt;</w:t>
        <w:br/>
        <w:t>Мрій зберігши душу повну,&lt;br /&gt;</w:t>
        <w:br/>
        <w:t>У тюрязі пряв я вовну,&lt;br /&gt;</w:t>
        <w:br/>
        <w:t>Тінь Рінальдо прибула&lt;br /&gt;</w:t>
        <w:br/>
        <w:t>И душу в мене відняла!"</w:t>
      </w:r>
    </w:p>
    <w:p>
      <w:r>
        <w:br/>
        <w:t>І привиди — в регіт, і привиди — в сміх,&lt;br /&gt;</w:t>
        <w:br/>
        <w:t>І ось уже третій стоїть серед них:</w:t>
      </w:r>
    </w:p>
    <w:p>
      <w:r>
        <w:br/>
        <w:t>"Я був окрасою сцени,&lt;br /&gt;</w:t>
        <w:br/>
        <w:t>Кохання було— мій фах.&lt;br /&gt;</w:t>
        <w:br/>
        <w:t>"О боже!" — хрипів я шалено,&lt;br /&gt;</w:t>
        <w:br/>
        <w:t>І ніжно зітхав я: "Ах!"&lt;br /&gt;</w:t>
        <w:br/>
        <w:t>Я був Мортімер найкращий,&lt;br /&gt;</w:t>
        <w:br/>
        <w:t>Марія ж красуня була,—&lt;br /&gt;</w:t>
        <w:br/>
        <w:t>Моїх почуттів нізащо&lt;br /&gt;</w:t>
        <w:br/>
        <w:t>Збагнути вона не могла.&lt;br /&gt;</w:t>
        <w:br/>
        <w:t>І вже як терпцю не стало,—&lt;br /&gt;</w:t>
        <w:br/>
        <w:t>"Маріє!" — я гукнув,&lt;br /&gt;</w:t>
        <w:br/>
        <w:t>І в груди собі кинждала&lt;br /&gt;</w:t>
        <w:br/>
        <w:t>Заглибоко увіткнув".</w:t>
      </w:r>
    </w:p>
    <w:p>
      <w:r>
        <w:br/>
        <w:t>І вийшов четвертий під регіт і гук,&lt;br /&gt;</w:t>
        <w:br/>
        <w:t>Одягнений в білий студентський сюртук:</w:t>
      </w:r>
    </w:p>
    <w:p>
      <w:r>
        <w:br/>
        <w:t>"Професор, бувало, гундосить у тиші,&lt;br /&gt;</w:t>
        <w:br/>
        <w:t>А я собі сплю, мов дитина мала,&lt;br /&gt;</w:t>
        <w:br/>
        <w:t>Бо значно мені від наук цікавіша&lt;br /&gt;</w:t>
        <w:br/>
        <w:t>Дочка його гарна та юна була.&lt;br /&gt;</w:t>
        <w:br/>
        <w:t>Сідала вона на віконце, бувало.&lt;br /&gt;</w:t>
        <w:br/>
        <w:t>0 квітко найкраща, де ти тепер?&lt;br /&gt;</w:t>
        <w:br/>
        <w:t>Троянду оту нерозквітлу зірвало&lt;br /&gt;</w:t>
        <w:br/>
        <w:t>Багате ледащо — якийсь філістер.&lt;br /&gt;</w:t>
        <w:br/>
        <w:t>Прокляв я дівчат і заможних типів,&lt;br /&gt;</w:t>
        <w:br/>
        <w:t>З диявольським зіллям рейнвейн&lt;br /&gt;</w:t>
        <w:br/>
        <w:t>змішав.&lt;br /&gt;</w:t>
        <w:br/>
        <w:t>1 тільки зі смертю на брудершафт випив,&lt;br /&gt;</w:t>
        <w:br/>
        <w:t>Як чую: "Колего. Мене ти впізнав?"</w:t>
      </w:r>
    </w:p>
    <w:p>
      <w:r>
        <w:br/>
        <w:t>І п'ятий під регіт, що вибухнув знов,&lt;br /&gt;</w:t>
        <w:br/>
        <w:t>З петлею на шиї на камінь зійшов:&lt;br /&gt;</w:t>
        <w:br/>
        <w:t>"Хильнувши, траплялось, хизується&lt;br /&gt;</w:t>
        <w:br/>
        <w:t>граф&lt;br /&gt;</w:t>
        <w:br/>
        <w:t>Дочкою й грошима, що він їх накрав.&lt;br /&gt;</w:t>
        <w:br/>
        <w:t>Та що мені, графчику, гроші твої,&lt;br /&gt;</w:t>
        <w:br/>
        <w:t>Дочка — я хотів би здобути її!</w:t>
      </w:r>
    </w:p>
    <w:p>
      <w:r>
        <w:br/>
        <w:t>І гроші, й дочка під замком завжди,&lt;br /&gt;</w:t>
        <w:br/>
        <w:t>І слуг біля брами похмурі ряди.&lt;br /&gt;</w:t>
        <w:br/>
        <w:t>Та що мені варта, що слуги в саду?&lt;br /&gt;</w:t>
        <w:br/>
        <w:t>Підставлю драбину і скарб свій знайду!</w:t>
      </w:r>
    </w:p>
    <w:p>
      <w:r>
        <w:br/>
        <w:t>Я вже на вікні у коханої був,&lt;br /&gt;</w:t>
        <w:br/>
        <w:t>Аж раптом прокльони і лайку почув:&lt;br /&gt;</w:t>
        <w:br/>
        <w:t>"А злазь-бо, злодюго! Чого це ти там?&lt;br /&gt;</w:t>
        <w:br/>
        <w:t>Люблю я, мій хлопчику, золото й сам!"</w:t>
      </w:r>
    </w:p>
    <w:p>
      <w:r>
        <w:br/>
        <w:t>Так граф глузував під стіною, а слуг&lt;br /&gt;</w:t>
        <w:br/>
        <w:t>Зібралася ціла ватага навкруг.&lt;br /&gt;</w:t>
        <w:br/>
        <w:t>"Пустіть! Я не злодій! Стонадцять&lt;br /&gt;</w:t>
        <w:br/>
        <w:t>чортів!&lt;br /&gt;</w:t>
        <w:br/>
        <w:t>Не гроші — дочку я украсти хотів".</w:t>
      </w:r>
    </w:p>
    <w:p>
      <w:r>
        <w:br/>
        <w:t>Не слухала варта пояснень моїх,&lt;br /&gt;</w:t>
        <w:br/>
        <w:t>Схопив мене кат під оглушливий сміх,&lt;br /&gt;</w:t>
        <w:br/>
        <w:t>А сонце зійшло, здивувалось ясне,&lt;br /&gt;</w:t>
        <w:br/>
        <w:t>З петлею на шиї уздрівши мене".</w:t>
      </w:r>
    </w:p>
    <w:p>
      <w:r>
        <w:br/>
        <w:t>І ось уже шостий іде по горбках,&lt;br /&gt;</w:t>
        <w:br/>
        <w:t>Тримаючи голову власну в руках:</w:t>
      </w:r>
    </w:p>
    <w:p>
      <w:r>
        <w:br/>
        <w:t>"З рушницею мене у ліс&lt;br /&gt;</w:t>
        <w:br/>
        <w:t>Якийсь тривожний сум поніс.&lt;br /&gt;</w:t>
        <w:br/>
        <w:t>І раптом каркнув крук в пітьму:&lt;br /&gt;</w:t>
        <w:br/>
        <w:t>"Відтяти голову йому!"&lt;br /&gt;</w:t>
        <w:br/>
        <w:t>"Якщо я голуба уб'ю,&lt;br /&gt;</w:t>
        <w:br/>
        <w:t>Любов порадую мою",—&lt;br /&gt;</w:t>
        <w:br/>
        <w:t>Так думав я і все блукав,&lt;br /&gt;</w:t>
        <w:br/>
        <w:t>У лісі голубів шукав.&lt;br /&gt;</w:t>
        <w:br/>
        <w:t>І раптом — шепіт долетів..,&lt;br /&gt;</w:t>
        <w:br/>
        <w:t>Це, може, двоє голубів?&lt;br /&gt;</w:t>
        <w:br/>
        <w:t>Повільно підкрадаюсь я,&lt;br /&gt;</w:t>
        <w:br/>
        <w:t>А за кущем — любов моя!&lt;br /&gt;</w:t>
        <w:br/>
        <w:t>Моя голубка не сама —&lt;br /&gt;</w:t>
        <w:br/>
        <w:t>її хтось ніжно обійма...&lt;br /&gt;</w:t>
        <w:br/>
        <w:t>Ну що ж, влучай, як ти стрілець:&lt;br /&gt;</w:t>
        <w:br/>
        <w:t>І вже — коханцеві кінець.&lt;br /&gt;</w:t>
        <w:br/>
        <w:t>А незабаром через ліс&lt;br /&gt;</w:t>
        <w:br/>
        <w:t>Я голову на страту ніс,&lt;br /&gt;</w:t>
        <w:br/>
        <w:t>Прокаркав крук у даль німу:&lt;br /&gt;</w:t>
        <w:br/>
        <w:t>"Відтяти голову йому!"</w:t>
      </w:r>
    </w:p>
    <w:p>
      <w:r>
        <w:br/>
        <w:t>І привиди знову завили. І знов&lt;br /&gt;</w:t>
        <w:br/>
        <w:t>На камінь могильний музика зійшов:</w:t>
      </w:r>
    </w:p>
    <w:p>
      <w:r>
        <w:br/>
        <w:t>"Пісень проспівав я чимало,&lt;br /&gt;</w:t>
        <w:br/>
        <w:t>Та все зійшло нанівець;&lt;br /&gt;</w:t>
        <w:br/>
        <w:t>Коли нам серця зламало,&lt;br /&gt;</w:t>
        <w:br/>
        <w:t>То з ними й пісням кінець!"&lt;br /&gt;</w:t>
        <w:br/>
        <w:t>І привиди знову під зойки та сміх&lt;br /&gt;</w:t>
        <w:br/>
        <w:t>В імлі на кістках закружляли своїх.&lt;br /&gt;</w:t>
        <w:br/>
        <w:t>Та дзвони ударили десь вдалині,&lt;br /&gt;</w:t>
        <w:br/>
        <w:t>І кожен в своїй опинився труні.&lt;br /&gt;</w:t>
        <w:br/>
        <w:t>Підвладні дужому слову,&lt;br /&gt;</w:t>
        <w:br/>
        <w:t>З'явилися тіні на клич.&lt;br /&gt;</w:t>
        <w:br/>
        <w:t>Вони вже не хочуть знову&lt;br /&gt;</w:t>
        <w:br/>
        <w:t>Вертатися в давню ніч.&lt;br /&gt;</w:t>
        <w:br/>
        <w:t>Жахнули мене мої чари,&lt;br /&gt;</w:t>
        <w:br/>
        <w:t>Забув я слівце чарівне.&lt;br /&gt;</w:t>
        <w:br/>
        <w:t>Тягнуть мої примари&lt;br /&gt;</w:t>
        <w:br/>
        <w:t>В туманний свій дім мене.&lt;br /&gt;</w:t>
        <w:br/>
        <w:t>Облиште, темряви діти!&lt;br /&gt;</w:t>
        <w:br/>
        <w:t>Згиньте в своїй імлі!&lt;br /&gt;</w:t>
        <w:br/>
        <w:t>Чимало щастя зажити&lt;br /&gt;</w:t>
        <w:br/>
        <w:t>Я міг би ще тут на землі.&lt;br /&gt;</w:t>
        <w:br/>
        <w:t>Вмираю я щоденно&lt;br /&gt;</w:t>
        <w:br/>
        <w:t>За квітку — мрії мої.&lt;br /&gt;</w:t>
        <w:br/>
        <w:t>Що було б все життя для мене,&lt;br /&gt;</w:t>
        <w:br/>
        <w:t>Коли б не кохав її?&lt;br /&gt;</w:t>
        <w:br/>
        <w:t>Хоч раз її міцно обняти,&lt;br /&gt;</w:t>
        <w:br/>
        <w:t>До серця свого пригорнуть,&lt;br /&gt;</w:t>
        <w:br/>
        <w:t>До болю в уста цілувати,&lt;br /&gt;</w:t>
        <w:br/>
        <w:t>А там уже будь-що-будь!&lt;br /&gt;</w:t>
        <w:br/>
        <w:t>Від неї хоч слово кохання&lt;br /&gt;</w:t>
        <w:br/>
        <w:t>Я хотів би почути в житті,&lt;br /&gt;</w:t>
        <w:br/>
        <w:t>А потім уже без вагання&lt;br /&gt;</w:t>
        <w:br/>
        <w:t>За вами летіть в темноті.&lt;br /&gt;</w:t>
        <w:br/>
        <w:t>Мара мене зрозуміла —&lt;br /&gt;</w:t>
        <w:br/>
        <w:t>Спливло видіння страшне.&lt;br /&gt;</w:t>
        <w:br/>
        <w:t>Аж ось я прийшов, моя мила!"&lt;br /&gt;</w:t>
        <w:br/>
        <w:t>А ти — чи любиш мене?</w:t>
      </w:r>
    </w:p>
    <w:p>
      <w:r>
        <w:br/>
        <w:t>ПІСНІ</w:t>
      </w:r>
    </w:p>
    <w:p>
      <w:r>
        <w:br/>
        <w:t>Вранці я встаю й питаю:&lt;br /&gt;</w:t>
        <w:br/>
        <w:t>"З'явиться вона?"&lt;br /&gt;</w:t>
        <w:br/>
        <w:t>А надвечір нарікаю —&lt;br /&gt;</w:t>
        <w:br/>
        <w:t>Не прийшла вона.&lt;br /&gt;</w:t>
        <w:br/>
        <w:t>Марно я в нічній задумі&lt;br /&gt;</w:t>
        <w:br/>
        <w:t>Сон до себе зву,—&lt;br /&gt;</w:t>
        <w:br/>
        <w:t>В забутті, у мрійній сумі&lt;br /&gt;</w:t>
        <w:br/>
        <w:t>Цілий день живу.</w:t>
      </w:r>
    </w:p>
    <w:p>
      <w:r>
        <w:br/>
        <w:t>У гай, під дерева розкішні,&lt;br /&gt;</w:t>
        <w:br/>
        <w:t>Я смуток свій приніс.&lt;br /&gt;</w:t>
        <w:br/>
        <w:t>Вернулися сни колишні&lt;br /&gt;</w:t>
        <w:br/>
        <w:t>І в серце моє вп'ялись.&lt;br /&gt;</w:t>
        <w:br/>
        <w:t>Хто вчив вас, пташки легкокрилі,&lt;br /&gt;</w:t>
        <w:br/>
        <w:t>Цю пісню співати весь час.&lt;br /&gt;</w:t>
        <w:br/>
        <w:t>Замовкніть! Бо серце не в силі&lt;br /&gt;</w:t>
        <w:br/>
        <w:t>Без болю слухати вас...&lt;br /&gt;</w:t>
        <w:br/>
        <w:t>"Тут дівчина юна співала&lt;br /&gt;</w:t>
        <w:br/>
        <w:t>Цю пісню в давнім житті,&lt;br /&gt;</w:t>
        <w:br/>
        <w:t>Нам глибоко в серце запали&lt;br /&gt;</w:t>
        <w:br/>
        <w:t>її слова золоті".&lt;br /&gt;</w:t>
        <w:br/>
        <w:t>Пташки, не співайте про щастя,&lt;br /&gt;</w:t>
        <w:br/>
        <w:t>Мене не розважити вам.&lt;br /&gt;</w:t>
        <w:br/>
        <w:t>Ви хочете сум мій украсти,—&lt;br /&gt;</w:t>
        <w:br/>
        <w:t>Та я його вам не віддам!&lt;br /&gt;</w:t>
        <w:br/>
        <w:t>* * *&lt;br /&gt;</w:t>
        <w:br/>
        <w:t>Клади свою ручку на серце моє,—&lt;br /&gt;</w:t>
        <w:br/>
        <w:t>Ти чуєш, кохана, як щось там б'є?&lt;br /&gt;</w:t>
        <w:br/>
        <w:t>То майстер лихий без спочину і сну&lt;br /&gt;</w:t>
        <w:br/>
        <w:t>Будує, майструє мені тру;ну.&lt;br /&gt;</w:t>
        <w:br/>
        <w:t>Він стукає й грюкає ночі й дні.&lt;br /&gt;</w:t>
        <w:br/>
        <w:t>Давно не дає вже спати мені.&lt;br /&gt;</w:t>
        <w:br/>
        <w:t>Ох, майстре, прошу тебе, поспішай.&lt;br /&gt;</w:t>
        <w:br/>
        <w:t>Мені заснути нарешті дай!&lt;br /&gt;</w:t>
        <w:br/>
        <w:t>* * #</w:t>
      </w:r>
    </w:p>
    <w:p>
      <w:r>
        <w:br/>
        <w:t>Місто, де померла мрія,&lt;br /&gt;</w:t>
        <w:br/>
        <w:t>Де родився мій одчай,&lt;br /&gt;</w:t>
        <w:br/>
        <w:t>Місто вславлене, тобі я&lt;br /&gt;</w:t>
        <w:br/>
        <w:t>Нині вимовлю — прощай!&lt;br /&gt;</w:t>
        <w:br/>
        <w:t>Ти прощай, шргг осєуй,&lt;br /&gt;</w:t>
        <w:br/>
        <w:t>Де жила любов моя*&lt;br /&gt;</w:t>
        <w:br/>
        <w:t>Де колись, уют веселі;&lt;br /&gt;</w:t>
        <w:br/>
        <w:t>З нею вперше стрівеяяі&lt;br /&gt;</w:t>
        <w:br/>
        <w:t>Мого серця господине!&lt;br /&gt;</w:t>
        <w:br/>
        <w:t>Коли б я тебе не стрів,&lt;br /&gt;</w:t>
        <w:br/>
        <w:t>Я б не став^таким; як нині,,&lt;br /&gt;</w:t>
        <w:br/>
        <w:t>Найбіднішим з бідарів.&lt;br /&gt;</w:t>
        <w:br/>
        <w:t>Твого серця не: благав би,&lt;br /&gt;</w:t>
        <w:br/>
        <w:t>Не кохав би без надій,&lt;br /&gt;</w:t>
        <w:br/>
        <w:t>А сішкійно жити став би&lt;br /&gt;</w:t>
        <w:br/>
        <w:t>Там, де віє подих,твій:&lt;br /&gt;</w:t>
        <w:br/>
        <w:t>Та мене женуть суворо&lt;br /&gt;</w:t>
        <w:br/>
        <w:t>З цих країв твої слова...&lt;br /&gt;</w:t>
        <w:br/>
        <w:t>В мене серце тяжко хворе&lt;br /&gt;</w:t>
        <w:br/>
        <w:t>І в нестямі голова:&lt;br /&gt;</w:t>
        <w:br/>
        <w:t>І бреду без СИЛ Я НИНІ;&lt;br /&gt;</w:t>
        <w:br/>
        <w:t>В мандрах дням згубивши лік,&lt;br /&gt;</w:t>
        <w:br/>
        <w:t>Щоб ї вг хояюднійдомовині&lt;br /&gt;</w:t>
        <w:br/>
        <w:t>Заспокоїтись навік.</w:t>
      </w:r>
    </w:p>
    <w:p>
      <w:r>
        <w:br/>
        <w:t>Корабельнику суворий,&lt;br /&gt;</w:t>
        <w:br/>
        <w:t>Ми не вернемось назад!&lt;br /&gt;</w:t>
        <w:br/>
        <w:t>Я кохану і Європу&lt;br /&gt;</w:t>
        <w:br/>
        <w:t>Зшишаю — двох дівчат.&lt;br /&gt;</w:t>
        <w:br/>
        <w:t>Кров з очей і кров із серця —&lt;br /&gt;</w:t>
        <w:br/>
        <w:t>Виливайтесь без зусшгь&gt;—&lt;br /&gt;</w:t>
        <w:br/>
        <w:t>Щоб тією міг я кров'ю&lt;br /&gt;</w:t>
        <w:br/>
        <w:t>Мій списати дикий біль.&lt;br /&gt;</w:t>
        <w:br/>
        <w:t>Чом, кохана, лиш сьогодні&lt;br /&gt;</w:t>
        <w:br/>
        <w:t>Крові пруд тебе злякав?&lt;br /&gt;</w:t>
        <w:br/>
        <w:t>На очах у тебе кров'ю&lt;br /&gt;</w:t>
        <w:br/>
        <w:t>Довгі роки я слливавГ&lt;br /&gt;</w:t>
        <w:br/>
        <w:t>Пам'ятаєш давню, пісню;&lt;br /&gt;</w:t>
        <w:br/>
        <w:t>Ти про нашиж прабатьків&lt;br /&gt;</w:t>
        <w:br/>
        <w:t>І про змія, що підступно&lt;br /&gt;</w:t>
        <w:br/>
        <w:t>Яблучком їх спокусив?&lt;br /&gt;</w:t>
        <w:br/>
        <w:t>Через яблучко все лихо!&lt;br /&gt;</w:t>
        <w:br/>
        <w:t>Єва — в світ принесла смерть,&lt;br /&gt;</w:t>
        <w:br/>
        <w:t>В Трою полум'я — Еріда,&lt;br /&gt;</w:t>
        <w:br/>
        <w:t>Ти ж мені — й вогонь, і смерть.</w:t>
      </w:r>
    </w:p>
    <w:p>
      <w:r>
        <w:br/>
        <w:t>Задивились замки йторн&lt;br /&gt;</w:t>
        <w:br/>
        <w:t>В люстро рейнських вод живе,&lt;br /&gt;</w:t>
        <w:br/>
        <w:t>Там кораблик мій бадьоро&lt;br /&gt;</w:t>
        <w:br/>
        <w:t>В сяйві сонячнім пливе.&lt;br /&gt;</w:t>
        <w:br/>
        <w:t>Для очей велика втіха —&lt;br /&gt;</w:t>
        <w:br/>
        <w:t>Зблиск на хвилі золотій,&lt;br /&gt;</w:t>
        <w:br/>
        <w:t>І пробуджуються стиха&lt;br /&gt;</w:t>
        <w:br/>
        <w:t>Почуття в душі моїй.&lt;br /&gt;</w:t>
        <w:br/>
        <w:t>Рейн з поверхні світлий плине,&lt;br /&gt;</w:t>
        <w:br/>
        <w:t>Знади й зваби повний вщерть,&lt;br /&gt;</w:t>
        <w:br/>
        <w:t>Хоч таять його глибини&lt;br /&gt;</w:t>
        <w:br/>
        <w:t>Бурю й темінь, ніч і смерть.&lt;br /&gt;</w:t>
        <w:br/>
        <w:t>Щирість — зовні, в грудях — зрада.&lt;br /&gt;</w:t>
        <w:br/>
        <w:t>Це портрет, кохана, твій:&lt;br /&gt;</w:t>
        <w:br/>
        <w:t>Ти мене вітаєш радо&lt;br /&gt;</w:t>
        <w:br/>
        <w:t>И залишаєш без надій.</w:t>
      </w:r>
    </w:p>
    <w:p>
      <w:r>
        <w:br/>
        <w:t>Коли кохану я свою&lt;br /&gt;</w:t>
        <w:br/>
        <w:t>До серця притулю,—&lt;br /&gt;</w:t>
        <w:br/>
        <w:t>Таким багатим ,я стаю,&lt;br /&gt;</w:t>
        <w:br/>
        <w:t>Що й цілий світ куплю!&lt;br /&gt;</w:t>
        <w:br/>
        <w:t>Коли ж покинути її&lt;br /&gt;</w:t>
        <w:br/>
        <w:t>Приходить знову час,—&lt;br /&gt;</w:t>
        <w:br/>
        <w:t>Зникають всі гкарби мої,&lt;br /&gt;</w:t>
        <w:br/>
        <w:t>І я біднію враз.&lt;br /&gt;</w:t>
        <w:br/>
        <w:t>РОМАНСИ</w:t>
      </w:r>
    </w:p>
    <w:p>
      <w:r>
        <w:br/>
        <w:t>ГОЛОС ГІР</w:t>
      </w:r>
    </w:p>
    <w:p>
      <w:r>
        <w:br/>
        <w:t>Тихо їде між гір їздець,&lt;br /&gt;</w:t>
        <w:br/>
        <w:t>Думає думу смутну:&lt;br /&gt;</w:t>
        <w:br/>
        <w:t>"Чи в обійми любки їду я,&lt;br /&gt;</w:t>
        <w:br/>
        <w:t>А чи їду в темну труну?"&lt;br /&gt;</w:t>
        <w:br/>
        <w:t>І чує.з гір луну:&lt;br /&gt;</w:t>
        <w:br/>
        <w:t>"В темну труну".&lt;br /&gt;</w:t>
        <w:br/>
        <w:t>І далі чвалає той їздець,&lt;br /&gt;</w:t>
        <w:br/>
        <w:t>Зітхає, наче в сні:&lt;br /&gt;</w:t>
        <w:br/>
        <w:t>"Що ж, коли час померти мені,&lt;br /&gt;</w:t>
        <w:br/>
        <w:t>Гаразд.— спокій в труні!"&lt;br /&gt;</w:t>
        <w:br/>
        <w:t>А голос вдалині:&lt;br /&gt;</w:t>
        <w:br/>
        <w:t>"Спокій в труні!"&lt;br /&gt;</w:t>
        <w:br/>
        <w:t>Сльози скотились їздцеві з вій,&lt;br /&gt;</w:t>
        <w:br/>
        <w:t>І журно думає він:&lt;br /&gt;</w:t>
        <w:br/>
        <w:t>"Коли у могилі спочинок є,&lt;br /&gt;</w:t>
        <w:br/>
        <w:t>Ну що ж, хай буде спочин!"&lt;br /&gt;</w:t>
        <w:br/>
        <w:t>А голос гуде, як дзвін:&lt;br /&gt;</w:t>
        <w:br/>
        <w:t>"Буде спочин!"</w:t>
      </w:r>
    </w:p>
    <w:p>
      <w:r>
        <w:br/>
        <w:t>ДВА БРАТИ&lt;br /&gt;</w:t>
        <w:br/>
        <w:t>На похмурій верховині&lt;br /&gt;</w:t>
        <w:br/>
        <w:t>Замок мріє уночі,—&lt;br /&gt;</w:t>
        <w:br/>
        <w:t>Сяють блискавки в долині,&lt;br /&gt;</w:t>
        <w:br/>
        <w:t>Дико блискають мечі.&lt;br /&gt;</w:t>
        <w:br/>
        <w:t>Це у герці, вкриті млою,&lt;br /&gt;</w:t>
        <w:br/>
        <w:t>Меч на меч зійшлись брати.&lt;br /&gt;</w:t>
        <w:br/>
        <w:t>Що їх зводить до двобою&lt;br /&gt;</w:t>
        <w:br/>
        <w:t>Кожну ніч, чи знаєш ти?&lt;br /&gt;</w:t>
        <w:br/>
        <w:t>То Лаура розпалила&lt;br /&gt;</w:t>
        <w:br/>
        <w:t>У серцях братів любов,&lt;br /&gt;</w:t>
        <w:br/>
        <w:t>То вона обом їм мила —&lt;br /&gt;</w:t>
        <w:br/>
        <w:t>Через неї ллється кров.&lt;br /&gt;</w:t>
        <w:br/>
        <w:t>Та до кого серце має&lt;br /&gt;</w:t>
        <w:br/>
        <w:t>Горда жінка прихилить?&lt;br /&gt;</w:t>
        <w:br/>
        <w:t>Не гадай, ніхто не знає.&lt;br /&gt;</w:t>
        <w:br/>
        <w:t>Меч із піхов — він рішить!&lt;br /&gt;</w:t>
        <w:br/>
        <w:t>Б'ються люто, невгамовні,&lt;br /&gt;</w:t>
        <w:br/>
        <w:t>На удар — лихий удар.&lt;br /&gt;</w:t>
        <w:br/>
        <w:t>Стережіться лиха.— повні&lt;br /&gt;</w:t>
        <w:br/>
        <w:t>Ніч і діл страшних примар!&lt;br /&gt;</w:t>
        <w:br/>
        <w:t>Брат на брата — грізна битва!&lt;br /&gt;</w:t>
        <w:br/>
        <w:t>Ось уже мечі в крові,&lt;br /&gt;</w:t>
        <w:br/>
        <w:t>Ось брати лежать обидва,&lt;br /&gt;</w:t>
        <w:br/>
        <w:t>І обидва — неживі.&lt;br /&gt;</w:t>
        <w:br/>
        <w:t>Що було — віки розвіють,&lt;br /&gt;</w:t>
        <w:br/>
        <w:t>Багатьох взяла труна...&lt;br /&gt;</w:t>
        <w:br/>
        <w:t>Вікна в замкові чорніють,&lt;br /&gt;</w:t>
        <w:br/>
        <w:t>В ньому мертва тишина.&lt;br /&gt;</w:t>
        <w:br/>
        <w:t>Та щоночі у долині,&lt;br /&gt;</w:t>
        <w:br/>
        <w:t>Серед тиші й темноти,&lt;br /&gt;</w:t>
        <w:br/>
        <w:t>О дванадцятій годині&lt;br /&gt;</w:t>
        <w:br/>
        <w:t>Б'ються люто два брати.&lt;br /&gt;</w:t>
        <w:br/>
        <w:t>БІДНИЙ ПЕТЕР&lt;br /&gt;</w:t>
        <w:br/>
        <w:t>І&lt;br /&gt;</w:t>
        <w:br/>
        <w:t>Танцюють під музику Грета й Ганс —&lt;br /&gt;</w:t>
        <w:br/>
        <w:t>Веселі, раді, бадьорі,&lt;br /&gt;</w:t>
        <w:br/>
        <w:t>А Петер мовчки стоїть в цей час,&lt;br /&gt;</w:t>
        <w:br/>
        <w:t>Блідий мов крейда з горя.&lt;br /&gt;</w:t>
        <w:br/>
        <w:t>Ганс з Гретою в парі, не пара — краса,&lt;br /&gt;</w:t>
        <w:br/>
        <w:t>В весільному одязі нині,&lt;br /&gt;</w:t>
        <w:br/>
        <w:t>А бідний Пе.тер нігті куса&lt;br /&gt;</w:t>
        <w:br/>
        <w:t>В старій своїй одежині.&lt;br /&gt;</w:t>
        <w:br/>
        <w:t>Він журно дивиться на молодих,&lt;br /&gt;</w:t>
        <w:br/>
        <w:t>Мліє душа з розпуки:&lt;br /&gt;</w:t>
        <w:br/>
        <w:t>"Якби не такий це великий гріх —&lt;br /&gt;</w:t>
        <w:br/>
        <w:t>Наклав би на себе руки!"&lt;br /&gt;</w:t>
        <w:br/>
        <w:t>Іі&lt;br /&gt;</w:t>
        <w:br/>
        <w:t>В грудях моїх кипить любов.&lt;br /&gt;</w:t>
        <w:br/>
        <w:t>Чуття кипить шалене.&lt;br /&gt;</w:t>
        <w:br/>
        <w:t>Де б я не був, куди б не йшов —&lt;br /&gt;</w:t>
        <w:br/>
        <w:t>Душа болить у мене.&lt;br /&gt;</w:t>
        <w:br/>
        <w:t>Женуть мене чуття мої —&lt;br /&gt;</w:t>
        <w:br/>
        <w:t>Я Грету скрізь шукаю;&lt;br /&gt;</w:t>
        <w:br/>
        <w:t>Коли ж спіткаю десь її —&lt;br /&gt;</w:t>
        <w:br/>
        <w:t>Від неї геть тікаю.&lt;br /&gt;</w:t>
        <w:br/>
        <w:t>У гори я несу свою&lt;br /&gt;</w:t>
        <w:br/>
        <w:t>Гірку печаль-невдачу;&lt;br /&gt;</w:t>
        <w:br/>
        <w:t>Коли я тихо там стою,&lt;br /&gt;</w:t>
        <w:br/>
        <w:t>Стою і тихо плачу.&lt;br /&gt;</w:t>
        <w:br/>
        <w:t>III&lt;br /&gt;</w:t>
        <w:br/>
        <w:t>Ось бідний Петер сам не свій&lt;br /&gt;</w:t>
        <w:br/>
        <w:t>Бреде, неначе мрець, блідий,&lt;br /&gt;</w:t>
        <w:br/>
        <w:t>А всі стоять біля воріт&lt;br /&gt;</w:t>
        <w:br/>
        <w:t>І дивляться йому услід.&lt;br /&gt;</w:t>
        <w:br/>
        <w:t>Дівчата кажуть навздогін:&lt;br /&gt;</w:t>
        <w:br/>
        <w:t>"Чи не з труни з'явився він?"&lt;br /&gt;</w:t>
        <w:br/>
        <w:t>О ні, дівчатонька, о ні,&lt;br /&gt;</w:t>
        <w:br/>
        <w:t>Але б хотів він буть в труні.&lt;br /&gt;</w:t>
        <w:br/>
        <w:t>Він скарб свій втратив — не страшна&lt;br /&gt;</w:t>
        <w:br/>
        <w:t>Ні смерть йому, ані труна:&lt;br /&gt;</w:t>
        <w:br/>
        <w:t>Кому нема в житті надій,&lt;br /&gt;</w:t>
        <w:br/>
        <w:t>Тому найкраще спати в ній.</w:t>
      </w:r>
    </w:p>
    <w:p>
      <w:r>
        <w:br/>
        <w:t>ГРЕНАДЕРИ&lt;br /&gt;</w:t>
        <w:br/>
        <w:t>Удвох із полону, з Росії&lt;br /&gt;</w:t>
        <w:br/>
        <w:t>Старі гренадери брели.&lt;br /&gt;</w:t>
        <w:br/>
        <w:t>Поникли вони в безнадії,&lt;br /&gt;</w:t>
        <w:br/>
        <w:t>Як в землю німецьку дійшли.&lt;br /&gt;</w:t>
        <w:br/>
        <w:t>Як вісті такі пережити!&lt;br /&gt;</w:t>
        <w:br/>
        <w:t>Французи здались ворогам,&lt;br /&gt;</w:t>
        <w:br/>
        <w:t>Все військо велике розбите,&lt;br /&gt;</w:t>
        <w:br/>
        <w:t>В полоні володар їх сам.&lt;br /&gt;</w:t>
        <w:br/>
        <w:t>Заплакали браві солдати,&lt;br /&gt;</w:t>
        <w:br/>
        <w:t>Ті речі почувши сумні.&lt;br /&gt;</w:t>
        <w:br/>
        <w:t>Сказав один: "Тяжко як, брате!&lt;br /&gt;</w:t>
        <w:br/>
        <w:t>Всі рани мої як в огні."&lt;br /&gt;</w:t>
        <w:br/>
        <w:t>А другий промовив: "Зустріти&lt;br /&gt;</w:t>
        <w:br/>
        <w:t>Ладен би я смерть у цю мить,&lt;br /&gt;</w:t>
        <w:br/>
        <w:t>Та жінка у мене і діти —&lt;br /&gt;</w:t>
        <w:br/>
        <w:t>Ну як їм без мене прожить?"&lt;br /&gt;</w:t>
        <w:br/>
        <w:t>"Що жінка, що діти! Не буде&lt;br /&gt;</w:t>
        <w:br/>
        <w:t>І з ними покою вже нам!&lt;br /&gt;</w:t>
        <w:br/>
        <w:t>Хай жебрать ідуть поміж люди,—&lt;br /&gt;</w:t>
        <w:br/>
        <w:t>В полоні володар наш сам!&lt;br /&gt;</w:t>
        <w:br/>
        <w:t>Коли я помру,— моє тіло&lt;br /&gt;</w:t>
        <w:br/>
        <w:t>З собою, мій друже, візьми,&lt;br /&gt;</w:t>
        <w:br/>
        <w:t>Щоб там у французьку могилу&lt;br /&gt;</w:t>
        <w:br/>
        <w:t>Між рідними ліг я людьми.&lt;br /&gt;</w:t>
        <w:br/>
        <w:t>Мій орден вояцький годиться&lt;br /&gt;</w:t>
        <w:br/>
        <w:t>На серце покласти мені:&lt;br /&gt;</w:t>
        <w:br/>
        <w:t>Хай будуть і шпага, й рушниця&lt;br /&gt;</w:t>
        <w:br/>
        <w:t>Зо мною в холодній труні.&lt;br /&gt;</w:t>
        <w:br/>
        <w:t>Лежатиму я, мов на чати&lt;br /&gt;</w:t>
        <w:br/>
        <w:t>У землю послали мене...&lt;br /&gt;</w:t>
        <w:br/>
        <w:t>І раптом почую гармати&lt;br /&gt;</w:t>
        <w:br/>
        <w:t>І коней іржання гучне.&lt;br /&gt;</w:t>
        <w:br/>
        <w:t>То він проїздить біля гробу&lt;br /&gt;</w:t>
        <w:br/>
        <w:t>У сяйві, у громі гармат...&lt;br /&gt;</w:t>
        <w:br/>
        <w:t>Тоді, імператоре, з гробу&lt;br /&gt;</w:t>
        <w:br/>
        <w:t>Устане твій вірний солдат!"</w:t>
      </w:r>
    </w:p>
    <w:p>
      <w:r>
        <w:br/>
        <w:t>ГОНЕЦЬ</w:t>
      </w:r>
    </w:p>
    <w:p>
      <w:r>
        <w:br/>
        <w:t>Вставай, сідлай свого коня,&lt;br /&gt;</w:t>
        <w:br/>
        <w:t>Подайся, джуро мій,&lt;br /&gt;</w:t>
        <w:br/>
        <w:t>В Дунканів замок крізь ліси&lt;br /&gt;</w:t>
        <w:br/>
        <w:t>І крізь поля мерщій!&lt;br /&gt;</w:t>
        <w:br/>
        <w:t>На стайні жди, покіль тебе&lt;br /&gt;</w:t>
        <w:br/>
        <w:t>Стайничий не спітка.&lt;br /&gt;</w:t>
        <w:br/>
        <w:t>"Яка,— спитай,— заручена&lt;br /&gt;</w:t>
        <w:br/>
        <w:t>Дунканова дочка?"&lt;br /&gt;</w:t>
        <w:br/>
        <w:t>Коли чорнява, скаже він,—&lt;br /&gt;</w:t>
        <w:br/>
        <w:t>Одразу знати дай.&lt;br /&gt;</w:t>
        <w:br/>
        <w:t>Коли білява, скаже він,—&lt;br /&gt;</w:t>
        <w:br/>
        <w:t>Не дуже поспішай.&lt;br /&gt;</w:t>
        <w:br/>
        <w:t>Піди та майстрові скажи,&lt;br /&gt;</w:t>
        <w:br/>
        <w:t>Щоб він мотузку сплів.&lt;br /&gt;</w:t>
        <w:br/>
        <w:t>Повільно їдь, а привезеш —&lt;br /&gt;</w:t>
        <w:br/>
        <w:t>Віддай мені без слів.</w:t>
      </w:r>
    </w:p>
    <w:p>
      <w:r>
        <w:br/>
        <w:t>ДОН РАМІРО&lt;br /&gt;</w:t>
        <w:br/>
        <w:t>"Донно Клара! Донно Клара!&lt;br /&gt;</w:t>
        <w:br/>
        <w:t>Я люблю тебе віддавна!&lt;br /&gt;</w:t>
        <w:br/>
        <w:t>Ти мене на вічну муку&lt;br /&gt;</w:t>
        <w:br/>
        <w:t>Прирекла без милосердя!&lt;br /&gt;</w:t>
        <w:br/>
        <w:t>Донно Клара! Донно Клара!&lt;br /&gt;</w:t>
        <w:br/>
        <w:t>Дар життя такий солодкий!&lt;br /&gt;</w:t>
        <w:br/>
        <w:t>А внизу — в пітьмі могили,&lt;br /&gt;</w:t>
        <w:br/>
        <w:t>Як там зимно, як там страшно.&lt;br /&gt;</w:t>
        <w:br/>
        <w:t>Донно Клара! Будь щаслива!&lt;br /&gt;</w:t>
        <w:br/>
        <w:t>Дон Фернандо завтра вранці&lt;br /&gt;</w:t>
        <w:br/>
        <w:t>Поведе тебе до шлюбу,—&lt;br /&gt;</w:t>
        <w:br/>
        <w:t>Чи мене ти хоч запросиш?"&lt;br /&gt;</w:t>
        <w:br/>
        <w:t>"Дон Раміро! Дон Раміро!&lt;br /&gt;</w:t>
        <w:br/>
        <w:t>Не вражай мене словами&lt;br /&gt;</w:t>
        <w:br/>
        <w:t>Гіршими, ніж вирок долі,&lt;br /&gt;</w:t>
        <w:br/>
        <w:t>Що із мене посміялась.&lt;br /&gt;</w:t>
        <w:br/>
        <w:t>Дон Раміро! Дон Раміро!&lt;br /&gt;</w:t>
        <w:br/>
        <w:t>Не печалься, не карайся.&lt;br /&gt;</w:t>
        <w:br/>
        <w:t>На землі дівчат багато,&lt;br /&gt;</w:t>
        <w:br/>
        <w:t>А над нами божа воля.&lt;br /&gt;</w:t>
        <w:br/>
        <w:t>Дон Раміро, безліч маврів&lt;br /&gt;</w:t>
        <w:br/>
        <w:t>Ти в боях здолав відважно,&lt;br /&gt;</w:t>
        <w:br/>
        <w:t>Подолай себе — і взавтра&lt;br /&gt;</w:t>
        <w:br/>
        <w:t>Будь у мене на весіллі".</w:t>
      </w:r>
    </w:p>
    <w:p>
      <w:r>
        <w:br/>
        <w:t>2. Г. Гейне</w:t>
      </w:r>
    </w:p>
    <w:p>
      <w:r>
        <w:br/>
        <w:t>"Донно Клараї Донно КлараІ&lt;br /&gt;</w:t>
        <w:br/>
        <w:t>Присягаюся — я буду,&lt;br /&gt;</w:t>
        <w:br/>
        <w:t>Танцюватиму з тобою.&lt;br /&gt;</w:t>
        <w:br/>
        <w:t>На добраніч, буду завтра".&lt;br /&gt;</w:t>
        <w:br/>
        <w:t>"На добраніч". Згасло світло.&lt;br /&gt;</w:t>
        <w:br/>
        <w:t>Під вікном зітхнув Раміро.&lt;br /&gt;</w:t>
        <w:br/>
        <w:t>Помертвілий, скам'янілий,&lt;br /&gt;</w:t>
        <w:br/>
        <w:t>Він у. темряві зникає.&lt;br /&gt;</w:t>
        <w:br/>
        <w:t>Після довгого змагання&lt;br /&gt;</w:t>
        <w:br/>
        <w:t>День прийшов на зміну ночі.&lt;br /&gt;</w:t>
        <w:br/>
        <w:t>Мов квітник багатобарвний,&lt;br /&gt;</w:t>
        <w:br/>
        <w:t>Розпросторився Толедо.</w:t>
      </w:r>
    </w:p>
    <w:p>
      <w:r>
        <w:br/>
        <w:t>Пишні палаци й будови&lt;br /&gt;</w:t>
        <w:br/>
        <w:t>Мерехтять у сяйві сонця,&lt;br /&gt;</w:t>
        <w:br/>
        <w:t>І церков високі бані&lt;br /&gt;</w:t>
        <w:br/>
        <w:t>Блискають, як в позолоті.</w:t>
      </w:r>
    </w:p>
    <w:p>
      <w:r>
        <w:br/>
        <w:t>І гудуть, мов рій бджолиний,&lt;br /&gt;</w:t>
        <w:br/>
        <w:t>І пливуть святкові дзвони,&lt;br /&gt;</w:t>
        <w:br/>
        <w:t>Молитовні співи линуть&lt;br /&gt;</w:t>
        <w:br/>
        <w:t>До небес із храмів божих.</w:t>
      </w:r>
    </w:p>
    <w:p>
      <w:r>
        <w:br/>
        <w:t>А на площу — гляньте! гляньте! —&lt;br /&gt;</w:t>
        <w:br/>
        <w:t>Із каплиці, що на ринку,&lt;br /&gt;</w:t>
        <w:br/>
        <w:t>Виливаються, мов хвилі,&lt;br /&gt;</w:t>
        <w:br/>
        <w:t>Мальовничі людські лави.</w:t>
      </w:r>
    </w:p>
    <w:p>
      <w:r>
        <w:br/>
        <w:t>Тут і рицарі, й жіноцтво,&lt;br /&gt;</w:t>
        <w:br/>
        <w:t>І придворні в пишних строях,—&lt;br /&gt;</w:t>
        <w:br/>
        <w:t>Ясно й лунко дзвонять дзвони,&lt;br /&gt;</w:t>
        <w:br/>
        <w:t>І гуде орган врочисто.</w:t>
      </w:r>
    </w:p>
    <w:p>
      <w:r>
        <w:br/>
        <w:t>Розступається в пошані&lt;br /&gt;</w:t>
        <w:br/>
        <w:t>Натовп перед молодими,&lt;br /&gt;</w:t>
        <w:br/>
        <w:t>Ось.вони ідуть щасливі —&lt;br /&gt;</w:t>
        <w:br/>
        <w:t>Донна Клара, дон Фернандо.</w:t>
      </w:r>
    </w:p>
    <w:p>
      <w:r>
        <w:br/>
        <w:t>Ось у палац молодого&lt;br /&gt;</w:t>
        <w:br/>
        <w:t>Лавою вкотились люди,—&lt;br /&gt;</w:t>
        <w:br/>
        <w:t>За звичаєм старовинним&lt;br /&gt;</w:t>
        <w:br/>
        <w:t>Починається весілля.</w:t>
      </w:r>
    </w:p>
    <w:p>
      <w:r>
        <w:br/>
        <w:t>Ігри рицарські й трапеза&lt;br /&gt;</w:t>
        <w:br/>
        <w:t>Змінюються на весіллі,&lt;br /&gt;</w:t>
        <w:br/>
        <w:t>Швидко й шумно час минає,—&lt;br /&gt;</w:t>
        <w:br/>
        <w:t>Ось вже й на ніч заночіло.&lt;br /&gt;</w:t>
        <w:br/>
        <w:t>Вже до танців в пишнім залі&lt;br /&gt;</w:t>
        <w:br/>
        <w:t>Ізійшлись весільні гості,&lt;br /&gt;</w:t>
        <w:br/>
        <w:t>Під вогнями ясно сяють&lt;br /&gt;</w:t>
        <w:br/>
        <w:t>їх святкові пишні шати.&lt;br /&gt;</w:t>
        <w:br/>
        <w:t>На підвищенні окремім&lt;br /&gt;</w:t>
        <w:br/>
        <w:t>Наречена й наречений —&lt;br /&gt;</w:t>
        <w:br/>
        <w:t>Донна Клара й дон Фернандо&lt;br /&gt;</w:t>
        <w:br/>
        <w:t>Ніжно й тихо розмовляють.</w:t>
      </w:r>
    </w:p>
    <w:p>
      <w:r>
        <w:br/>
        <w:t>І кружляють, наче хвилі,&lt;br /&gt;</w:t>
        <w:br/>
        <w:t>В залі пишно вбрані гості,&lt;br /&gt;</w:t>
        <w:br/>
        <w:t>І гуркочуть барабани,&lt;br /&gt;</w:t>
        <w:br/>
        <w:t>І співають ясно сурми.</w:t>
      </w:r>
    </w:p>
    <w:p>
      <w:r>
        <w:br/>
        <w:t>"Чом, скажи, кохана пані,&lt;br /&gt;</w:t>
        <w:br/>
        <w:t>Ти вдивляєшся так пильно&lt;br /&gt;</w:t>
        <w:br/>
        <w:t>У куток найдальший зали?" —&lt;br /&gt;</w:t>
        <w:br/>
        <w:t>Рицар вражено питає.</w:t>
      </w:r>
    </w:p>
    <w:p>
      <w:r>
        <w:br/>
        <w:t>"А хіба ти там не бачиш&lt;br /&gt;</w:t>
        <w:br/>
        <w:t>В чорному плащі людину?"&lt;br /&gt;</w:t>
        <w:br/>
        <w:t>Усміхнувсь привітно рицар:&lt;br /&gt;</w:t>
        <w:br/>
        <w:t>"Ні, то тільки тінь, та й годі!"</w:t>
      </w:r>
    </w:p>
    <w:p>
      <w:r>
        <w:br/>
        <w:t>Тінь зближається, і це вже&lt;br /&gt;</w:t>
        <w:br/>
        <w:t>В чорному плащі людина —&lt;br /&gt;</w:t>
        <w:br/>
        <w:t>Донна Клара упізнала&lt;br /&gt;</w:t>
        <w:br/>
        <w:t>Й привіталась до Раміро.</w:t>
      </w:r>
    </w:p>
    <w:p>
      <w:r>
        <w:br/>
        <w:t>Танці вже розпочалися,&lt;br /&gt;</w:t>
        <w:br/>
        <w:t>Весело кружляють пари&lt;br /&gt;</w:t>
        <w:br/>
        <w:t>В дивних диких колах вальса —&lt;br /&gt;</w:t>
        <w:br/>
        <w:t>Аж гуде й двигтить підлота.</w:t>
      </w:r>
    </w:p>
    <w:p>
      <w:r>
        <w:br/>
        <w:t>"Радо я з тобою буду&lt;br /&gt;</w:t>
        <w:br/>
        <w:t>Танцювати, дон Раміро,&lt;br /&gt;</w:t>
        <w:br/>
        <w:t>Та навіщо ти сьогодні&lt;br /&gt;</w:t>
        <w:br/>
        <w:t>В чорний плащ цей одягнувся?"</w:t>
      </w:r>
    </w:p>
    <w:p>
      <w:r>
        <w:br/>
        <w:t>Гострим поглядом красуню&lt;br /&gt;</w:t>
        <w:br/>
        <w:t>Споглядає дон Раміро,&lt;br /&gt;</w:t>
        <w:br/>
        <w:t>Обнімає й каже хмуро:&lt;br /&gt;</w:t>
        <w:br/>
        <w:t>"Я прийшов з твого наказу!"&lt;br /&gt;</w:t>
        <w:br/>
        <w:t>І вони в шалещм танці&lt;br /&gt;</w:t>
        <w:br/>
        <w:t>У юрбі пливуть барвистій,&lt;br /&gt;</w:t>
        <w:br/>
        <w:t>І гуркочуть барабани,&lt;br /&gt;</w:t>
        <w:br/>
        <w:t>І співають ясно сурми.&lt;br /&gt;</w:t>
        <w:br/>
        <w:t>"Ти, мов сніг, з обличчя білий!" —&lt;br /&gt;</w:t>
        <w:br/>
        <w:t>Тихо й лячно каже Клара.&lt;br /&gt;</w:t>
        <w:br/>
        <w:t>"Я прийшов з твого наказу!" —&lt;br /&gt;</w:t>
        <w:br/>
        <w:t>Відмовляє дон Раміро.&lt;br /&gt;</w:t>
        <w:br/>
        <w:t>І палають в залі свічі&lt;br /&gt;</w:t>
        <w:br/>
        <w:t>Над барвистою юрбою"&lt;br /&gt;</w:t>
        <w:br/>
        <w:t>І гуркочуть барабани,&lt;br /&gt;</w:t>
        <w:br/>
        <w:t>І співають ясно сурми.</w:t>
      </w:r>
    </w:p>
    <w:p>
      <w:r>
        <w:br/>
        <w:t>"Руки в тебе — наче кригаЬ —&lt;br /&gt;</w:t>
        <w:br/>
        <w:t>Клара з острахом) шепоче.&lt;br /&gt;</w:t>
        <w:br/>
        <w:t>"Я прийшов з твого наказу".&lt;br /&gt;</w:t>
        <w:br/>
        <w:t>Пруд несе їх далі й далі.</w:t>
      </w:r>
    </w:p>
    <w:p>
      <w:r>
        <w:br/>
        <w:t>"Годі! Годі! Дон Р а міро!&lt;br /&gt;</w:t>
        <w:br/>
        <w:t>Смертний дух — твоє дихання!"&lt;br /&gt;</w:t>
        <w:br/>
        <w:t>Знов звучать слова похмурі:&lt;br /&gt;</w:t>
        <w:br/>
        <w:t>"Я прийшов з твого наказу!"</w:t>
      </w:r>
    </w:p>
    <w:p>
      <w:r>
        <w:br/>
        <w:t>Розпеклась, димить підлога,&lt;br /&gt;</w:t>
        <w:br/>
        <w:t>І співає, й плаче скрипка,—&lt;br /&gt;</w:t>
        <w:br/>
        <w:t>Мов. мереживо чаклунське.&lt;br /&gt;</w:t>
        <w:br/>
        <w:t>Все поплуталося ,в залі.</w:t>
      </w:r>
    </w:p>
    <w:p>
      <w:r>
        <w:br/>
        <w:t>"Годі! Годі! Дон Раміро!" —&lt;br /&gt;</w:t>
        <w:br/>
        <w:t>Стогін в натовпі зачувся.&lt;br /&gt;</w:t>
        <w:br/>
        <w:t>Дон Раміро знову каже:&lt;br /&gt;</w:t>
        <w:br/>
        <w:t>"Я прийшов з твого наказу!"</w:t>
      </w:r>
    </w:p>
    <w:p>
      <w:r>
        <w:br/>
        <w:t>"Тож покинь мене, на бога!" —&lt;br /&gt;</w:t>
        <w:br/>
        <w:t>Клара голосно гукає.&lt;br /&gt;</w:t>
        <w:br/>
        <w:t>Тільки з уст її це слово&lt;br /&gt;</w:t>
        <w:br/>
        <w:t>Пролунало — зник Раміро.&lt;br /&gt;</w:t>
        <w:br/>
        <w:t>Клара змовкла — смерть в обличчі,&lt;br /&gt;</w:t>
        <w:br/>
        <w:t>Похолола, наче раптом&lt;br /&gt;</w:t>
        <w:br/>
        <w:t>В непритомності і млості&lt;br /&gt;</w:t>
        <w:br/>
        <w:t>В царство темряви упала.&lt;br /&gt;</w:t>
        <w:br/>
        <w:t>Розійшовсь туман поволі,&lt;br /&gt;</w:t>
        <w:br/>
        <w:t>Підвела вона повіки,&lt;br /&gt;</w:t>
        <w:br/>
        <w:t>Та тепер від здивування&lt;br /&gt;</w:t>
        <w:br/>
        <w:t>Трохи знов їх не склепила.&lt;br /&gt;</w:t>
        <w:br/>
        <w:t>Від початку танців Клара&lt;br /&gt;</w:t>
        <w:br/>
        <w:t>Не рушала з свого місця;&lt;br /&gt;</w:t>
        <w:br/>
        <w:t>Нахиляється до неї&lt;br /&gt;</w:t>
        <w:br/>
        <w:t>І питає дон Фернандо:&lt;br /&gt;</w:t>
        <w:br/>
        <w:t>"Чом ти зблідла, чом у тебе&lt;br /&gt;</w:t>
        <w:br/>
        <w:t>Потемніли раптом очі?"&lt;br /&gt;</w:t>
        <w:br/>
        <w:t>"А, Раміро?" — мовить Клара&lt;br /&gt;</w:t>
        <w:br/>
        <w:t>И перелякано змовкає.&lt;br /&gt;</w:t>
        <w:br/>
        <w:t>Пролягли суворі зморшки&lt;br /&gt;</w:t>
        <w:br/>
        <w:t>На чолі у молодого:&lt;br /&gt;</w:t>
        <w:br/>
        <w:t>"Не зважай на вість криваву —&lt;br /&gt;</w:t>
        <w:br/>
        <w:t>Дон Раміро вмер сьогодні".</w:t>
      </w:r>
    </w:p>
    <w:p>
      <w:r>
        <w:br/>
        <w:t>ВІДПЛИТТЯ&lt;br /&gt;</w:t>
        <w:br/>
        <w:t>Один під щоглою стою,&lt;br /&gt;</w:t>
        <w:br/>
        <w:t>Гудуть вали прибою.&lt;br /&gt;</w:t>
        <w:br/>
        <w:t>Прощай, вітчизної Назавжди&lt;br /&gt;</w:t>
        <w:br/>
        <w:t>Прощаюсь я з тобою.&lt;br /&gt;</w:t>
        <w:br/>
        <w:t>Відходить в море корабель&lt;br /&gt;</w:t>
        <w:br/>
        <w:t>Далеко — на край світу.&lt;br /&gt;</w:t>
        <w:br/>
        <w:t>Дивлюсь на вікна — ні тебе,&lt;br /&gt;</w:t>
        <w:br/>
        <w:t>Кохана, ні привіту.&lt;br /&gt;</w:t>
        <w:br/>
        <w:t>Пролийтесь, сльози, щоб мені&lt;br /&gt;</w:t>
        <w:br/>
        <w:t>Ясні відкрились далі.&lt;br /&gt;</w:t>
        <w:br/>
        <w:t>О хворе серце, не порвись&lt;br /&gt;</w:t>
        <w:br/>
        <w:t>Од суму і печалі.&lt;br /&gt;</w:t>
        <w:br/>
        <w:t>СПІВАЧЦІ,&lt;br /&gt;</w:t>
        <w:br/>
        <w:t>ЯКА ПРОСПІВАЛА&lt;br /&gt;</w:t>
        <w:br/>
        <w:t>СТАРОВИННИЙ РОМАНС</w:t>
      </w:r>
    </w:p>
    <w:p>
      <w:r>
        <w:br/>
        <w:t>Пригадую, як, повну чару,&lt;br /&gt;</w:t>
        <w:br/>
        <w:t>її побачив на кону!&lt;br /&gt;</w:t>
        <w:br/>
        <w:t>О, як той голос плаче, кличе,—&lt;br /&gt;</w:t>
        <w:br/>
        <w:t>Я весь — тремтіння таємниче,&lt;br /&gt;</w:t>
        <w:br/>
        <w:t>В рясних сльозах моє обличчя,&lt;br /&gt;</w:t>
        <w:br/>
        <w:t>І що зо мною — не збагну.&lt;br /&gt;</w:t>
        <w:br/>
        <w:t>Немов вернулося дитинство,&lt;br /&gt;</w:t>
        <w:br/>
        <w:t>Усе мені здається сном:&lt;br /&gt;</w:t>
        <w:br/>
        <w:t>На стіл лягають світла плями,&lt;br /&gt;</w:t>
        <w:br/>
        <w:t>В кімнаті затишній, у мами,&lt;br /&gt;</w:t>
        <w:br/>
        <w:t>Сиджу над давніми казками,&lt;br /&gt;</w:t>
        <w:br/>
        <w:t>І ніч, і вітер за вікном.&lt;br /&gt;</w:t>
        <w:br/>
        <w:t>Зненацька оживає казка,&lt;br /&gt;</w:t>
        <w:br/>
        <w:t>Вона не знає перепон:&lt;br /&gt;</w:t>
        <w:br/>
        <w:t>Роланд січеться в Ронсевалі,&lt;br /&gt;</w:t>
        <w:br/>
        <w:t>Бряжчать мечі ясної сталі,&lt;br /&gt;</w:t>
        <w:br/>
        <w:t>З ним поруч рицарі бувалі&lt;br /&gt;</w:t>
        <w:br/>
        <w:t>И, на жаль, негідник Ганелон.&lt;br /&gt;</w:t>
        <w:br/>
        <w:t>Він підло зраджує Роланда.&lt;br /&gt;</w:t>
        <w:br/>
        <w:t>Роланд в крові... Мов дальній грім,&lt;br /&gt;</w:t>
        <w:br/>
        <w:t>Заледве ріг його лунає,&lt;br /&gt;</w:t>
        <w:br/>
        <w:t>Запізно Карл сигнал вчуває,&lt;br /&gt;</w:t>
        <w:br/>
        <w:t>І рицар в полі помирає —&lt;br /&gt;</w:t>
        <w:br/>
        <w:t>І сон мій гасне разам з ним.&lt;br /&gt;</w:t>
        <w:br/>
        <w:t>У захваті всі підвелися,—&lt;br /&gt;</w:t>
        <w:br/>
        <w:t>А сон мій, де подівся він?&lt;br /&gt;</w:t>
        <w:br/>
        <w:t>Уже легенда відлунала,&lt;br /&gt;</w:t>
        <w:br/>
        <w:t>Вирує оплесками зала,—&lt;br /&gt;</w:t>
        <w:br/>
        <w:t>Співачка серед того шалу&lt;br /&gt;</w:t>
        <w:br/>
        <w:t>В низький схиляється уклін.</w:t>
      </w:r>
    </w:p>
    <w:p>
      <w:r>
        <w:br/>
        <w:t>ПІСНЯ ПРО ДУКАТИ&lt;br /&gt;</w:t>
        <w:br/>
        <w:t>Золоті мої дукати,&lt;br /&gt;</w:t>
        <w:br/>
        <w:t>Де я маю вас шукати?&lt;br /&gt;</w:t>
        <w:br/>
        <w:t>Чи між золотавих рибок,&lt;br /&gt;</w:t>
        <w:br/>
        <w:t>Що в струмку під сонцем грають,&lt;br /&gt;</w:t>
        <w:br/>
        <w:t>Випливають і пірнають?&lt;br /&gt;</w:t>
        <w:br/>
        <w:t>Чи між золотавих квітів,&lt;br /&gt;</w:t>
        <w:br/>
        <w:t>Що у лузі під горою&lt;br /&gt;</w:t>
        <w:br/>
        <w:t>Мріють, всипані росою?&lt;br /&gt;</w:t>
        <w:br/>
        <w:t>Чи між золотавих птахів,&lt;br /&gt;</w:t>
        <w:br/>
        <w:t>Що шугають в білім світі&lt;br /&gt;</w:t>
        <w:br/>
        <w:t>Там, вгорі, в ясній блакиті?&lt;br /&gt;</w:t>
        <w:br/>
        <w:t>Чи між злотними зірками,&lt;br /&gt;</w:t>
        <w:br/>
        <w:t>Що сміються в хороводі&lt;br /&gt;</w:t>
        <w:br/>
        <w:t>Кожну ніч на небозводі?&lt;br /&gt;</w:t>
        <w:br/>
        <w:t>Ох, мої дзвінкі дукати,&lt;br /&gt;</w:t>
        <w:br/>
        <w:t>Ви не в хвилях, не в струмках,&lt;br /&gt;</w:t>
        <w:br/>
        <w:t>Не в лугах, росою вмиті,&lt;br /&gt;</w:t>
        <w:br/>
        <w:t>Не шугаєте в блакиті,&lt;br /&gt;</w:t>
        <w:br/>
        <w:t>Не в ясних ви небесах —&lt;br /&gt;</w:t>
        <w:br/>
        <w:t>Мій лихвар вас, мов на гріх,&lt;br /&gt;</w:t>
        <w:br/>
        <w:t>Гріє в пазурах своїх!</w:t>
      </w:r>
    </w:p>
    <w:p>
      <w:r>
        <w:br/>
        <w:t>РОЗМОВА&lt;br /&gt;</w:t>
        <w:br/>
        <w:t>В ПАДЕРБОРНСЬКОМУ ЛУЗІ&lt;br /&gt;</w:t>
        <w:br/>
        <w:t>"Чи ти чуєш відгук пісні,&lt;br /&gt;</w:t>
        <w:br/>
        <w:t>Контрабаса й скрипки звуки?&lt;br /&gt;</w:t>
        <w:br/>
        <w:t>То красуні в колі тіснім&lt;br /&gt;</w:t>
        <w:br/>
        <w:t>Линуть, взявшися за руки".&lt;br /&gt;</w:t>
        <w:br/>
        <w:t>"Де, скажи-но, ті музики?&lt;br /&gt;</w:t>
        <w:br/>
        <w:t>Ти в оману впав неначе...&lt;br /&gt;</w:t>
        <w:br/>
        <w:t>Чую поросячі крики,&lt;br /&gt;</w:t>
        <w:br/>
        <w:t>Чую рохкання свиняче".&lt;br /&gt;</w:t>
        <w:br/>
        <w:t>"Чуєш, ріг сурмить завзято?&lt;br /&gt;</w:t>
        <w:br/>
        <w:t>То стрілець в гаю гуляє.&lt;br /&gt;</w:t>
        <w:br/>
        <w:t>В травах бавляться ягнята,&lt;br /&gt;</w:t>
        <w:br/>
        <w:t>Пастушок на флейті грає".&lt;br /&gt;</w:t>
        <w:br/>
        <w:t>"То не флейта, друже, в полі,&lt;br /&gt;</w:t>
        <w:br/>
        <w:t>Ані ріг на полонині.&lt;br /&gt;</w:t>
        <w:br/>
        <w:t>Свинопас іде ІЮВОЛІ;&lt;br /&gt;</w:t>
        <w:br/>
        <w:t>І жене додому свині".&lt;br /&gt;</w:t>
        <w:br/>
        <w:t>"Чуєш, пісня забриніла&lt;br /&gt;</w:t>
        <w:br/>
        <w:t>Ніби хор в красі небесній?&lt;br /&gt;</w:t>
        <w:br/>
        <w:t>Ангеляток плещуть крила&lt;br /&gt;</w:t>
        <w:br/>
        <w:t>Славу пісні тій чудесній".&lt;br /&gt;</w:t>
        <w:br/>
        <w:t>"Ах, твій хор під небесами&lt;br /&gt;</w:t>
        <w:br/>
        <w:t>І його чарівні співи,—&lt;br /&gt;</w:t>
        <w:br/>
        <w:t>Пастушата, що з піснями&lt;br /&gt;</w:t>
        <w:br/>
        <w:t>Гусенят женуть крикливих".&lt;br /&gt;</w:t>
        <w:br/>
        <w:t>"Чуєш, дальній дзвін лунає&lt;br /&gt;</w:t>
        <w:br/>
        <w:t>Так велично, так чудово?&lt;br /&gt;</w:t>
        <w:br/>
        <w:t>Люд побожний поспішає&lt;br /&gt;</w:t>
        <w:br/>
        <w:t>Слухати господнє слово".&lt;br /&gt;</w:t>
        <w:br/>
        <w:t>"То не дзвін пливе над нами,&lt;br /&gt;</w:t>
        <w:br/>
        <w:t>Придивись — бики й корови&lt;br /&gt;</w:t>
        <w:br/>
        <w:t>Лунко брязкають дзвінками,&lt;br /&gt;</w:t>
        <w:br/>
        <w:t>У хліви йдучи з діброви".&lt;br /&gt;</w:t>
        <w:br/>
        <w:t>"Гляньї Хустина має біла&lt;br /&gt;</w:t>
        <w:br/>
        <w:t>У вечірньому просторі.&lt;br /&gt;</w:t>
        <w:br/>
        <w:t>То мене чекає мила,&lt;br /&gt;</w:t>
        <w:br/>
        <w:t>З ніжною журбою в зорі".&lt;br /&gt;</w:t>
        <w:br/>
        <w:t>"Я, мій друже, бачу просто&lt;br /&gt;</w:t>
        <w:br/>
        <w:t>Вбогу жінку, бідну Лізу,&lt;br /&gt;</w:t>
        <w:br/>
        <w:t>Що, спираючись на костур,&lt;br /&gt;</w:t>
        <w:br/>
        <w:t>Через луг бреде до лісу".&lt;br /&gt;</w:t>
        <w:br/>
        <w:t>"З фантазера в цьому герці,&lt;br /&gt;</w:t>
        <w:br/>
        <w:t>Бачу, ти глузуєш, друже.&lt;br /&gt;</w:t>
        <w:br/>
        <w:t>А чи й те, що маю в серці,&lt;br /&gt;</w:t>
        <w:br/>
        <w:t>Теж ти висмієш байдуже?"</w:t>
      </w:r>
    </w:p>
    <w:p>
      <w:r>
        <w:br/>
        <w:t>СОНЕТИ&lt;br /&gt;</w:t>
        <w:br/>
        <w:t>МОЇЙ МАТЕРІ Б. ГЕЙНЕ&lt;br /&gt;</w:t>
        <w:br/>
        <w:t>Я звик високо голову держати,&lt;br /&gt;</w:t>
        <w:br/>
        <w:t>Бо маю честь і мужність без догани;&lt;br /&gt;</w:t>
        <w:br/>
        <w:t>Хай сам король мені у вічі гляне,—&lt;br /&gt;</w:t>
        <w:br/>
        <w:t>Не опущу я їх, кохана мати.&lt;br /&gt;</w:t>
        <w:br/>
        <w:t>Але тобі наважуся сказати:&lt;br /&gt;</w:t>
        <w:br/>
        <w:t>Хоч дух у мене гордий, нездоланний,&lt;br /&gt;</w:t>
        <w:br/>
        <w:t>Та біля тебе непокора тане,&lt;br /&gt;</w:t>
        <w:br/>
        <w:t>Бо звик тебе, святу, я шанувати.&lt;br /&gt;</w:t>
        <w:br/>
        <w:t>Моя душа подолана твоєю&lt;br /&gt;</w:t>
        <w:br/>
        <w:t>Високою, прекрасною душею,&lt;br /&gt;</w:t>
        <w:br/>
        <w:t>І в небеса я лину разом з нею.&lt;br /&gt;</w:t>
        <w:br/>
        <w:t>І каюсь я за вчинки, що смутили&lt;br /&gt;</w:t>
        <w:br/>
        <w:t>Твоє високе серце, серце миле,&lt;br /&gt;</w:t>
        <w:br/>
        <w:t>Що так мене усе життя любило!</w:t>
      </w:r>
    </w:p>
    <w:p>
      <w:r>
        <w:br/>
        <w:t>ФРЕСКО-СОНЕТИ ХРИСТІАНУ 3.&lt;br /&gt;</w:t>
        <w:br/>
        <w:t>* * *&lt;br /&gt;</w:t>
        <w:br/>
        <w:t>Я фіміаму не каджу колоді&lt;br /&gt;</w:t>
        <w:br/>
        <w:t>Золочений, всередині — пустій;&lt;br /&gt;</w:t>
        <w:br/>
        <w:t>Не простягну руки людині тій,&lt;br /&gt;</w:t>
        <w:br/>
        <w:t>Що обкрадає все святе, як злодій.&lt;br /&gt;</w:t>
        <w:br/>
        <w:t>Повіїній не уклонюся вроді,&lt;br /&gt;</w:t>
        <w:br/>
        <w:t>Що безсоромність — мов окраса їй;&lt;br /&gt;</w:t>
        <w:br/>
        <w:t>Кумир в кареті їде золотій,&lt;br /&gt;</w:t>
        <w:br/>
        <w:t>Та запрягти мене у неї годі.&lt;br /&gt;</w:t>
        <w:br/>
        <w:t>Я добре знаю: гордий дуб загине,&lt;br /&gt;</w:t>
        <w:br/>
        <w:t>Але хисткої не зламать тростини,&lt;br /&gt;</w:t>
        <w:br/>
        <w:t>Що хилить вітер, буря нагина.&lt;br /&gt;</w:t>
        <w:br/>
        <w:t>Але скажи, на що здалась вона?&lt;br /&gt;</w:t>
        <w:br/>
        <w:t>За паличку чепурунові стати&lt;br /&gt;</w:t>
        <w:br/>
        <w:t>Чи порох із одежі вибивати.</w:t>
      </w:r>
    </w:p>
    <w:p>
      <w:r>
        <w:br/>
        <w:t>Подайте маску — замаскуюсь нині&lt;br /&gt;</w:t>
        <w:br/>
        <w:t>Під бідаря, щоб пишна та сволота,&lt;br /&gt;</w:t>
        <w:br/>
        <w:t>Яку скрашають шовк і позолота,&lt;br /&gt;</w:t>
        <w:br/>
        <w:t>Мене в своїй не числили родині.&lt;br /&gt;</w:t>
        <w:br/>
        <w:t>Манер і слів дай простих, як людині,&lt;br /&gt;</w:t>
        <w:br/>
        <w:t>Що їй зрідні обшарпана голота,&lt;br /&gt;</w:t>
        <w:br/>
        <w:t>Бо почуття і розум неохота&lt;br /&gt;</w:t>
        <w:br/>
        <w:t>Салонній віддавать балаканині.&lt;br /&gt;</w:t>
        <w:br/>
        <w:t>Танцюю на німецькім маскараді&lt;br /&gt;</w:t>
        <w:br/>
        <w:t>З баронами, ченцями, королями,&lt;br /&gt;</w:t>
        <w:br/>
        <w:t>Не всім знайомий, друг із блазнюками.&lt;br /&gt;</w:t>
        <w:br/>
        <w:t>Мечем картонним зарубати б раді&lt;br /&gt;</w:t>
        <w:br/>
        <w:t>Мене пани ці — ба! Лиш маску скину,&lt;br /&gt;</w:t>
        <w:br/>
        <w:t>Весь набрід розбіжиться за хвилину.</w:t>
      </w:r>
    </w:p>
    <w:p>
      <w:r>
        <w:br/>
        <w:t>* * *</w:t>
      </w:r>
    </w:p>
    <w:p>
      <w:r>
        <w:br/>
        <w:t>Ти бачиш, як щодня оті почвари —&lt;br /&gt;</w:t>
        <w:br/>
        <w:t>Пси в окулярах, кицьки у рум'янах —&lt;br /&gt;</w:t>
        <w:br/>
        <w:t>Моє ім'я товчуть в плітках поганих&lt;br /&gt;</w:t>
        <w:br/>
        <w:t>И вигадують мені пекельні кари.&lt;br /&gt;</w:t>
        <w:br/>
        <w:t>Ти бачиш глум педантів дерев'яних,&lt;br /&gt;</w:t>
        <w:br/>
        <w:t>І дзенькіт блазнів — баранів з отари,&lt;br /&gt;</w:t>
        <w:br/>
        <w:t>І змій, що в'ються в серці, мов примари,&lt;br /&gt;</w:t>
        <w:br/>
        <w:t>І кров мою, що запеклася в ранах.&lt;br /&gt;</w:t>
        <w:br/>
        <w:t>А ти, подібний до міцної вежі,&lt;br /&gt;</w:t>
        <w:br/>
        <w:t>Став, мов маяк на дикім узбережжі,&lt;br /&gt;</w:t>
        <w:br/>
        <w:t>І серце гаванню мені відкрив надійне.&lt;br /&gt;</w:t>
        <w:br/>
        <w:t>До гавані йдуть кораблі крізь хвилі,&lt;br /&gt;</w:t>
        <w:br/>
        <w:t>І хоч не всі заходять в неї цілі,&lt;br /&gt;</w:t>
        <w:br/>
        <w:t>Та хто прибув — у, ній засне спокійно.</w:t>
      </w:r>
    </w:p>
    <w:p>
      <w:r>
        <w:br/>
        <w:t>Я плакав би, та сил уже нема;&lt;br /&gt;</w:t>
        <w:br/>
        <w:t>У височінь хотів би я злетіти,—&lt;br /&gt;</w:t>
        <w:br/>
        <w:t>Немає сил; мов до землі прибитий,&lt;br /&gt;</w:t>
        <w:br/>
        <w:t>Живу між гадів, світ мені — тюрма.&lt;br /&gt;</w:t>
        <w:br/>
        <w:t>Кохати я хотів би, та дарма!&lt;br /&gt;</w:t>
        <w:br/>
        <w:t>Я мрію подихом солодким жити,&lt;br /&gt;</w:t>
        <w:br/>
        <w:t>Істоту милу ніжністю повити,—&lt;br /&gt;</w:t>
        <w:br/>
        <w:t>Немає сил, на серце впала тьма.&lt;br /&gt;</w:t>
        <w:br/>
        <w:t>Я чую, як із серця витікає&lt;br /&gt;</w:t>
        <w:br/>
        <w:t>Гаряча кров, знемога охопила&lt;br /&gt;</w:t>
        <w:br/>
        <w:t>Мене всього, і дух мій тихо лине&lt;br /&gt;</w:t>
        <w:br/>
        <w:t>У царство снів та непрозорих тіней.&lt;br /&gt;</w:t>
        <w:br/>
        <w:t>Болять, дрижать душі моєї крила,&lt;br /&gt;</w:t>
        <w:br/>
        <w:t>І мла мене таємно огортає.</w:t>
      </w:r>
    </w:p>
    <w:p>
      <w:r>
        <w:br/>
        <w:t>СОН І ЖИТТЯ&lt;br /&gt;</w:t>
        <w:br/>
        <w:t>І сонце буяє, і в серці хміль,&lt;br /&gt;</w:t>
        <w:br/>
        <w:t>А я не знаю, де діти мій біль.&lt;br /&gt;</w:t>
        <w:br/>
        <w:t>Надходить ніч, сумний я йду&lt;br /&gt;</w:t>
        <w:br/>
        <w:t>И розквітлу троянду знаходжу в саду.&lt;br /&gt;</w:t>
        <w:br/>
        <w:t>Зближаюсь до неї, і гірко мені,&lt;br /&gt;</w:t>
        <w:br/>
        <w:t>І котяться сльози з очей дрібні&lt;br /&gt;</w:t>
        <w:br/>
        <w:t>Дивлюсь на троянду — в ній світлий чар,&lt;br /&gt;</w:t>
        <w:br/>
        <w:t>А з келишка бурхають сяйво і жар.&lt;br /&gt;</w:t>
        <w:br/>
        <w:t>І я поринаю в безжурний coa,&lt;br /&gt;</w:t>
        <w:br/>
        <w:t>Мене він долає й бере в полон:&lt;br /&gt;</w:t>
        <w:br/>
        <w:t>Я дівчину бачу— рожеві уста&gt;&lt;br /&gt;</w:t>
        <w:br/>
        <w:t>Рожевий серпанок її обгорта.&lt;br /&gt;</w:t>
        <w:br/>
        <w:t>Дарує вош мені дар дорогий,&lt;br /&gt;</w:t>
        <w:br/>
        <w:t>ї ось я вже в хатці стою золотій,&lt;br /&gt;</w:t>
        <w:br/>
        <w:t>В тій хатці яскравий заплівсь хоровод&lt;br /&gt;</w:t>
        <w:br/>
        <w:t>Танцює веселий маленький народ.&lt;br /&gt;</w:t>
        <w:br/>
        <w:t>Дванадцять танечників парами мчить,&lt;br /&gt;</w:t>
        <w:br/>
        <w:t>Сплелися, кружляють, не хочуть спочить;&lt;br /&gt;</w:t>
        <w:br/>
        <w:t>Завершують коло, та це не кінець&lt;br /&gt;</w:t>
        <w:br/>
        <w:t>Одразу ж новий починають танець.&lt;br /&gt;</w:t>
        <w:br/>
        <w:t>І гірко, і сумно музика бринить:&lt;br /&gt;</w:t>
        <w:br/>
        <w:t>"Назавжди минає найкраща мить!&lt;br /&gt;</w:t>
        <w:br/>
        <w:t>Життя твоє — сон, і щастя — сон,&lt;br /&gt;</w:t>
        <w:br/>
        <w:t>І ця хвилина — у сні твоїм сон".&lt;br /&gt;</w:t>
        <w:br/>
        <w:t>Вже ранок, я знову печальний стою.&lt;br /&gt;</w:t>
        <w:br/>
        <w:t>Очима шукаю троянду мою,—&lt;br /&gt;</w:t>
        <w:br/>
        <w:t>О лихо! Не сяйво блискає в ній —&lt;br /&gt;</w:t>
        <w:br/>
        <w:t>У келишку щулиться жук слизький.&lt;br /&gt;</w:t>
        <w:br/>
        <w:t>ЛІРИЧНЕ ІНТЕРМЕЦЦО</w:t>
      </w:r>
    </w:p>
    <w:p>
      <w:r>
        <w:br/>
        <w:t>Як в травні місяці сади&lt;br /&gt;</w:t>
        <w:br/>
        <w:t>Розвинулися зратщ,&lt;br /&gt;</w:t>
        <w:br/>
        <w:t>Тоді в моєму серці&lt;br /&gt;</w:t>
        <w:br/>
        <w:t>Проминулось кохання.&lt;br /&gt;</w:t>
        <w:br/>
        <w:t>Як в травні місяці в саідах&lt;br /&gt;</w:t>
        <w:br/>
        <w:t>Зачулось щебетавня,&lt;br /&gt;</w:t>
        <w:br/>
        <w:t>Я їй своє бажання&lt;br /&gt;</w:t>
        <w:br/>
        <w:t>Освідчив без вагання.&lt;br /&gt;</w:t>
        <w:br/>
        <w:t>* * *&lt;br /&gt;</w:t>
        <w:br/>
        <w:t>Посходили шшінї квіти,&lt;br /&gt;</w:t>
        <w:br/>
        <w:t>Де сльози посіяв я,&lt;br /&gt;</w:t>
        <w:br/>
        <w:t>Мої зітхання стали&lt;br /&gt;</w:t>
        <w:br/>
        <w:t>Піснями солов'я.&lt;br /&gt;</w:t>
        <w:br/>
        <w:t>Як ти мене любиш,, дівчатко,&lt;br /&gt;</w:t>
        <w:br/>
        <w:t>Я заквітчаю твій дімг&lt;br /&gt;</w:t>
        <w:br/>
        <w:t>Щоб завжди співав соловейко&lt;br /&gt;</w:t>
        <w:br/>
        <w:t>Перед вікном двоїм.&lt;br /&gt;</w:t>
        <w:br/>
        <w:t>* * *&lt;br /&gt;</w:t>
        <w:br/>
        <w:t>Троянду і сонце, лілею й голубку&lt;br /&gt;</w:t>
        <w:br/>
        <w:t>Любив я колись, мов укохану любку.&lt;br /&gt;</w:t>
        <w:br/>
        <w:t>Тепер не люблю їх'—люблю до загину&lt;br /&gt;</w:t>
        <w:br/>
        <w:t>Єдину, безвинну дитину, перлину;&lt;br /&gt;</w:t>
        <w:br/>
        <w:t>Віднині й навіки мені моя любт —&lt;br /&gt;</w:t>
        <w:br/>
        <w:t>Троянда і сонце, лілея й голубка.&lt;br /&gt;</w:t>
        <w:br/>
        <w:t>*. * *&lt;br /&gt;</w:t>
        <w:br/>
        <w:t>Як я в очей твоїх блакить&lt;br /&gt;</w:t>
        <w:br/>
        <w:t>Погляну — біль зникає вмить;&lt;br /&gt;</w:t>
        <w:br/>
        <w:t>А як тебе цілую я,&lt;br /&gt;</w:t>
        <w:br/>
        <w:t>Вертається снага моя.&lt;br /&gt;</w:t>
        <w:br/>
        <w:t>Як до грудей тулюсь твоїх,&lt;br /&gt;</w:t>
        <w:br/>
        <w:t>Небесних заживаю втіх;&lt;br /&gt;</w:t>
        <w:br/>
        <w:t>А скажеш: "Я тебе люблю!" —&lt;br /&gt;</w:t>
        <w:br/>
        <w:t>Тоді я гірко сльози ллю.&lt;br /&gt;</w:t>
        <w:br/>
        <w:t>Твоє обличчя чарівне&lt;br /&gt;</w:t>
        <w:br/>
        <w:t>У сні тривожило мене.&lt;br /&gt;</w:t>
        <w:br/>
        <w:t>Воно і ніжне, й молоде,&lt;br /&gt;</w:t>
        <w:br/>
        <w:t>Та вже бліде, таке бліде!&lt;br /&gt;</w:t>
        <w:br/>
        <w:t>Уста ще повні щастя вщерть,&lt;br /&gt;</w:t>
        <w:br/>
        <w:t>Але їх скоро вип'є смерть.&lt;br /&gt;</w:t>
        <w:br/>
        <w:t>Погасне промінь неба в них,&lt;br /&gt;</w:t>
        <w:br/>
        <w:t>В отих ясних очах святих.</w:t>
      </w:r>
    </w:p>
    <w:p>
      <w:r>
        <w:br/>
        <w:t>* * *</w:t>
      </w:r>
    </w:p>
    <w:p>
      <w:r>
        <w:br/>
        <w:t>Щокою горнись до моєї щоки,&lt;br /&gt;</w:t>
        <w:br/>
        <w:t>Щоб сльози зливалися вільної&lt;br /&gt;</w:t>
        <w:br/>
        <w:t>Нехай з'єднаються наші серця&lt;br /&gt;</w:t>
        <w:br/>
        <w:t>І викрешуть полум'я спільне!&lt;br /&gt;</w:t>
        <w:br/>
        <w:t>Коли ж у великий вогонь течія&lt;br /&gt;</w:t>
        <w:br/>
        <w:t>Слід наших спільних вплине,&lt;br /&gt;</w:t>
        <w:br/>
        <w:t>Тебе до болю обнявши, я&lt;br /&gt;</w:t>
        <w:br/>
        <w:t>Від туги кохання загину!</w:t>
      </w:r>
    </w:p>
    <w:p>
      <w:r>
        <w:br/>
        <w:t>* * *</w:t>
      </w:r>
    </w:p>
    <w:p>
      <w:r>
        <w:br/>
        <w:t>Всю душу свою до краю&lt;br /&gt;</w:t>
        <w:br/>
        <w:t>Я лілії віддаю,&lt;br /&gt;</w:t>
        <w:br/>
        <w:t>Хай дзвінко вона співає&lt;br /&gt;</w:t>
        <w:br/>
        <w:t>Пісню про милу мою.</w:t>
      </w:r>
    </w:p>
    <w:p>
      <w:r>
        <w:br/>
        <w:t>Щоб пісня завжди тремтіла,&lt;br /&gt;</w:t>
        <w:br/>
        <w:t>Як досі цілунок тремтить,&lt;br /&gt;</w:t>
        <w:br/>
        <w:t>Яким вона спалила&lt;br /&gt;</w:t>
        <w:br/>
        <w:t>Мене в незабутню мить.</w:t>
      </w:r>
    </w:p>
    <w:p>
      <w:r>
        <w:br/>
        <w:t>* * *</w:t>
      </w:r>
    </w:p>
    <w:p>
      <w:r>
        <w:br/>
        <w:t>Стоять віки незрушно&lt;br /&gt;</w:t>
        <w:br/>
        <w:t>В висЬчині зірки,&lt;br /&gt;</w:t>
        <w:br/>
        <w:t>І тужно споглядають&lt;br /&gt;</w:t>
        <w:br/>
        <w:t>Одна одну віки.&lt;br /&gt;</w:t>
        <w:br/>
        <w:t>Вони говорять,— мова&lt;br /&gt;</w:t>
        <w:br/>
        <w:t>В них гарна і проста;&lt;br /&gt;</w:t>
        <w:br/>
        <w:t>Але з філологів жоден&lt;br /&gt;</w:t>
        <w:br/>
        <w:t>її не прочита.&lt;br /&gt;</w:t>
        <w:br/>
        <w:t>Я вивчив їхню мову&lt;br /&gt;</w:t>
        <w:br/>
        <w:t>І знаю в ній кожне слівце,&lt;br /&gt;</w:t>
        <w:br/>
        <w:t>Бо мав граматику гарну —"&lt;br /&gt;</w:t>
        <w:br/>
        <w:t>Коханої лице.</w:t>
      </w:r>
    </w:p>
    <w:p>
      <w:r>
        <w:br/>
        <w:t>* * *</w:t>
      </w:r>
    </w:p>
    <w:p>
      <w:r>
        <w:br/>
        <w:t>Боїться квітка лотос,&lt;br /&gt;</w:t>
        <w:br/>
        <w:t>Як сонячне сяйво йде,&lt;br /&gt;</w:t>
        <w:br/>
        <w:t>Ясне чоло схилила&lt;br /&gt;</w:t>
        <w:br/>
        <w:t>І ночі замріяно жде.&lt;br /&gt;</w:t>
        <w:br/>
        <w:t>Коли ж коханок місяць&lt;br /&gt;</w:t>
        <w:br/>
        <w:t>Промінням розбудить її,—&lt;br /&gt;</w:t>
        <w:br/>
        <w:t>Навстріч йому розтуляє&lt;br /&gt;</w:t>
        <w:br/>
        <w:t>Вона пелюстки свої.&lt;br /&gt;</w:t>
        <w:br/>
        <w:t>Цвіте, й росте, і прагне&lt;br /&gt;</w:t>
        <w:br/>
        <w:t>До ніжних місячних рук,&lt;br /&gt;</w:t>
        <w:br/>
        <w:t>І тане, і пахне, і плаче&lt;br /&gt;</w:t>
        <w:br/>
        <w:t>З любові й любовних мук.</w:t>
      </w:r>
    </w:p>
    <w:p>
      <w:r>
        <w:br/>
        <w:t>* * *</w:t>
      </w:r>
    </w:p>
    <w:p>
      <w:r>
        <w:br/>
        <w:t>У Нейні в ріці прозорій,&lt;br /&gt;</w:t>
        <w:br/>
        <w:t>Одбився в хвилях, зі скель,&lt;br /&gt;</w:t>
        <w:br/>
        <w:t>З хрестами на соборі&lt;br /&gt;</w:t>
        <w:br/>
        <w:t>Святий великий Кельн.&lt;br /&gt;</w:t>
        <w:br/>
        <w:t>Єсть образ у'тій святині&lt;br /&gt;</w:t>
        <w:br/>
        <w:t>На шкірі золотій,&lt;br /&gt;</w:t>
        <w:br/>
        <w:t>В мого життя пустині&lt;br /&gt;</w:t>
        <w:br/>
        <w:t>Він промінь найкращий мій.&lt;br /&gt;</w:t>
        <w:br/>
        <w:t>Між ангелами й квітками&lt;br /&gt;</w:t>
        <w:br/>
        <w:t>Мадону там бачив я,&lt;br /&gt;</w:t>
        <w:br/>
        <w:t>Вона ж очима й устами&lt;br /&gt;</w:t>
        <w:br/>
        <w:t>Достоту — любка моя.&lt;br /&gt;</w:t>
        <w:br/>
        <w:t>Цей світ дурний, цей світ сліпий,"—&lt;br /&gt;</w:t>
        <w:br/>
        <w:t>Це в нього постійний фактор.&lt;br /&gt;</w:t>
        <w:br/>
        <w:t>Він вигадав здуру, моє дитя,&lt;br /&gt;</w:t>
        <w:br/>
        <w:t>Що в тебе важкий характер.&lt;br /&gt;</w:t>
        <w:br/>
        <w:t>Цей світ дурний, цей світ сліпий,&lt;br /&gt;</w:t>
        <w:br/>
        <w:t>Ніколи сліпці й не взнають^&lt;br /&gt;</w:t>
        <w:br/>
        <w:t>Які солодкі цілунки твої&lt;br /&gt;</w:t>
        <w:br/>
        <w:t>І як натхненно палають!</w:t>
      </w:r>
    </w:p>
    <w:p>
      <w:r>
        <w:br/>
        <w:t>* * *</w:t>
      </w:r>
    </w:p>
    <w:p>
      <w:r>
        <w:br/>
        <w:t>Хоч і не любиш ти мене,&lt;br /&gt;</w:t>
        <w:br/>
        <w:t>Не впав я в безнадію.&lt;br /&gt;</w:t>
        <w:br/>
        <w:t>В лице твоє дивлюсь ясне&lt;br /&gt;</w:t>
        <w:br/>
        <w:t>І, мов король, радію.&lt;br /&gt;</w:t>
        <w:br/>
        <w:t>Уста щебечуть медяні&lt;br /&gt;</w:t>
        <w:br/>
        <w:t>Про ненависть невпинно.&lt;br /&gt;</w:t>
        <w:br/>
        <w:t>Дозволь їх цілувать мені —&lt;br /&gt;</w:t>
        <w:br/>
        <w:t>І втішусь я, дитино.</w:t>
      </w:r>
    </w:p>
    <w:p>
      <w:r>
        <w:br/>
        <w:t>Мила, я не знаю, хто ти —&lt;br /&gt;</w:t>
        <w:br/>
        <w:t>Чи не мрія, не мана,&lt;br /&gt;</w:t>
        <w:br/>
        <w:t>Що поету в день спекоти&lt;br /&gt;</w:t>
        <w:br/>
        <w:t>Появляється вона?&lt;br /&gt;</w:t>
        <w:br/>
        <w:t>Ні, поет створить не зможе&lt;br /&gt;</w:t>
        <w:br/>
        <w:t>Ні в уяві, ані в сні&lt;br /&gt;</w:t>
        <w:br/>
        <w:t>Ці уста і личко гоже,&lt;br /&gt;</w:t>
        <w:br/>
        <w:t>Оченята ці ясні.&lt;br /&gt;</w:t>
        <w:br/>
        <w:t>Він драконів та вампірів,&lt;br /&gt;</w:t>
        <w:br/>
        <w:t>Та потвор, та всяку бридь,&lt;br /&gt;</w:t>
        <w:br/>
        <w:t>Та жахних казкових звірів&lt;br /&gt;</w:t>
        <w:br/>
        <w:t>Може в помислі створить.&lt;br /&gt;</w:t>
        <w:br/>
        <w:t>А твоє лукавство гоже,&lt;br /&gt;</w:t>
        <w:br/>
        <w:t>Блиск чарівної брехні&lt;br /&gt;</w:t>
        <w:br/>
        <w:t>Він створить ніяк не зможе&lt;br /&gt;</w:t>
        <w:br/>
        <w:t>Ні в уяві, ані в сні.</w:t>
      </w:r>
    </w:p>
    <w:p>
      <w:r>
        <w:br/>
        <w:t>* * *</w:t>
      </w:r>
    </w:p>
    <w:p>
      <w:r>
        <w:br/>
        <w:t>А я не вірю в небо,&lt;br /&gt;</w:t>
        <w:br/>
        <w:t>Хоч попик каже,— гріх,&lt;br /&gt;</w:t>
        <w:br/>
        <w:t>Я вірю в твої очі —&lt;br /&gt;</w:t>
        <w:br/>
        <w:t>Небесне світло в них.&lt;br /&gt;</w:t>
        <w:br/>
        <w:t>Я в бога теж не вірю,&lt;br /&gt;</w:t>
        <w:br/>
        <w:t>Хоч попик каже — гріх;&lt;br /&gt;</w:t>
        <w:br/>
        <w:t>Я вірю в твоє серце,&lt;br /&gt;</w:t>
        <w:br/>
        <w:t>Це бог богів моїх.&lt;br /&gt;</w:t>
        <w:br/>
        <w:t>Я в сили злі не вірю,&lt;br /&gt;</w:t>
        <w:br/>
        <w:t>Хоч кажуть, що пекло є;&lt;br /&gt;</w:t>
        <w:br/>
        <w:t>Я вірю в твої очі&lt;br /&gt;</w:t>
        <w:br/>
        <w:t>І в серце лихе твоє.</w:t>
      </w:r>
    </w:p>
    <w:p>
      <w:r>
        <w:br/>
        <w:t>* # *</w:t>
      </w:r>
    </w:p>
    <w:p>
      <w:r>
        <w:br/>
        <w:t>Мій гнів минув, біль серце розітнув.&lt;br /&gt;</w:t>
        <w:br/>
        <w:t>Хай ти вже не моя — мій гнів минув.&lt;br /&gt;</w:t>
        <w:br/>
        <w:t>Хоч сяйво б'є з твоїх прекрасних віч,&lt;br /&gt;</w:t>
        <w:br/>
        <w:t>У тебе в серці безпросвітна ніч.&lt;br /&gt;</w:t>
        <w:br/>
        <w:t>Я знаю це. Я бачив уві сні,&lt;br /&gt;</w:t>
        <w:br/>
        <w:t>Що ніч в твоєму серці, в глибині,&lt;br /&gt;</w:t>
        <w:br/>
        <w:t>І що його згриза страждань змія,—&lt;br /&gt;</w:t>
        <w:br/>
        <w:t>Яка ти нещаслива, бачив я.</w:t>
      </w:r>
    </w:p>
    <w:p>
      <w:r>
        <w:br/>
        <w:t>* * *</w:t>
      </w:r>
    </w:p>
    <w:p>
      <w:r>
        <w:br/>
        <w:t>Мовби з піни хвиль родилася,&lt;br /&gt;</w:t>
        <w:br/>
        <w:t>У красі своїй ясна,&lt;br /&gt;</w:t>
        <w:br/>
        <w:t>З невідомим заручилася,&lt;br /&gt;</w:t>
        <w:br/>
        <w:t>Одружилася вона.&lt;br /&gt;</w:t>
        <w:br/>
        <w:t>Серце многотерпеливеє,&lt;br /&gt;</w:t>
        <w:br/>
        <w:t>Затамуй і сум, і плач;&lt;br /&gt;</w:t>
        <w:br/>
        <w:t>Глупоту і зраду милої —&lt;br /&gt;</w:t>
        <w:br/>
        <w:t>Все прийми і все пробач.&lt;br /&gt;</w:t>
        <w:br/>
        <w:t>Так, ти нещасна, і мій гнів погас,&lt;br /&gt;</w:t>
        <w:br/>
        <w:t>Нещасні ми удвох, любов моя.&lt;br /&gt;</w:t>
        <w:br/>
        <w:t>Аж доки смерть серця розіб'є в нас,&lt;br /&gt;</w:t>
        <w:br/>
        <w:t>Нещасні ми удвох, любов моя.&lt;br /&gt;</w:t>
        <w:br/>
        <w:t>Я бачу глум в куточках уст і сміх,&lt;br /&gt;</w:t>
        <w:br/>
        <w:t>В очах упертість блискає твоя.&lt;br /&gt;</w:t>
        <w:br/>
        <w:t>Хай гордість в грудях ще живе твоїх,&lt;br /&gt;</w:t>
        <w:br/>
        <w:t>Ти все ж нещасна, як нещасний я.&lt;br /&gt;</w:t>
        <w:br/>
        <w:t>Уста страждання спалює й в'ялить,&lt;br /&gt;</w:t>
        <w:br/>
        <w:t>Огонь очей заллє сльоза твоя.&lt;br /&gt;</w:t>
        <w:br/>
        <w:t>У гордих грудях болю не злічить,&lt;br /&gt;</w:t>
        <w:br/>
        <w:t>Нещасні ми удвох, любов моя.</w:t>
      </w:r>
    </w:p>
    <w:p>
      <w:r>
        <w:br/>
        <w:t>* # *</w:t>
      </w:r>
    </w:p>
    <w:p>
      <w:r>
        <w:br/>
        <w:t>І скрипка, і флейта грає,&lt;br /&gt;</w:t>
        <w:br/>
        <w:t>Сурма іскристо б'є,&lt;br /&gt;</w:t>
        <w:br/>
        <w:t>Весільної починає&lt;br /&gt;</w:t>
        <w:br/>
        <w:t>Дівча — кохання моє.&lt;br /&gt;</w:t>
        <w:br/>
        <w:t>Розсипали дзвони й грози&lt;br /&gt;</w:t>
        <w:br/>
        <w:t>Литаврщик і сурмач,&lt;br /&gt;</w:t>
        <w:br/>
        <w:t>В них чути стогін, і сльози,&lt;br /&gt;</w:t>
        <w:br/>
        <w:t>І добрих ангелів плач.</w:t>
      </w:r>
    </w:p>
    <w:p>
      <w:r>
        <w:br/>
        <w:t>* * *</w:t>
      </w:r>
    </w:p>
    <w:p>
      <w:r>
        <w:br/>
        <w:t>Ти все забула — й мале, й велике,&lt;br /&gt;</w:t>
        <w:br/>
        <w:t>И що серце мені віддала навіки,&lt;br /&gt;</w:t>
        <w:br/>
        <w:t>Маленьке, ніжне й фальшиве твоє,—&lt;br /&gt;</w:t>
        <w:br/>
        <w:t>Чи де ще ніжніші й фальшивіші є?&lt;br /&gt;</w:t>
        <w:br/>
        <w:t>Забула кохання і біль великий,&lt;br /&gt;</w:t>
        <w:br/>
        <w:t>Що серце вбили моє навіки,—&lt;br /&gt;</w:t>
        <w:br/>
        <w:t>Що більше було, кохання чи біль?&lt;br /&gt;</w:t>
        <w:br/>
        <w:t>Не варто гадати, шкода й зусиль!&lt;br /&gt;</w:t>
        <w:br/>
        <w:t>Щоб квіти довідались пишні,&lt;br /&gt;</w:t>
        <w:br/>
        <w:t>Як серце болить мені,&lt;br /&gt;</w:t>
        <w:br/>
        <w:t>Заплакали б, невтішні,&lt;br /&gt;</w:t>
        <w:br/>
        <w:t>Від болю мого, смутні.&lt;br /&gt;</w:t>
        <w:br/>
        <w:t>Що серце у мене хворе,&lt;br /&gt;</w:t>
        <w:br/>
        <w:t>Знали б в саду солов'ї,&lt;br /&gt;</w:t>
        <w:br/>
        <w:t>Піснями печаль і горе&lt;br /&gt;</w:t>
        <w:br/>
        <w:t>Вилікували б мої.&lt;br /&gt;</w:t>
        <w:br/>
        <w:t>А знали б у високості&lt;br /&gt;</w:t>
        <w:br/>
        <w:t>Зірки, що біль мене гне,&lt;br /&gt;</w:t>
        <w:br/>
        <w:t>Вони б завітали в гості,&lt;br /&gt;</w:t>
        <w:br/>
        <w:t>Розважили б мене.&lt;br /&gt;</w:t>
        <w:br/>
        <w:t>Та звідки їм знати все це?&lt;br /&gt;</w:t>
        <w:br/>
        <w:t>Одна лиш знає мій біль —&lt;br /&gt;</w:t>
        <w:br/>
        <w:t>Та, що розбила серце,&lt;br /&gt;</w:t>
        <w:br/>
        <w:t>Розбила без зусиль.</w:t>
      </w:r>
    </w:p>
    <w:p>
      <w:r>
        <w:br/>
        <w:t>Чому троянди немов неживі,.&lt;br /&gt;</w:t>
        <w:br/>
        <w:t>Кохана, скажи мені?&lt;br /&gt;</w:t>
        <w:br/>
        <w:t>Чому, скажи, в зеленій траві&lt;br /&gt;</w:t>
        <w:br/>
        <w:t>Фіалки такі мовчазні? &lt; &amp;#191;1&lt;br /&gt;</w:t>
        <w:br/>
        <w:t>Чому такчгірко дзвенить і співа&lt;br /&gt;</w:t>
        <w:br/>
        <w:t>Жайворонком блакить?&lt;br /&gt;</w:t>
        <w:br/>
        <w:t>Чому в своєму диханні трава&lt;br /&gt;</w:t>
        <w:br/>
        <w:t>Тління і смерть таїть?&lt;br /&gt;</w:t>
        <w:br/>
        <w:t>Чому холодне сонце поля&lt;br /&gt;</w:t>
        <w:br/>
        <w:t>В задумі похмурій мина?&lt;br /&gt;</w:t>
        <w:br/>
        <w:t>Чому така пустельна земля&lt;br /&gt;</w:t>
        <w:br/>
        <w:t>І сіра, мов труна?* ^&lt;br /&gt;</w:t>
        <w:br/>
        <w:t>Чому мене, мов безумця, в пітьму&lt;br /&gt;</w:t>
        <w:br/>
        <w:t>Моя печаль жене? &lt; ' ^&lt;br /&gt;</w:t>
        <w:br/>
        <w:t>Скажи, кохана моя, чому&lt;br /&gt;</w:t>
        <w:br/>
        <w:t>Покинула ти мене?&lt;br /&gt;</w:t>
        <w:br/>
        <w:t>Не дивуйте мені, дюди,&lt;br /&gt;</w:t>
        <w:br/>
        <w:t>Що струна гіркої туги&lt;br /&gt;</w:t>
        <w:br/>
        <w:t>Ще й тепер бринить виразно,&lt;br /&gt;</w:t>
        <w:br/>
        <w:t>Хоч завів я співи другі.&lt;br /&gt;</w:t>
        <w:br/>
        <w:t>Ось пождіть, замовтсне хутко&lt;br /&gt;</w:t>
        <w:br/>
        <w:t>Ця луна журби сумна,&lt;br /&gt;</w:t>
        <w:br/>
        <w:t>І в загоєному серці&lt;br /&gt;</w:t>
        <w:br/>
        <w:t>Зацвіте весна нова.</w:t>
      </w:r>
    </w:p>
    <w:p>
      <w:r>
        <w:br/>
        <w:t>* * *&lt;br /&gt;</w:t>
        <w:br/>
        <w:t>Колись ми з дівчиною двоє кохались,&lt;br /&gt;</w:t>
        <w:br/>
        <w:t>Одначе поводились завжди гаразд;&lt;br /&gt;</w:t>
        <w:br/>
        <w:t>Не раз "в чоловіка та жінку" ми грались,—&lt;br /&gt;</w:t>
        <w:br/>
        <w:t>Ні сварки у нас не було, ні образ.&lt;br /&gt;</w:t>
        <w:br/>
        <w:t>Ми з нею удвох жартували, втішались,&lt;br /&gt;</w:t>
        <w:br/>
        <w:t>Та все цілувались собі, милувались.&lt;br /&gt;</w:t>
        <w:br/>
        <w:t>Пустуючи так, немов діточок двоє,&lt;br /&gt;</w:t>
        <w:br/>
        <w:t>"Ховатись" ми здумали в лісі та в полі,—&lt;br /&gt;</w:t>
        <w:br/>
        <w:t>І так заховались мудро обоє,&lt;br /&gt;</w:t>
        <w:br/>
        <w:t>Що потім уже не знайшлися ніколи.</w:t>
      </w:r>
    </w:p>
    <w:p>
      <w:r>
        <w:br/>
        <w:t>* * *&lt;br /&gt;</w:t>
        <w:br/>
        <w:t>Була ти найдовше вірна,&lt;br /&gt;</w:t>
        <w:br/>
        <w:t>Себе позбавляла спокою&lt;br /&gt;</w:t>
        <w:br/>
        <w:t>І турбувалася мною&lt;br /&gt;</w:t>
        <w:br/>
        <w:t>У скруті моїй безмірній.&lt;br /&gt;</w:t>
        <w:br/>
        <w:t>Мене харчувала, сірому,&lt;br /&gt;</w:t>
        <w:br/>
        <w:t>І гроші позичала,&lt;br /&gt;</w:t>
        <w:br/>
        <w:t>Білизну і пашпорт придбала&lt;br /&gt;</w:t>
        <w:br/>
        <w:t>Коли виїздив я з дому.&lt;br /&gt;</w:t>
        <w:br/>
        <w:t>Хай бог береже тебе, мила,&lt;br /&gt;</w:t>
        <w:br/>
        <w:t>Від спеки і від застуди&lt;br /&gt;</w:t>
        <w:br/>
        <w:t>И помщатись за те не буде,&lt;br /&gt;</w:t>
        <w:br/>
        <w:t>Що ти для мене зробила.</w:t>
      </w:r>
    </w:p>
    <w:p>
      <w:r>
        <w:br/>
        <w:t>* * *&lt;br /&gt;</w:t>
        <w:br/>
        <w:t>І поки я довга літав,і блукав,&lt;br /&gt;</w:t>
        <w:br/>
        <w:t>І щастя свого по чужянах шукав,&lt;br /&gt;</w:t>
        <w:br/>
        <w:t>Коханій моїй урвався терпець"&lt;br /&gt;</w:t>
        <w:br/>
        <w:t>І вона пішла собі під вінець,&lt;br /&gt;</w:t>
        <w:br/>
        <w:t>І ніжним-и пригорнула руками&lt;br /&gt;</w:t>
        <w:br/>
        <w:t>Найдурнішото дурня між юнаками.&lt;br /&gt;</w:t>
        <w:br/>
        <w:t>Моя кохана ніжна й гарна,&lt;br /&gt;</w:t>
        <w:br/>
        <w:t>Про неї й досі я мрію марно.&lt;br /&gt;</w:t>
        <w:br/>
        <w:t>Блакитні очі і; щічки як жар&lt;br /&gt;</w:t>
        <w:br/>
        <w:t>Палають і мають все давній чар.&lt;br /&gt;</w:t>
        <w:br/>
        <w:t>Що я від неї відмовитись міг,&lt;br /&gt;</w:t>
        <w:br/>
        <w:t>Це найбільша дурниця з дурниць моїх.</w:t>
      </w:r>
    </w:p>
    <w:p>
      <w:r>
        <w:br/>
        <w:t>І сині фіалки її оченят,&lt;br /&gt;</w:t>
        <w:br/>
        <w:t>Троянди щічок і білі лілеї&lt;br /&gt;</w:t>
        <w:br/>
        <w:t>Маленьких ніжних її рученят&lt;br /&gt;</w:t>
        <w:br/>
        <w:t>Цвітуть, та цвітуть, і горять,&lt;br /&gt;</w:t>
        <w:br/>
        <w:t>І тільки еерце засохло у неї.</w:t>
      </w:r>
    </w:p>
    <w:p>
      <w:r>
        <w:br/>
        <w:t>Коли любов мою молоду&lt;br /&gt;</w:t>
        <w:br/>
        <w:t>Візьме сира могила,&lt;br /&gt;</w:t>
        <w:br/>
        <w:t>В могилу темну і я зійду,&lt;br /&gt;</w:t>
        <w:br/>
        <w:t>Схилюсь до тебе, мила.&lt;br /&gt;</w:t>
        <w:br/>
        <w:t>Я дико цілую тебе — ти моя,&lt;br /&gt;</w:t>
        <w:br/>
        <w:t>Холодна, німа без надії.&lt;br /&gt;</w:t>
        <w:br/>
        <w:t>Я плачу, тремчу і зітхаю я.&lt;br /&gt;</w:t>
        <w:br/>
        <w:t>І сам, як труп, холодію.&lt;br /&gt;</w:t>
        <w:br/>
        <w:t>Мерці устають — це півночі клич,&lt;br /&gt;</w:t>
        <w:br/>
        <w:t>Ось танці заводять, веселі,,&lt;br /&gt;</w:t>
        <w:br/>
        <w:t>А нас укрила темна ніч&lt;br /&gt;</w:t>
        <w:br/>
        <w:t>На нашій твердій постелі.&lt;br /&gt;</w:t>
        <w:br/>
        <w:t>Мерці на страшний підводяться суд,&lt;br /&gt;</w:t>
        <w:br/>
        <w:t>Він кличе до втіхи й мукш;&lt;br /&gt;</w:t>
        <w:br/>
        <w:t>А нам байдуже, нам хороше й тут,&lt;br /&gt;</w:t>
        <w:br/>
        <w:t>Сплелися наші руки.&lt;br /&gt;</w:t>
        <w:br/>
        <w:t>Самотній кедр на стромйні&lt;br /&gt;</w:t>
        <w:br/>
        <w:t>В північній стоїть стороні,&lt;br /&gt;</w:t>
        <w:br/>
        <w:t>І кригою, й снігой укритий,&lt;br /&gt;</w:t>
        <w:br/>
        <w:t>Дрімає і мріє вві сні.&lt;br /&gt;</w:t>
        <w:br/>
        <w:t>І бачить він сон про пальму,&lt;br /&gt;</w:t>
        <w:br/>
        <w:t>Що десь у південній землі&lt;br /&gt;</w:t>
        <w:br/>
        <w:t>Сумує в німій самотині&lt;br /&gt;</w:t>
        <w:br/>
        <w:t>На спаленій сонцем скалі.</w:t>
      </w:r>
    </w:p>
    <w:p>
      <w:r>
        <w:br/>
        <w:t>* * *&lt;br /&gt;</w:t>
        <w:br/>
        <w:t>Філістери, вбрані на свято,&lt;br /&gt;</w:t>
        <w:br/>
        <w:t>Ідуть в поля і ліси,&lt;br /&gt;</w:t>
        <w:br/>
        <w:t>Стрибають, немов цапенята,&lt;br /&gt;</w:t>
        <w:br/>
        <w:t>Сп'янілі геть від краси.&lt;br /&gt;</w:t>
        <w:br/>
        <w:t>Захоплено спостерігають,&lt;br /&gt;</w:t>
        <w:br/>
        <w:t>Як світ романтично зацвів,&lt;br /&gt;</w:t>
        <w:br/>
        <w:t>І довгим вухом вбирають&lt;br /&gt;</w:t>
        <w:br/>
        <w:t>Дзвінкі пісні шпаків.&lt;br /&gt;</w:t>
        <w:br/>
        <w:t>Я ж чорним серпанком з кімнати&lt;br /&gt;</w:t>
        <w:br/>
        <w:t>Завісив своє вікно;&lt;br /&gt;</w:t>
        <w:br/>
        <w:t>Привиддя мене вітати&lt;br /&gt;</w:t>
        <w:br/>
        <w:t>І вдень приходить давно.&lt;br /&gt;</w:t>
        <w:br/>
        <w:t>З могили тінню сумною&lt;br /&gt;</w:t>
        <w:br/>
        <w:t>Кохання давнє встає,—&lt;br /&gt;</w:t>
        <w:br/>
        <w:t>Сидить, і плаче зо мною,&lt;br /&gt;</w:t>
        <w:br/>
        <w:t>Й зворушує серце моє.</w:t>
      </w:r>
    </w:p>
    <w:p>
      <w:r>
        <w:br/>
        <w:t>* * *&lt;br /&gt;</w:t>
        <w:br/>
        <w:t>Кохає дівчину хлопець,&lt;br /&gt;</w:t>
        <w:br/>
        <w:t>А в дівчини інший є;&lt;br /&gt;</w:t>
        <w:br/>
        <w:t>Той інший кохає іншу&lt;br /&gt;</w:t>
        <w:br/>
        <w:t>І з нею до шлюбу стає.&lt;br /&gt;</w:t>
        <w:br/>
        <w:t>І дівчина з горя заміж&lt;br /&gt;</w:t>
        <w:br/>
        <w:t>За першого стрічного йде.&lt;br /&gt;</w:t>
        <w:br/>
        <w:t>Карається й тужить хлопець&lt;br /&gt;</w:t>
        <w:br/>
        <w:t>І щастя вже не жде.&lt;br /&gt;</w:t>
        <w:br/>
        <w:t>Стара ця байка чи казка,&lt;br /&gt;</w:t>
        <w:br/>
        <w:t>А все завжди нова:&lt;br /&gt;</w:t>
        <w:br/>
        <w:t>Як станеться з ким — надвоє&lt;br /&gt;</w:t>
        <w:br/>
        <w:t>Серце тому розбива.</w:t>
      </w:r>
    </w:p>
    <w:p>
      <w:r>
        <w:br/>
        <w:t>* * *</w:t>
      </w:r>
    </w:p>
    <w:p>
      <w:r>
        <w:br/>
        <w:t>Я бачив дочку королівську вві сні,&lt;br /&gt;</w:t>
        <w:br/>
        <w:t>В сльозах були її очі.&lt;br /&gt;</w:t>
        <w:br/>
        <w:t>Під липою, злившись в обійми сумні,&lt;br /&gt;</w:t>
        <w:br/>
        <w:t>Сиділи ми серед ночі.&lt;br /&gt;</w:t>
        <w:br/>
        <w:t>"Ні трон твого батька не вабить мене,&lt;br /&gt;</w:t>
        <w:br/>
        <w:t>Ні слава його, ні сила,&lt;br /&gt;</w:t>
        <w:br/>
        <w:t>Ні діаманти, ні злото ясне,—&lt;br /&gt;</w:t>
        <w:br/>
        <w:t>Я прагну тебе, моя мила!"&lt;br /&gt;</w:t>
        <w:br/>
        <w:t>"Про це ти забудь, про це мовчи,—&lt;br /&gt;</w:t>
        <w:br/>
        <w:t>В могилі лежу я, друже,&lt;br /&gt;</w:t>
        <w:br/>
        <w:t>Й приходжу до тебе тільки вночі,&lt;br /&gt;</w:t>
        <w:br/>
        <w:t>Бо я люблю тебе дуже".&lt;br /&gt;</w:t>
        <w:br/>
        <w:t>* * *&lt;br /&gt;</w:t>
        <w:br/>
        <w:t>Тебе я люблю і любитиму вік!&lt;br /&gt;</w:t>
        <w:br/>
        <w:t>Хай навіть весь світ западеться,&lt;br /&gt;</w:t>
        <w:br/>
        <w:t>Любові моєї вогненний потік&lt;br /&gt;</w:t>
        <w:br/>
        <w:t>До тебе й крізь хаос прорветься.&lt;br /&gt;</w:t>
        <w:br/>
        <w:t>* * *&lt;br /&gt;</w:t>
        <w:br/>
        <w:t>Вони мене дражнили,&lt;br /&gt;</w:t>
        <w:br/>
        <w:t>До серця дійняли,&lt;br /&gt;</w:t>
        <w:br/>
        <w:t>Одні тим, що любили,&lt;br /&gt;</w:t>
        <w:br/>
        <w:t>Другі тим, що кляли.&lt;br /&gt;</w:t>
        <w:br/>
        <w:t>Вони мені до всього&lt;br /&gt;</w:t>
        <w:br/>
        <w:t>Отрути, долили,&lt;br /&gt;</w:t>
        <w:br/>
        <w:t>Одні тим, що любили,&lt;br /&gt;</w:t>
        <w:br/>
        <w:t>Другі тим, що кляли.&lt;br /&gt;</w:t>
        <w:br/>
        <w:t>Котра ж мені найбільший&lt;br /&gt;</w:t>
        <w:br/>
        <w:t>Жаль серцю завдала,—&lt;br /&gt;</w:t>
        <w:br/>
        <w:t>То тая не любила&lt;br /&gt;</w:t>
        <w:br/>
        <w:t>Мене і не кляла!..&lt;br /&gt;</w:t>
        <w:br/>
        <w:t>На личку в тебе літо,&lt;br /&gt;</w:t>
        <w:br/>
        <w:t>Неначе жар горить,&lt;br /&gt;</w:t>
        <w:br/>
        <w:t>Але в малім твоїм серці&lt;br /&gt;</w:t>
        <w:br/>
        <w:t>Зима, зима лежить.&lt;br /&gt;</w:t>
        <w:br/>
        <w:t>Нічого в цьоу світі&lt;br /&gt;</w:t>
        <w:br/>
        <w:t>Тривалого нема —&lt;br /&gt;</w:t>
        <w:br/>
        <w:t>Палатиме в серці літо,&lt;br /&gt;</w:t>
        <w:br/>
        <w:t>А личко зв'ялить зима.</w:t>
      </w:r>
    </w:p>
    <w:p>
      <w:r>
        <w:br/>
        <w:t>* * *&lt;br /&gt;</w:t>
        <w:br/>
        <w:t>Коли розлучаються двоє,&lt;br /&gt;</w:t>
        <w:br/>
        <w:t>За руки беруться вони,&lt;br /&gt;</w:t>
        <w:br/>
        <w:t>І плачуть, і тяжко зітхають,&lt;br /&gt;</w:t>
        <w:br/>
        <w:t>Без ліку зітхають, смутні.&lt;br /&gt;</w:t>
        <w:br/>
        <w:t>З тобою ми вдвох не зітхали,&lt;br /&gt;</w:t>
        <w:br/>
        <w:t>Ніколи не плакали ми;&lt;br /&gt;</w:t>
        <w:br/>
        <w:t>Той сум, оті тяжкі зітхання&lt;br /&gt;</w:t>
        <w:br/>
        <w:t>Прийшли до нас згодом самі.</w:t>
      </w:r>
    </w:p>
    <w:p>
      <w:r>
        <w:br/>
        <w:t>* * *&lt;br /&gt;</w:t>
        <w:br/>
        <w:t>Вони за столом чаювали&lt;br /&gt;</w:t>
        <w:br/>
        <w:t>И плели про любов плітки.&lt;br /&gt;</w:t>
        <w:br/>
        <w:t>Чуття в ній жінки вбачали,&lt;br /&gt;</w:t>
        <w:br/>
        <w:t>Естетику — чоловіки.&lt;br /&gt;</w:t>
        <w:br/>
        <w:t>"Кохати слід платонічно",—&lt;br /&gt;</w:t>
        <w:br/>
        <w:t>Надвірний радник прорік.&lt;br /&gt;</w:t>
        <w:br/>
        <w:t>Вклонилася іронічно&lt;br /&gt;</w:t>
        <w:br/>
        <w:t>Дружина в його бік.&lt;br /&gt;</w:t>
        <w:br/>
        <w:t>Священник мовив повчально:&lt;br /&gt;</w:t>
        <w:br/>
        <w:t>"Здоров'я не береже&lt;br /&gt;</w:t>
        <w:br/>
        <w:t>Той, хто кохає брутально..."&lt;br /&gt;</w:t>
        <w:br/>
        <w:t>Панянка сказала: "Невже?!"&lt;br /&gt;</w:t>
        <w:br/>
        <w:t>"Коханців пристрасть єднаєі"&lt;br /&gt;</w:t>
        <w:br/>
        <w:t>Озвалась графиня сумна.&lt;br /&gt;</w:t>
        <w:br/>
        <w:t>Зітхнула й баронові чаю&lt;br /&gt;</w:t>
        <w:br/>
        <w:t>В цей час подала вона.&lt;br /&gt;</w:t>
        <w:br/>
        <w:t>0 як тебе бракувало&lt;br /&gt;</w:t>
        <w:br/>
        <w:t>При чаюванні тім!&lt;br /&gt;</w:t>
        <w:br/>
        <w:t>Ти б, люба, розказала&lt;br /&gt;</w:t>
        <w:br/>
        <w:t>Про власне кохання їм.</w:t>
      </w:r>
    </w:p>
    <w:p>
      <w:r>
        <w:br/>
        <w:t>З пісень моїх плине отрута,&lt;br /&gt;</w:t>
        <w:br/>
        <w:t>Інакших не знаю я.&lt;br /&gt;</w:t>
        <w:br/>
        <w:t>Отрути до мого серця&lt;br /&gt;</w:t>
        <w:br/>
        <w:t>Влила ти, кохана моя.&lt;br /&gt;</w:t>
        <w:br/>
        <w:t>З пісень моїх шшне отрута,&lt;br /&gt;</w:t>
        <w:br/>
        <w:t>Інакших не знаю я,&lt;br /&gt;</w:t>
        <w:br/>
        <w:t>Бо в серці у мене змії&lt;br /&gt;</w:t>
        <w:br/>
        <w:t>1 ть, кохана моя.</w:t>
      </w:r>
    </w:p>
    <w:p>
      <w:r>
        <w:br/>
        <w:t>В тяжкому сні я плакав:&lt;br /&gt;</w:t>
        <w:br/>
        <w:t>Побачив тебе я в труні.&lt;br /&gt;</w:t>
        <w:br/>
        <w:t>Прокинувсь, а сльози в мене&lt;br /&gt;</w:t>
        <w:br/>
        <w:t>Ще ллються з очей рясні.&lt;br /&gt;</w:t>
        <w:br/>
        <w:t>В тяжкому сні я плакав:&lt;br /&gt;</w:t>
        <w:br/>
        <w:t>Приснилось — ти не моя.&lt;br /&gt;</w:t>
        <w:br/>
        <w:t>Прокинувся і ще довго&lt;br /&gt;</w:t>
        <w:br/>
        <w:t>І гірко плакав я.&lt;br /&gt;</w:t>
        <w:br/>
        <w:t>В тяжкому сні я плакав:&lt;br /&gt;</w:t>
        <w:br/>
        <w:t>Приснилось — тибудеш любить.&lt;br /&gt;</w:t>
        <w:br/>
        <w:t>Прокинувсь я і досі&lt;br /&gt;</w:t>
        <w:br/>
        <w:t>Не можу сліз спинить.</w:t>
      </w:r>
    </w:p>
    <w:p>
      <w:r>
        <w:br/>
        <w:t>* * *</w:t>
      </w:r>
    </w:p>
    <w:p>
      <w:r>
        <w:br/>
        <w:t>Осінній вітер хитає&lt;br /&gt;</w:t>
        <w:br/>
        <w:t>Дерева мокрі вночі;&lt;br /&gt;</w:t>
        <w:br/>
        <w:t>Я їду лісом самотній&lt;br /&gt;</w:t>
        <w:br/>
        <w:t>В сірім промоклім плащі.&lt;br /&gt;</w:t>
        <w:br/>
        <w:t>Я їду собі, а мрія&lt;br /&gt;</w:t>
        <w:br/>
        <w:t>Попереду мене пливе,&lt;br /&gt;</w:t>
        <w:br/>
        <w:t>Несе мене легко в повітрі&lt;br /&gt;</w:t>
        <w:br/>
        <w:t>До дому, де мила живе.&lt;br /&gt;</w:t>
        <w:br/>
        <w:t>Собаки гавкають, слуги&lt;br /&gt;</w:t>
        <w:br/>
        <w:t>Виходять з вогнем зустрічать;&lt;br /&gt;</w:t>
        <w:br/>
        <w:t>Лечу я вгору по сходах —&lt;br /&gt;</w:t>
        <w:br/>
        <w:t>Тільки остроги бряжчать.&lt;br /&gt;</w:t>
        <w:br/>
        <w:t>В привітній теплій кімнаті,&lt;br /&gt;</w:t>
        <w:br/>
        <w:t>Де пахощі й килими,&lt;br /&gt;</w:t>
        <w:br/>
        <w:t>Чекає мене красуня —&lt;br /&gt;</w:t>
        <w:br/>
        <w:t>І ось обнялися ми!&lt;br /&gt;</w:t>
        <w:br/>
        <w:t>Між листям вітер шепоче,&lt;br /&gt;</w:t>
        <w:br/>
        <w:t>А дуб шелестить листом:&lt;br /&gt;</w:t>
        <w:br/>
        <w:t>Куди ж ти, безпам'ятний хлопче,&lt;br /&gt;</w:t>
        <w:br/>
        <w:t>З твоїм безпам'ятним сном?</w:t>
      </w:r>
    </w:p>
    <w:p>
      <w:r>
        <w:br/>
        <w:t>* * *</w:t>
      </w:r>
    </w:p>
    <w:p>
      <w:r>
        <w:br/>
        <w:t>Зоря упала в прірву&lt;br /&gt;</w:t>
        <w:br/>
        <w:t>З небесної течії!&lt;br /&gt;</w:t>
        <w:br/>
        <w:t>Була то зоря кохання,&lt;br /&gt;</w:t>
        <w:br/>
        <w:t>І я впізнав її.&lt;br /&gt;</w:t>
        <w:br/>
        <w:t>Опало з яблуні листя&lt;br /&gt;</w:t>
        <w:br/>
        <w:t>І цвіт на землю сиру!&lt;br /&gt;</w:t>
        <w:br/>
        <w:t>Вітри налітають скажені!&lt;br /&gt;</w:t>
        <w:br/>
        <w:t>І з ними заводять гру.&lt;br /&gt;</w:t>
        <w:br/>
        <w:t>Співає на ставі лебідь,&lt;br /&gt;</w:t>
        <w:br/>
        <w:t>Не чув я його давно,—&lt;br /&gt;</w:t>
        <w:br/>
        <w:t>Повільно згасає пісня,&lt;br /&gt;</w:t>
        <w:br/>
        <w:t>І лебідь іде на дно.&lt;br /&gt;</w:t>
        <w:br/>
        <w:t>Як темно! Зоря розпалась,&lt;br /&gt;</w:t>
        <w:br/>
        <w:t>Прокресливши в небі путь.&lt;br /&gt;</w:t>
        <w:br/>
        <w:t>І лебединої пісні&lt;br /&gt;</w:t>
        <w:br/>
        <w:t>Давно вже в тиші не чуть.</w:t>
      </w:r>
    </w:p>
    <w:p>
      <w:r>
        <w:br/>
        <w:t>* * *</w:t>
      </w:r>
    </w:p>
    <w:p>
      <w:r>
        <w:br/>
        <w:t>Ховає самогубців&lt;br /&gt;</w:t>
        <w:br/>
        <w:t>Здебільш на розпутті світ;&lt;br /&gt;</w:t>
        <w:br/>
        <w:t>Зростає там синя квітка,&lt;br /&gt;</w:t>
        <w:br/>
        <w:t>Грішників смертний цвіт.&lt;br /&gt;</w:t>
        <w:br/>
        <w:t>Зітхаю я на розпутті,&lt;br /&gt;</w:t>
        <w:br/>
        <w:t>Ніч — і на серці гніт.&lt;br /&gt;</w:t>
        <w:br/>
        <w:t>Колишеться в місячнім сяйві&lt;br /&gt;</w:t>
        <w:br/>
        <w:t>Грішників смертний цвіт.</w:t>
      </w:r>
    </w:p>
    <w:p>
      <w:r>
        <w:br/>
        <w:t>Ніч на очах лежала,&lt;br /&gt;</w:t>
        <w:br/>
        <w:t>Уста свинець скував...&lt;br /&gt;</w:t>
        <w:br/>
        <w:t>Я німим умом і серцем&lt;br /&gt;</w:t>
        <w:br/>
        <w:t>В гробі на дні я спав.&lt;br /&gt;</w:t>
        <w:br/>
        <w:t>Не знаю й сам, як довго&lt;br /&gt;</w:t>
        <w:br/>
        <w:t>Спав я в сирій землі...&lt;br /&gt;</w:t>
        <w:br/>
        <w:t>Прокинувсь, бо в могилу&lt;br /&gt;</w:t>
        <w:br/>
        <w:t>Постукав хтось мені,&lt;br /&gt;</w:t>
        <w:br/>
        <w:t>"Може, ти встав би, Генріх?&lt;br /&gt;</w:t>
        <w:br/>
        <w:t>Надходить вічний день,—&lt;br /&gt;</w:t>
        <w:br/>
        <w:t>Мерці вже повставали&lt;br /&gt;</w:t>
        <w:br/>
        <w:t>Для радісних пісень".&lt;br /&gt;</w:t>
        <w:br/>
        <w:t>"Кохана, як я встану?&lt;br /&gt;</w:t>
        <w:br/>
        <w:t>В мене ж очей нема,—&lt;br /&gt;</w:t>
        <w:br/>
        <w:t>Я вилляв їх сльозами,&lt;br /&gt;</w:t>
        <w:br/>
        <w:t>А в ямах вічна тьма".&lt;br /&gt;</w:t>
        <w:br/>
        <w:t>"А я зцілую, Генріх,&lt;br /&gt;</w:t>
        <w:br/>
        <w:t>Ніч із очей твоїх, *&lt;br /&gt;</w:t>
        <w:br/>
        <w:t>Ти янголів побачиш,&lt;br /&gt;</w:t>
        <w:br/>
        <w:t>Побачиш небо втіх".&lt;br /&gt;</w:t>
        <w:br/>
        <w:t>"Кохана, як я встану?&lt;br /&gt;</w:t>
        <w:br/>
        <w:t>Ще з серця кров тече,&lt;br /&gt;</w:t>
        <w:br/>
        <w:t>Там, де його вкололо&lt;br /&gt;</w:t>
        <w:br/>
        <w:t>Гостре твоє слівце".&lt;br /&gt;</w:t>
        <w:br/>
        <w:t>"А я до серця, Генріх,&lt;br /&gt;</w:t>
        <w:br/>
        <w:t>Долоню притулю,&lt;br /&gt;</w:t>
        <w:br/>
        <w:t>Загою в серці болі,&lt;br /&gt;</w:t>
        <w:br/>
        <w:t>Втамую кров твою".&lt;br /&gt;</w:t>
        <w:br/>
        <w:t>"Кохана, як ж встайу?&lt;br /&gt;</w:t>
        <w:br/>
        <w:t>Кривава й сшрсомь моя,—&lt;br /&gt;</w:t>
        <w:br/>
        <w:t>Як я зоставсь без тебе,&lt;br /&gt;</w:t>
        <w:br/>
        <w:t>її прострелив я".&lt;br /&gt;</w:t>
        <w:br/>
        <w:t>"Своїм всшоесям, Генріх,&lt;br /&gt;</w:t>
        <w:br/>
        <w:t>Я рану затужи&lt;br /&gt;</w:t>
        <w:br/>
        <w:t>І вилікую, любий,&lt;br /&gt;</w:t>
        <w:br/>
        <w:t>Голівоньку твою",&lt;br /&gt;</w:t>
        <w:br/>
        <w:t>І так благала щиро,—&lt;br /&gt;</w:t>
        <w:br/>
        <w:t>Я витримать не міг,&lt;br /&gt;</w:t>
        <w:br/>
        <w:t>Хотів помалу встати&lt;br /&gt;</w:t>
        <w:br/>
        <w:t>І впасти їй до діг_&lt;br /&gt;</w:t>
        <w:br/>
        <w:t>Та враз одкрились рани,—&lt;br /&gt;</w:t>
        <w:br/>
        <w:t>Знов буйно кров моя&lt;br /&gt;</w:t>
        <w:br/>
        <w:t>Із ран моїх рвонулась —&lt;br /&gt;</w:t>
        <w:br/>
        <w:t>І тут прокинувсь я.</w:t>
      </w:r>
    </w:p>
    <w:p>
      <w:r>
        <w:br/>
        <w:t>Пісні старі й недобрі,&lt;br /&gt;</w:t>
        <w:br/>
        <w:t>Гидкі й тривожні сни,&lt;br /&gt;</w:t>
        <w:br/>
        <w:t>Сьогодні ж нам потрібно&lt;br /&gt;</w:t>
        <w:br/>
        <w:t>Великої труни.&lt;br /&gt;</w:t>
        <w:br/>
        <w:t>Зробіть її й дивіться,&lt;br /&gt;</w:t>
        <w:br/>
        <w:t>Щоб не була тісна;&lt;br /&gt;</w:t>
        <w:br/>
        <w:t>Як гейдельберзька діжка,&lt;br /&gt;</w:t>
        <w:br/>
        <w:t>Повинна буть вона.&lt;br /&gt;</w:t>
        <w:br/>
        <w:t>Хай довжелезні мари&lt;br /&gt;</w:t>
        <w:br/>
        <w:t>З дощок міцних зіб'ють;&lt;br /&gt;</w:t>
        <w:br/>
        <w:t>Такі, як міст у Майнці,&lt;br /&gt;</w:t>
        <w:br/>
        <w:t>Вони повинні буть.&lt;br /&gt;</w:t>
        <w:br/>
        <w:t>Пришліть мужів дванадцять,&lt;br /&gt;</w:t>
        <w:br/>
        <w:t>Таких, як Христофор,&lt;br /&gt;</w:t>
        <w:br/>
        <w:t>Святий, що здавна в Кельні&lt;br /&gt;</w:t>
        <w:br/>
        <w:t>Прикрашує собор.&lt;br /&gt;</w:t>
        <w:br/>
        <w:t>Хай домовину втоплять&lt;br /&gt;</w:t>
        <w:br/>
        <w:t>У глибині морській.</w:t>
      </w:r>
    </w:p>
    <w:p>
      <w:r>
        <w:br/>
        <w:t>Яка труна велика,&lt;br /&gt;</w:t>
        <w:br/>
        <w:t>Така й могила їй.&lt;br /&gt;</w:t>
        <w:br/>
        <w:t>Чому труна велика?&lt;br /&gt;</w:t>
        <w:br/>
        <w:t>Скажу вам доладу:&lt;br /&gt;</w:t>
        <w:br/>
        <w:t>Я в ній своє кохання&lt;br /&gt;</w:t>
        <w:br/>
        <w:t>І біль свій покладу.</w:t>
      </w:r>
    </w:p>
    <w:p>
      <w:r>
        <w:br/>
        <w:t>ЗНОВУ НА БАТЬКІВЩИНІ&lt;br /&gt;</w:t>
        <w:br/>
        <w:t>* * *&lt;br /&gt;</w:t>
        <w:br/>
        <w:t>В темному житті моєму&lt;br /&gt;</w:t>
        <w:br/>
        <w:t>Сяяв образ чарівний.&lt;br /&gt;</w:t>
        <w:br/>
        <w:t>Згас давно той милий образ —&lt;br /&gt;</w:t>
        <w:br/>
        <w:t>Темна ніч в душі моїй.&lt;br /&gt;</w:t>
        <w:br/>
        <w:t>Якщо поночі сидіти&lt;br /&gt;</w:t>
        <w:br/>
        <w:t>Дітям трапиться малим,&lt;br /&gt;</w:t>
        <w:br/>
        <w:t>Переляк свій розганяють&lt;br /&gt;</w:t>
        <w:br/>
        <w:t>Діти співом голосним.&lt;br /&gt;</w:t>
        <w:br/>
        <w:t>Так я в темряві співаю,&lt;br /&gt;</w:t>
        <w:br/>
        <w:t>Мов дитя, в чеканні дня,—&lt;br /&gt;</w:t>
        <w:br/>
        <w:t>Пісня, може, й не весела,&lt;br /&gt;</w:t>
        <w:br/>
        <w:t>Але жах мій розганя.</w:t>
      </w:r>
    </w:p>
    <w:p>
      <w:r>
        <w:br/>
        <w:t>* * #</w:t>
      </w:r>
    </w:p>
    <w:p>
      <w:r>
        <w:br/>
        <w:t>Не знаю, що стало зо мною,&lt;br /&gt;</w:t>
        <w:br/>
        <w:t>Сумує серце моє,— *&lt;br /&gt;</w:t>
        <w:br/>
        <w:t>Мені ні сну, ні спокою&lt;br /&gt;</w:t>
        <w:br/>
        <w:t>Казка стара не дає.&lt;br /&gt;</w:t>
        <w:br/>
        <w:t>Повітря свіже—смеркає*&lt;br /&gt;</w:t>
        <w:br/>
        <w:t>Привільний Рейн затих;&lt;br /&gt;</w:t>
        <w:br/>
        <w:t>Вечірній промінь грає&lt;br /&gt;</w:t>
        <w:br/>
        <w:t>Ген на шпилях гірських.&lt;br /&gt;</w:t>
        <w:br/>
        <w:t>Незнана красуня на кручі&lt;br /&gt;</w:t>
        <w:br/>
        <w:t>Сидить у самоті,&lt;br /&gt;</w:t>
        <w:br/>
        <w:t>Упали на шати блискучі&lt;br /&gt;</w:t>
        <w:br/>
        <w:t>Коси її золоті,&lt;br /&gt;</w:t>
        <w:br/>
        <w:t>'••ЦЕ*&lt;br /&gt;</w:t>
        <w:br/>
        <w:t>Із золота гребінь має,&lt;br /&gt;</w:t>
        <w:br/>
        <w:t>І косу розчісує ним,&lt;br /&gt;</w:t>
        <w:br/>
        <w:t>І дикої пісні співає,&lt;br /&gt;</w:t>
        <w:br/>
        <w:t>Не співаної ніким.&lt;br /&gt;</w:t>
        <w:br/>
        <w:t>В човні рибалку в цю пору&lt;br /&gt;</w:t>
        <w:br/>
        <w:t>Поймає нестерпний біль,&lt;br /&gt;</w:t>
        <w:br/>
        <w:t>Він дивиться тільки вгору —&lt;br /&gt;</w:t>
        <w:br/>
        <w:t>Не бачить ні скель, ні хвиль.&lt;br /&gt;</w:t>
        <w:br/>
        <w:t>Зникають в потоці бурхливім&lt;br /&gt;</w:t>
        <w:br/>
        <w:t>І човен, і хлопець з очей,&lt;br /&gt;</w:t>
        <w:br/>
        <w:t>І все це своїм співом&lt;br /&gt;</w:t>
        <w:br/>
        <w:t>Зробила Лорелей.</w:t>
      </w:r>
    </w:p>
    <w:p>
      <w:r>
        <w:br/>
        <w:t>Смутне, смутне моє серце,&lt;br /&gt;</w:t>
        <w:br/>
        <w:t>Хоч радісне все у маю.&lt;br /&gt;</w:t>
        <w:br/>
        <w:t>А я на старім бастіоні,&lt;br /&gt;</w:t>
        <w:br/>
        <w:t>Зіпершись на липу, стою.&lt;br /&gt;</w:t>
        <w:br/>
        <w:t>Внизу у міському каналі&lt;br /&gt;</w:t>
        <w:br/>
        <w:t>Блакитна вода бринить,&lt;br /&gt;</w:t>
        <w:br/>
        <w:t>Хлоп'я сидить у човні —&lt;br /&gt;</w:t>
        <w:br/>
        <w:t>Рибалить і стиха свистить.&lt;br /&gt;</w:t>
        <w:br/>
        <w:t>А ген на березі тому&lt;br /&gt;</w:t>
        <w:br/>
        <w:t>Видніють, маленькі здаля,&lt;br /&gt;</w:t>
        <w:br/>
        <w:t>Будівлі, садиби і люди,&lt;br /&gt;</w:t>
        <w:br/>
        <w:t>Гаї, пасовиська й поля.&lt;br /&gt;</w:t>
        <w:br/>
        <w:t>Дівчата білять полотна,&lt;br /&gt;</w:t>
        <w:br/>
        <w:t>Стрибають в траву на схил,&lt;br /&gt;</w:t>
        <w:br/>
        <w:t>А коло млинове шумливо&lt;br /&gt;</w:t>
        <w:br/>
        <w:t>Алмазний розбризкує пил.&lt;br /&gt;</w:t>
        <w:br/>
        <w:t>При брамі тюремній вартівня.&lt;br /&gt;</w:t>
        <w:br/>
        <w:t>Вздовж сірого муру солдат&lt;br /&gt;</w:t>
        <w:br/>
        <w:t>В мундирі червоному ходить&lt;br /&gt;</w:t>
        <w:br/>
        <w:t>Повільно туди і назад.&lt;br /&gt;</w:t>
        <w:br/>
        <w:t>На вістрі багнета у нього&lt;br /&gt;</w:t>
        <w:br/>
        <w:t>Блискоче проміння ясне;&lt;br /&gt;</w:t>
        <w:br/>
        <w:t>Мені він здаля салютує..,&lt;br /&gt;</w:t>
        <w:br/>
        <w:t>Ох, краще б застрелив мене!</w:t>
      </w:r>
    </w:p>
    <w:p>
      <w:r>
        <w:br/>
        <w:t>Волога ніч і вітер,&lt;br /&gt;</w:t>
        <w:br/>
        <w:t>У небі ні зорі;&lt;br /&gt;</w:t>
        <w:br/>
        <w:t>В мовчанні йду я лісом —&lt;br /&gt;</w:t>
        <w:br/>
        <w:t>Дерева шумлять вгорі.&lt;br /&gt;</w:t>
        <w:br/>
        <w:t>Далекий блимає вогник,&lt;br /&gt;</w:t>
        <w:br/>
        <w:t>Та в хатку стару лісника&lt;br /&gt;</w:t>
        <w:br/>
        <w:t>Мене все одно не заманить,&lt;br /&gt;</w:t>
        <w:br/>
        <w:t>Така в ній біда тяжка.&lt;br /&gt;</w:t>
        <w:br/>
        <w:t>В оббитім шкірою кріслі&lt;br /&gt;</w:t>
        <w:br/>
        <w:t>Сліпа бабуся сидить,&lt;br /&gt;</w:t>
        <w:br/>
        <w:t>Мов статуя скам'яніла,&lt;br /&gt;</w:t>
        <w:br/>
        <w:t>Страхітно весь час мовчить.&lt;br /&gt;</w:t>
        <w:br/>
        <w:t>Блукає лютий по хаті.&lt;br /&gt;</w:t>
        <w:br/>
        <w:t>Лісничого син рудий,&lt;br /&gt;</w:t>
        <w:br/>
        <w:t>Жбурляє в куток рушницю&lt;br /&gt;</w:t>
        <w:br/>
        <w:t>И регочеться сам не свій.&lt;br /&gt;</w:t>
        <w:br/>
        <w:t>Над кужелем плаче пряля —&lt;br /&gt;</w:t>
        <w:br/>
        <w:t>Красуню, здолав одчай;&lt;br /&gt;</w:t>
        <w:br/>
        <w:t>І тулиться біля неї&lt;br /&gt;</w:t>
        <w:br/>
        <w:t>Батьків старий кудлай.</w:t>
      </w:r>
    </w:p>
    <w:p>
      <w:r>
        <w:br/>
        <w:t>* * #</w:t>
      </w:r>
    </w:p>
    <w:p>
      <w:r>
        <w:br/>
        <w:t>Коли я в дорозі потрапив&lt;br /&gt;</w:t>
        <w:br/>
        <w:t>До любчиної сім'ї,&lt;br /&gt;</w:t>
        <w:br/>
        <w:t>Впізнали мене сестрички,&lt;br /&gt;</w:t>
        <w:br/>
        <w:t>І батько, і мати її.&lt;br /&gt;</w:t>
        <w:br/>
        <w:t>Питали мене про здоров'я,&lt;br /&gt;</w:t>
        <w:br/>
        <w:t>Самі ж стояли на тім,&lt;br /&gt;</w:t>
        <w:br/>
        <w:t>Що я не змінився нітрохи,&lt;br /&gt;</w:t>
        <w:br/>
        <w:t>Хіба що став блідим.&lt;br /&gt;</w:t>
        <w:br/>
        <w:t>Питав про тіток і кузин я,&lt;br /&gt;</w:t>
        <w:br/>
        <w:t>Про різних людців нудних,&lt;br /&gt;</w:t>
        <w:br/>
        <w:t>І про малу собачку,&lt;br /&gt;</w:t>
        <w:br/>
        <w:t>Що бачв я у них.&lt;br /&gt;</w:t>
        <w:br/>
        <w:t>Також про одружену милу&lt;br /&gt;</w:t>
        <w:br/>
        <w:t>Спитав я мимохідь,&lt;br /&gt;</w:t>
        <w:br/>
        <w:t>Вони повідомили радо,&lt;br /&gt;</w:t>
        <w:br/>
        <w:t>Що має вона родить.&lt;br /&gt;</w:t>
        <w:br/>
        <w:t>Я дружньо їх поздоровив,&lt;br /&gt;</w:t>
        <w:br/>
        <w:t>І ввічливо пробелькотів,&lt;br /&gt;</w:t>
        <w:br/>
        <w:t>Щоб щиро її вітали&lt;br /&gt;</w:t>
        <w:br/>
        <w:t>Від мене безліч разів.&lt;br /&gt;</w:t>
        <w:br/>
        <w:t>Сестричка тут озвалась:&lt;br /&gt;</w:t>
        <w:br/>
        <w:t>"З собачкою стало щось,&lt;br /&gt;</w:t>
        <w:br/>
        <w:t>Бо виросла і сказилась —&lt;br /&gt;</w:t>
        <w:br/>
        <w:t>Втопити її довелось".&lt;br /&gt;</w:t>
        <w:br/>
        <w:t>Коли сестричка сміється —&lt;br /&gt;</w:t>
        <w:br/>
        <w:t>Я милу в ній пізнаю:&lt;br /&gt;</w:t>
        <w:br/>
        <w:t>У неї ті самі очі,&lt;br /&gt;</w:t>
        <w:br/>
        <w:t>Що юність згубили мою.</w:t>
      </w:r>
    </w:p>
    <w:p>
      <w:r>
        <w:br/>
        <w:t>Біля рибальської хати&lt;br /&gt;</w:t>
        <w:br/>
        <w:t>В море дивились ми.&lt;br /&gt;</w:t>
        <w:br/>
        <w:t>Тумани надвечірні&lt;br /&gt;</w:t>
        <w:br/>
        <w:t>Вставали вже з пітьми..&lt;br /&gt;</w:t>
        <w:br/>
        <w:t>На маяку поступово&lt;br /&gt;</w:t>
        <w:br/>
        <w:t>Спалахували вогні,&lt;br /&gt;</w:t>
        <w:br/>
        <w:t>І корабель з'явився&lt;br /&gt;</w:t>
        <w:br/>
        <w:t>В далекій далині.&lt;br /&gt;</w:t>
        <w:br/>
        <w:t>Ми говорили про бурі,&lt;br /&gt;</w:t>
        <w:br/>
        <w:t>Про те, як моряк живе,&lt;br /&gt;</w:t>
        <w:br/>
        <w:t>Як він між водою і небом,&lt;br /&gt;</w:t>
        <w:br/>
        <w:t>Між горем і щастям пливе.&lt;br /&gt;</w:t>
        <w:br/>
        <w:t>Про береги далекі,&lt;br /&gt;</w:t>
        <w:br/>
        <w:t>Про північ і про схід,&lt;br /&gt;</w:t>
        <w:br/>
        <w:t>Про звичаї і народи,&lt;br /&gt;</w:t>
        <w:br/>
        <w:t>З яких дивуватися слід.&lt;br /&gt;</w:t>
        <w:br/>
        <w:t>Над Гангом — там велетенські&lt;br /&gt;</w:t>
        <w:br/>
        <w:t>Ліси запашні цвітуть,&lt;br /&gt;</w:t>
        <w:br/>
        <w:t>І перед лотосом люди&lt;br /&gt;</w:t>
        <w:br/>
        <w:t>Навколішки стають.&lt;br /&gt;</w:t>
        <w:br/>
        <w:t>В Лапландії люди маленькі,&lt;br /&gt;</w:t>
        <w:br/>
        <w:t>Плескатоголові й брудні,&lt;br /&gt;</w:t>
        <w:br/>
        <w:t>Навпочіпки сядуть, белькочуть&lt;br /&gt;</w:t>
        <w:br/>
        <w:t>І рибу печуть на вогні.&lt;br /&gt;</w:t>
        <w:br/>
        <w:t>Дівчата прислухались,&lt;br /&gt;</w:t>
        <w:br/>
        <w:t>Та все затихло нараз,—&lt;br /&gt;</w:t>
        <w:br/>
        <w:t>У тьмі корабель сховався,&lt;br /&gt;</w:t>
        <w:br/>
        <w:t>Бо був уже пізній час.</w:t>
      </w:r>
    </w:p>
    <w:p>
      <w:r>
        <w:br/>
        <w:t>* * *</w:t>
      </w:r>
    </w:p>
    <w:p>
      <w:r>
        <w:br/>
        <w:t>Вродливице рибачко,&lt;br /&gt;</w:t>
        <w:br/>
        <w:t>До суші плинь в човні,&lt;br /&gt;</w:t>
        <w:br/>
        <w:t>Зостанься тут поруч зо мною&lt;br /&gt;</w:t>
        <w:br/>
        <w:t>І руку дай мені.&lt;br /&gt;</w:t>
        <w:br/>
        <w:t>Прилинь до мого серця&lt;br /&gt;</w:t>
        <w:br/>
        <w:t>І страх даремний забудь,—&lt;br /&gt;</w:t>
        <w:br/>
        <w:t>Щодня ж у дикім морі&lt;br /&gt;</w:t>
        <w:br/>
        <w:t>Ти прокладаєш путь.&lt;br /&gt;</w:t>
        <w:br/>
        <w:t>Як море, в мене серце —&lt;br /&gt;</w:t>
        <w:br/>
        <w:t>Нуртує і кипить,&lt;br /&gt;</w:t>
        <w:br/>
        <w:t>І скарб чудових перлів&lt;br /&gt;</w:t>
        <w:br/>
        <w:t>На дні його лежить.</w:t>
      </w:r>
    </w:p>
    <w:p>
      <w:r>
        <w:br/>
        <w:t>* * *</w:t>
      </w:r>
    </w:p>
    <w:p>
      <w:r>
        <w:br/>
        <w:t>Загорнувшись в сірі хмари,&lt;br /&gt;</w:t>
        <w:br/>
        <w:t>Міцно сплять боги великі,&lt;br /&gt;</w:t>
        <w:br/>
        <w:t>Ну й хропуть вони, нівроку,&lt;br /&gt;</w:t>
        <w:br/>
        <w:t>Аж вітри здіймають дикі!&lt;br /&gt;</w:t>
        <w:br/>
        <w:t>Ну й погода! Буря вне,&lt;br /&gt;</w:t>
        <w:br/>
        <w:t>Корабель згубивсь в просторі...&lt;br /&gt;</w:t>
        <w:br/>
        <w:t>Ах, вітрів не вгамувати,&lt;br /&gt;</w:t>
        <w:br/>
        <w:t>Не спинити хвиль у морі!&lt;br /&gt;</w:t>
        <w:br/>
        <w:t>Хай гуде, ламає щогли,&lt;br /&gt;</w:t>
        <w:br/>
        <w:t>Хай бунтує без упину,—&lt;br /&gt;</w:t>
        <w:br/>
        <w:t>В сірий плащ я загорнуся&lt;br /&gt;</w:t>
        <w:br/>
        <w:t>І, як бог, у сон порину.</w:t>
      </w:r>
    </w:p>
    <w:p>
      <w:r>
        <w:br/>
        <w:t>* * *</w:t>
      </w:r>
    </w:p>
    <w:p>
      <w:r>
        <w:br/>
        <w:t>Ось вихор надяга штани,&lt;br /&gt;</w:t>
        <w:br/>
        <w:t>З води шаровари білі.&lt;br /&gt;</w:t>
        <w:br/>
        <w:t>Щосили шмагає хвилі й вони&lt;br /&gt;</w:t>
        <w:br/>
        <w:t>Гудуть і ревуть, озвірілі.&lt;br /&gt;</w:t>
        <w:br/>
        <w:t>З брудних небес дощі шумлять,&lt;br /&gt;</w:t>
        <w:br/>
        <w:t>Лихі потоки зливи,&lt;br /&gt;</w:t>
        <w:br/>
        <w:t>Неначе хочуть ніч заллять,&lt;br /&gt;</w:t>
        <w:br/>
        <w:t>Втопити й море сиве.&lt;br /&gt;</w:t>
        <w:br/>
        <w:t>До щогли вчепилась чайка сумна,&lt;br /&gt;</w:t>
        <w:br/>
        <w:t>Голосить, кричить в одчаї&lt;br /&gt;</w:t>
        <w:br/>
        <w:t>І крильми лопоче,— комусь вона&lt;br /&gt;</w:t>
        <w:br/>
        <w:t>Нещастя гіровіщає.</w:t>
      </w:r>
    </w:p>
    <w:p>
      <w:r>
        <w:br/>
        <w:t>* * *</w:t>
      </w:r>
    </w:p>
    <w:p>
      <w:r>
        <w:br/>
        <w:t>До танцю буря грає,&lt;br /&gt;</w:t>
        <w:br/>
        <w:t>Реве і хвилю здійма!&lt;br /&gt;</w:t>
        <w:br/>
        <w:t>Ого! Як наш кораблик&lt;br /&gt;</w:t>
        <w:br/>
        <w:t>Жбурляє дика пітьма.&lt;br /&gt;</w:t>
        <w:br/>
        <w:t>Живими горами по морю&lt;br /&gt;</w:t>
        <w:br/>
        <w:t>Буряні хвилі пішли;&lt;br /&gt;</w:t>
        <w:br/>
        <w:t>Тут зяє чорна безодня;&lt;br /&gt;</w:t>
        <w:br/>
        <w:t>Там випнулись білі вали.&lt;br /&gt;</w:t>
        <w:br/>
        <w:t>Прокльони, блювота, благання —&lt;br /&gt;</w:t>
        <w:br/>
        <w:t>Все в суміш з каюти летить;&lt;br /&gt;</w:t>
        <w:br/>
        <w:t>Вхопивсь я міцно за щоглу:&lt;br /&gt;</w:t>
        <w:br/>
        <w:t>"Це вдома мені б сидіть!"</w:t>
      </w:r>
    </w:p>
    <w:p>
      <w:r>
        <w:br/>
        <w:t>8. Г. Гейне</w:t>
      </w:r>
    </w:p>
    <w:p>
      <w:r>
        <w:br/>
        <w:t>Як вранці повз твій будинок&lt;br /&gt;</w:t>
        <w:br/>
        <w:t>Доводиться йти мені,&lt;br /&gt;</w:t>
        <w:br/>
        <w:t>Я дуже радий, дитино,&lt;br /&gt;</w:t>
        <w:br/>
        <w:t>Що бачу тебе в вікні.&lt;br /&gt;</w:t>
        <w:br/>
        <w:t>Очей твоїх карих погляд&lt;br /&gt;</w:t>
        <w:br/>
        <w:t>Запитує зоддалік:&lt;br /&gt;</w:t>
        <w:br/>
        <w:t>"Хто ти й чого тобі треба,&lt;br /&gt;</w:t>
        <w:br/>
        <w:t>Чужий, сумний чоловік?"&lt;br /&gt;</w:t>
        <w:br/>
        <w:t>Відомий в землі німецькій,&lt;br /&gt;</w:t>
        <w:br/>
        <w:t>Поет німецький я.&lt;br /&gt;</w:t>
        <w:br/>
        <w:t>Згадають людей найкращих —&lt;br /&gt;</w:t>
        <w:br/>
        <w:t>Назвуть і моє ім'я.&lt;br /&gt;</w:t>
        <w:br/>
        <w:t>Багато німців, дитино,&lt;br /&gt;</w:t>
        <w:br/>
        <w:t>Хочуть того, що й я&lt;br /&gt;</w:t>
        <w:br/>
        <w:t>Згадають найгірше лихо-^-&lt;br /&gt;</w:t>
        <w:br/>
        <w:t>Назвуть і моє ім'я.</w:t>
      </w:r>
    </w:p>
    <w:p>
      <w:r>
        <w:br/>
        <w:t>* * *</w:t>
      </w:r>
    </w:p>
    <w:p>
      <w:r>
        <w:br/>
        <w:t>Горіло море віддаля&lt;br /&gt;</w:t>
        <w:br/>
        <w:t>В вечірньому промінні.&lt;br /&gt;</w:t>
        <w:br/>
        <w:t>Сиділи мовчки ти і я&lt;br /&gt;</w:t>
        <w:br/>
        <w:t>Під хаткою на камінні.&lt;br /&gt;</w:t>
        <w:br/>
        <w:t>Лягав туман, шумів прибій,&lt;br /&gt;</w:t>
        <w:br/>
        <w:t>І чайка тужливо літала.&lt;br /&gt;</w:t>
        <w:br/>
        <w:t>З ясних очей сльоза тобі&lt;br /&gt;</w:t>
        <w:br/>
        <w:t>Тихо на руку впала.&lt;br /&gt;</w:t>
        <w:br/>
        <w:t>І сяяла на руках твоїх&lt;br /&gt;</w:t>
        <w:br/>
        <w:t>Алмазом кожна сльозина,-1-&lt;br /&gt;</w:t>
        <w:br/>
        <w:t>І з білих рук я випив їх,&lt;br /&gt;</w:t>
        <w:br/>
        <w:t>Схилившись на коліна.&lt;br /&gt;</w:t>
        <w:br/>
        <w:t>І з тої днини спокою нема,&lt;br /&gt;</w:t>
        <w:br/>
        <w:t>Болить душа і тіло...&lt;br /&gt;</w:t>
        <w:br/>
        <w:t>Нещасна, ще ж тоді вона&lt;br /&gt;</w:t>
        <w:br/>
        <w:t>Сльозами мене отруїла!</w:t>
      </w:r>
    </w:p>
    <w:p>
      <w:r>
        <w:br/>
        <w:t>Чудовий дивний замок&lt;br /&gt;</w:t>
        <w:br/>
        <w:t>Стоїть на скелях крутих.&lt;br /&gt;</w:t>
        <w:br/>
        <w:t>Три панни живуть у ньому,&lt;br /&gt;</w:t>
        <w:br/>
        <w:t>І я їх люблю усіх.&lt;br /&gt;</w:t>
        <w:br/>
        <w:t>В суботу цілує Єтта,&lt;br /&gt;</w:t>
        <w:br/>
        <w:t>В неділю — Юлія,&lt;br /&gt;</w:t>
        <w:br/>
        <w:t>А потім уже й Кунігунда,&lt;br /&gt;</w:t>
        <w:br/>
        <w:t>Третя мила моя.&lt;br /&gt;</w:t>
        <w:br/>
        <w:t>Давали там бал у вівторок,&lt;br /&gt;</w:t>
        <w:br/>
        <w:t>Приїхали дами й пани,—&lt;br /&gt;</w:t>
        <w:br/>
        <w:t>В каретах, і верхи, і пішки&lt;br /&gt;</w:t>
        <w:br/>
        <w:t>З'явились у замок вони.&lt;br /&gt;</w:t>
        <w:br/>
        <w:t>Про мене панни забули,—&lt;br /&gt;</w:t>
        <w:br/>
        <w:t>Ну бачили ви дурних!&lt;br /&gt;</w:t>
        <w:br/>
        <w:t>Тітки і кузини сміялись,&lt;br /&gt;</w:t>
        <w:br/>
        <w:t>Помітили це, як на гріх!</w:t>
      </w:r>
    </w:p>
    <w:p>
      <w:r>
        <w:br/>
        <w:t>* * *</w:t>
      </w:r>
    </w:p>
    <w:p>
      <w:r>
        <w:br/>
        <w:t>На обрії далекім,&lt;br /&gt;</w:t>
        <w:br/>
        <w:t>Як марево, встає&lt;br /&gt;</w:t>
        <w:br/>
        <w:t>Вечірніми вежами місто,&lt;br /&gt;</w:t>
        <w:br/>
        <w:t>Забуте місто моє.&lt;br /&gt;</w:t>
        <w:br/>
        <w:t>Вологий вітер мружить&lt;br /&gt;</w:t>
        <w:br/>
        <w:t>Сірі шляхи водяні.&lt;br /&gt;</w:t>
        <w:br/>
        <w:t>Веслує сумний з обличчя&lt;br /&gt;</w:t>
        <w:br/>
        <w:t>Човняр у моєму човні.&lt;br /&gt;</w:t>
        <w:br/>
        <w:t>Сонце ще раз пробилось,&lt;br /&gt;</w:t>
        <w:br/>
        <w:t>Над обрієм дивно сія&lt;br /&gt;</w:t>
        <w:br/>
        <w:t>Й мені показує місце,&lt;br /&gt;</w:t>
        <w:br/>
        <w:t>Де втратив кохану я.</w:t>
      </w:r>
    </w:p>
    <w:p>
      <w:r>
        <w:br/>
        <w:t>Тебе я знов вітаю,&lt;br /&gt;</w:t>
        <w:br/>
        <w:t>О місто, повне мрійі&lt;br /&gt;</w:t>
        <w:br/>
        <w:t>Колись було ти, знаю,&lt;br /&gt;</w:t>
        <w:br/>
        <w:t>Притулком милій моїй.&lt;br /&gt;</w:t>
        <w:br/>
        <w:t>О вежі й ворота, щиро&lt;br /&gt;</w:t>
        <w:br/>
        <w:t>Скажіть: де мила моя?&lt;br /&gt;</w:t>
        <w:br/>
        <w:t>Я вам її довірив —&lt;br /&gt;</w:t>
        <w:br/>
        <w:t>У вас і питаю я.&lt;br /&gt;</w:t>
        <w:br/>
        <w:t>Але не винні вежі,&lt;br /&gt;</w:t>
        <w:br/>
        <w:t>Що не завадили їй,&lt;br /&gt;</w:t>
        <w:br/>
        <w:t>Коли вона, спакувавшись,&lt;br /&gt;</w:t>
        <w:br/>
        <w:t>Тікала з міста мерщій.&lt;br /&gt;</w:t>
        <w:br/>
        <w:t>Для неї одкрились ворота,&lt;br /&gt;</w:t>
        <w:br/>
        <w:t>Недурно ж говорить світ:&lt;br /&gt;</w:t>
        <w:br/>
        <w:t>Не буде дурній повороту,&lt;br /&gt;</w:t>
        <w:br/>
        <w:t>Як вийде з дурних воріт.</w:t>
      </w:r>
    </w:p>
    <w:p>
      <w:r>
        <w:br/>
        <w:t>* * *</w:t>
      </w:r>
    </w:p>
    <w:p>
      <w:r>
        <w:br/>
        <w:t>Старою дорогою знову іду,&lt;br /&gt;</w:t>
        <w:br/>
        <w:t>Провулки бачу знайомі;&lt;br /&gt;</w:t>
        <w:br/>
        <w:t>В цім домі кохана жила, а тепер&lt;br /&gt;</w:t>
        <w:br/>
        <w:t>Така порожнеча в цім домі.&lt;br /&gt;</w:t>
        <w:br/>
        <w:t>Знайомі провулки занадто вузькі!&lt;br /&gt;</w:t>
        <w:br/>
        <w:t>Нестерпні бруківки брили!&lt;br /&gt;</w:t>
        <w:br/>
        <w:t>На мене валиться кожний дім!&lt;br /&gt;</w:t>
        <w:br/>
        <w:t>ї я тікаю щосили!</w:t>
      </w:r>
    </w:p>
    <w:p>
      <w:r>
        <w:br/>
        <w:t>Знов пришов я д(? того будинку,&lt;br /&gt;</w:t>
        <w:br/>
        <w:t>Де вона присягалась колись;&lt;br /&gt;</w:t>
        <w:br/>
        <w:t>Де кохана зронила сльозинку,&lt;br /&gt;</w:t>
        <w:br/>
        <w:t>Там гадюки тепер завелись.</w:t>
      </w:r>
    </w:p>
    <w:p>
      <w:r>
        <w:br/>
        <w:t>* * *</w:t>
      </w:r>
    </w:p>
    <w:p>
      <w:r>
        <w:br/>
        <w:t>Ніч тиха, всі вулиці в сні спочивають,&lt;br /&gt;</w:t>
        <w:br/>
        <w:t>Колись моя люба в цій хаті жила;&lt;br /&gt;</w:t>
        <w:br/>
        <w:t>її вже немає, її тут не знають,&lt;br /&gt;</w:t>
        <w:br/>
        <w:t>Оселя ж лишилася та, що й була.</w:t>
      </w:r>
    </w:p>
    <w:p>
      <w:r>
        <w:br/>
        <w:t>І там хтось стоїть, вгору глянув, здригнувся&lt;br /&gt;</w:t>
        <w:br/>
        <w:t>1 в розпачі руки ламає свої;&lt;br /&gt;</w:t>
        <w:br/>
        <w:t>Ось місяць його освітив, я жахнувся:&lt;br /&gt;</w:t>
        <w:br/>
        <w:t>Обличчя і постать у нього — мої.&lt;br /&gt;</w:t>
        <w:br/>
        <w:t>Ти, марище зблідле, ти, тінь моя власна!&lt;br /&gt;</w:t>
        <w:br/>
        <w:t>Нащо мене дражниш коханням моїм?&lt;br /&gt;</w:t>
        <w:br/>
        <w:t>І так не забута година нещасна,&lt;br /&gt;</w:t>
        <w:br/>
        <w:t>Як серцем я рвався на місці оцім.</w:t>
      </w:r>
    </w:p>
    <w:p>
      <w:r>
        <w:br/>
        <w:t>* * *</w:t>
      </w:r>
    </w:p>
    <w:p>
      <w:r>
        <w:br/>
        <w:t>Ти можеш спокійно спати&lt;br /&gt;</w:t>
        <w:br/>
        <w:t>І знать, що я живий?&lt;br /&gt;</w:t>
        <w:br/>
        <w:t>Прокинеться гнів колишній —&lt;br /&gt;</w:t>
        <w:br/>
        <w:t>Ланцюг я зламаю свійі&lt;br /&gt;</w:t>
        <w:br/>
        <w:t>Чула ти давню пісню,&lt;br /&gt;</w:t>
        <w:br/>
        <w:t>Як мертвий юнак в давнину&lt;br /&gt;</w:t>
        <w:br/>
        <w:t>Опівночі кохану&lt;br /&gt;</w:t>
        <w:br/>
        <w:t>Забрав до себе в труну?&lt;br /&gt;</w:t>
        <w:br/>
        <w:t>Повір, повір, дитино,&lt;br /&gt;</w:t>
        <w:br/>
        <w:t>В мої слова оці:&lt;br /&gt;</w:t>
        <w:br/>
        <w:t>Живий я і значно дужчий.&lt;br /&gt;</w:t>
        <w:br/>
        <w:t>Аніж усі мерці!</w:t>
      </w:r>
    </w:p>
    <w:p>
      <w:r>
        <w:br/>
        <w:t>* * *</w:t>
      </w:r>
    </w:p>
    <w:p>
      <w:r>
        <w:br/>
        <w:t>Красуня заснула в кімнаті,&lt;br /&gt;</w:t>
        <w:br/>
        <w:t>А місяць припав до вікна,&lt;br /&gt;</w:t>
        <w:br/>
        <w:t>Мелодію вальса знадвору&lt;br /&gt;</w:t>
        <w:br/>
        <w:t>Доносить у дім луна.&lt;br /&gt;</w:t>
        <w:br/>
        <w:t>В півсні шепнула: "Кому це&lt;br /&gt;</w:t>
        <w:br/>
        <w:t>Мого спокою не жаль?"&lt;br /&gt;</w:t>
        <w:br/>
        <w:t>Внизу — ой леле! — на скрипці&lt;br /&gt;</w:t>
        <w:br/>
        <w:t>Тирличе мертвий скрипаль:&lt;br /&gt;</w:t>
        <w:br/>
        <w:t>"Згадай, як ти підманула,&lt;br /&gt;</w:t>
        <w:br/>
        <w:t>На танець не вийшла в зал.&lt;br /&gt;</w:t>
        <w:br/>
        <w:t>Ходім тепер потанцюєм:&lt;br /&gt;</w:t>
        <w:br/>
        <w:t>У нас на кладовищі бал".&lt;br /&gt;</w:t>
        <w:br/>
        <w:t>І, силі незнаній скорившись,&lt;br /&gt;</w:t>
        <w:br/>
        <w:t>Красуня озвалась на клич.&lt;br /&gt;</w:t>
        <w:br/>
        <w:t>Кістяк під тирликання скрипки&lt;br /&gt;</w:t>
        <w:br/>
        <w:t>Повів зрадливицю в ніч.&lt;br /&gt;</w:t>
        <w:br/>
        <w:t>Ідуть, він мугиче, танцює,&lt;br /&gt;</w:t>
        <w:br/>
        <w:t>Лунає перестук кісток,&lt;br /&gt;</w:t>
        <w:br/>
        <w:t>А череп киває й киває&lt;br /&gt;</w:t>
        <w:br/>
        <w:t>У сяйві блідих зірок.</w:t>
      </w:r>
    </w:p>
    <w:p>
      <w:r>
        <w:br/>
        <w:t>Замріяно я дивився&lt;br /&gt;</w:t>
        <w:br/>
        <w:t>На очі ті, на чоло —&lt;br /&gt;</w:t>
        <w:br/>
        <w:t>Обличчя її на портреті&lt;br /&gt;</w:t>
        <w:br/>
        <w:t>Враз оживать почало.&lt;br /&gt;</w:t>
        <w:br/>
        <w:t>І посмішка чарівлива&lt;br /&gt;</w:t>
        <w:br/>
        <w:t>Завилася на устах,&lt;br /&gt;</w:t>
        <w:br/>
        <w:t>І наче від сліз печальних&lt;br /&gt;</w:t>
        <w:br/>
        <w:t>Заграло світло в очах.&lt;br /&gt;</w:t>
        <w:br/>
        <w:t>І сльози покотились&lt;br /&gt;</w:t>
        <w:br/>
        <w:t>У мене з-під повік,—&lt;br /&gt;</w:t>
        <w:br/>
        <w:t>Не міг я, не міг повірить,&lt;br /&gt;</w:t>
        <w:br/>
        <w:t>Що втратив тебе навік!&lt;br /&gt;</w:t>
        <w:br/>
        <w:t>* * *</w:t>
      </w:r>
    </w:p>
    <w:p>
      <w:r>
        <w:br/>
        <w:t>Сх, я нещасний Атлас! Цілий світ,&lt;br /&gt;</w:t>
        <w:br/>
        <w:t>Світ ділий туги мушу я носити.&lt;br /&gt;</w:t>
        <w:br/>
        <w:t>Вагу ношу незмірну. Розіб'ється&lt;br /&gt;</w:t>
        <w:br/>
        <w:t>Вже хутко серце в грудях.&lt;br /&gt;</w:t>
        <w:br/>
        <w:t>Ти, горде серце, ти цього бажало!&lt;br /&gt;</w:t>
        <w:br/>
        <w:t>Ти щастя прагнуло, без міри щастя,&lt;br /&gt;</w:t>
        <w:br/>
        <w:t>Чи туш — теж без міри. Горде серце,&lt;br /&gt;</w:t>
        <w:br/>
        <w:t>Тож досить маєш — туги!..&lt;br /&gt;</w:t>
        <w:br/>
        <w:t>* * *&lt;br /&gt;</w:t>
        <w:br/>
        <w:t>Вмирають люди, і роки&lt;br /&gt;</w:t>
        <w:br/>
        <w:t>Минають один за одним,&lt;br /&gt;</w:t>
        <w:br/>
        <w:t>Але не вмирає кохання,&lt;br /&gt;</w:t>
        <w:br/>
        <w:t>Що в серці живе моїм.&lt;br /&gt;</w:t>
        <w:br/>
        <w:t>Ще раз подивитись на тебе&lt;br /&gt;</w:t>
        <w:br/>
        <w:t>І мовити в смертний час,&lt;br /&gt;</w:t>
        <w:br/>
        <w:t>Обнявши твої коліна:&lt;br /&gt;</w:t>
        <w:br/>
        <w:t>"Madame, я кохаю вас!"</w:t>
      </w:r>
    </w:p>
    <w:p>
      <w:r>
        <w:br/>
        <w:t>Що треба самотній сльозині?&lt;br /&gt;</w:t>
        <w:br/>
        <w:t>Туманить вона мій зір.&lt;br /&gt;</w:t>
        <w:br/>
        <w:t>Вона в очах у мене&lt;br /&gt;</w:t>
        <w:br/>
        <w:t>Зосталась з давніх пір.&lt;br /&gt;</w:t>
        <w:br/>
        <w:t>Багато сестер блискучих&lt;br /&gt;</w:t>
        <w:br/>
        <w:t>У неї колись було,&lt;br /&gt;</w:t>
        <w:br/>
        <w:t>Та з горем моїм і щастям&lt;br /&gt;</w:t>
        <w:br/>
        <w:t>Вітрами їх геть змело.&lt;br /&gt;</w:t>
        <w:br/>
        <w:t>Розтанули, мов тумани,&lt;br /&gt;</w:t>
        <w:br/>
        <w:t>І ті зірочки ясні,&lt;br /&gt;</w:t>
        <w:br/>
        <w:t>Що радощі і страждання&lt;br /&gt;</w:t>
        <w:br/>
        <w:t>Навіяли в серце мені.&lt;br /&gt;</w:t>
        <w:br/>
        <w:t>Ох, так і моє кохання&lt;br /&gt;</w:t>
        <w:br/>
        <w:t>Спливло без марних зітхань!&lt;br /&gt;</w:t>
        <w:br/>
        <w:t>Ти також, самотня сльозино,&lt;br /&gt;</w:t>
        <w:br/>
        <w:t>На віях моїх розтань!</w:t>
      </w:r>
    </w:p>
    <w:p>
      <w:r>
        <w:br/>
        <w:t>* * *</w:t>
      </w:r>
    </w:p>
    <w:p>
      <w:r>
        <w:br/>
        <w:t>Крізь хмари осінній півмісяць&lt;br /&gt;</w:t>
        <w:br/>
        <w:t>Пробився серпом блідим.&lt;br /&gt;</w:t>
        <w:br/>
        <w:t>Стоїть при кладовищі&lt;br /&gt;</w:t>
        <w:br/>
        <w:t>Пастора тихий дім.&lt;br /&gt;</w:t>
        <w:br/>
        <w:t>Читає біблію мати,&lt;br /&gt;</w:t>
        <w:br/>
        <w:t>Син біля свічки притих,&lt;br /&gt;</w:t>
        <w:br/>
        <w:t>Старша дочка куняє,&lt;br /&gt;</w:t>
        <w:br/>
        <w:t>А менша каже до них:&lt;br /&gt;</w:t>
        <w:br/>
        <w:t>"Ох, боже, до чого ж нудно&lt;br /&gt;</w:t>
        <w:br/>
        <w:t>Життя в нас потяглось!&lt;br /&gt;</w:t>
        <w:br/>
        <w:t>Тільки і є розваги,&lt;br /&gt;</w:t>
        <w:br/>
        <w:t>Коли ховають когось".&lt;br /&gt;</w:t>
        <w:br/>
        <w:t>Читаючи, каже мати:&lt;br /&gt;</w:t>
        <w:br/>
        <w:t>"Та що там, лиш четверо світ&lt;br /&gt;</w:t>
        <w:br/>
        <w:t>Лишило зо дня, як батька&lt;br /&gt;</w:t>
        <w:br/>
        <w:t>Поховано біля воріт".&lt;br /&gt;</w:t>
        <w:br/>
        <w:t>А старша дочка позіхав:&lt;br /&gt;</w:t>
        <w:br/>
        <w:t>"Помреш тут з вами, хоч плач,&lt;br /&gt;</w:t>
        <w:br/>
        <w:t>Я завтра піду до графа,—&lt;br /&gt;</w:t>
        <w:br/>
        <w:t>Кохає мене багач".&lt;br /&gt;</w:t>
        <w:br/>
        <w:t>А син молодший сміється:&lt;br /&gt;</w:t>
        <w:br/>
        <w:t>"Тут троє мисливців є,&lt;br /&gt;</w:t>
        <w:br/>
        <w:t>Що роблять золото й приймуть&lt;br /&gt;</w:t>
        <w:br/>
        <w:t>Мене в товариство своє".&lt;br /&gt;</w:t>
        <w:br/>
        <w:t>Тут синові біблію мати&lt;br /&gt;</w:t>
        <w:br/>
        <w:t>В бліде обличчя жбурля:&lt;br /&gt;</w:t>
        <w:br/>
        <w:t>"Ти хочеш розбійником стати,&lt;br /&gt;</w:t>
        <w:br/>
        <w:t>Прокляте богом хлоп'я!"&lt;br /&gt;</w:t>
        <w:br/>
        <w:t>І чують — щось стукнуло в шибку,&lt;br /&gt;</w:t>
        <w:br/>
        <w:t>І бачать — рука у вікні.&lt;br /&gt;</w:t>
        <w:br/>
        <w:t>То мертвий батько надворі&lt;br /&gt;</w:t>
        <w:br/>
        <w:t>Стоїть у чорнім вбранні.</w:t>
      </w:r>
    </w:p>
    <w:p>
      <w:r>
        <w:br/>
        <w:t>* * *</w:t>
      </w:r>
    </w:p>
    <w:p>
      <w:r>
        <w:br/>
        <w:t>Наснилось: дивилась печально зоря,&lt;br /&gt;</w:t>
        <w:br/>
        <w:t>І місяць, і небо журбенне;&lt;br /&gt;</w:t>
        <w:br/>
        <w:t>Я в місто лечу, де кохана моя&lt;br /&gt;</w:t>
        <w:br/>
        <w:t>Живе далеко від мене.&lt;br /&gt;</w:t>
        <w:br/>
        <w:t>І ось її дім, коло нього стою&lt;br /&gt;</w:t>
        <w:br/>
        <w:t>І сходи цілую, де мила&lt;br /&gt;</w:t>
        <w:br/>
        <w:t>Ставила ногу маленьку свою,&lt;br /&gt;</w:t>
        <w:br/>
        <w:t>Де сукня її шелестіла.&lt;br /&gt;</w:t>
        <w:br/>
        <w:t>Ніч нескінченна, ніч крижана&lt;br /&gt;</w:t>
        <w:br/>
        <w:t>Лежить на холоднім камінні;&lt;br /&gt;</w:t>
        <w:br/>
        <w:t>Стежить за мною постать з вікна —&lt;br /&gt;</w:t>
        <w:br/>
        <w:t>Вся в місячному промінні.&lt;br /&gt;</w:t>
        <w:br/>
        <w:t>Надворі лиха негода,&lt;br /&gt;</w:t>
        <w:br/>
        <w:t>То дощ, то січе сніжком.&lt;br /&gt;</w:t>
        <w:br/>
        <w:t>Сиджу в задумі й дивлюся&lt;br /&gt;</w:t>
        <w:br/>
        <w:t>У темряву за вікном.&lt;br /&gt;</w:t>
        <w:br/>
        <w:t>Ген здалеку вогник самотній&lt;br /&gt;</w:t>
        <w:br/>
        <w:t>Мигтить крізь тьму густу;&lt;br /&gt;</w:t>
        <w:br/>
        <w:t>З ліхтариком добра матуся&lt;br /&gt;</w:t>
        <w:br/>
        <w:t>Прямує кудись в сльоту.&lt;br /&gt;</w:t>
        <w:br/>
        <w:t>Можливо, іде купити&lt;br /&gt;</w:t>
        <w:br/>
        <w:t>Масла, яєць і муки,&lt;br /&gt;</w:t>
        <w:br/>
        <w:t>Бо хоче коржа смачного&lt;br /&gt;</w:t>
        <w:br/>
        <w:t>Вона спекти для дочки.&lt;br /&gt;</w:t>
        <w:br/>
        <w:t>Дочка у кріслі на свічку&lt;br /&gt;</w:t>
        <w:br/>
        <w:t>Мружиться в напівсні;&lt;br /&gt;</w:t>
        <w:br/>
        <w:t>Круг милого личка злотом&lt;br /&gt;</w:t>
        <w:br/>
        <w:t>Локони сяють рясні.</w:t>
      </w:r>
    </w:p>
    <w:p>
      <w:r>
        <w:br/>
        <w:t>Чи вона не помічала&lt;br /&gt;</w:t>
        <w:br/>
        <w:t>У твоїх очах кохання?&lt;br /&gt;</w:t>
        <w:br/>
        <w:t>Чи не міг ти прочитати&lt;br /&gt;</w:t>
        <w:br/>
        <w:t>І в її очах бажання?&lt;br /&gt;</w:t>
        <w:br/>
        <w:t>Чи крізь них не видно душу,&lt;br /&gt;</w:t>
        <w:br/>
        <w:t>Серце щире, не байдуже?&lt;br /&gt;</w:t>
        <w:br/>
        <w:t>Адже ти в подібних справах&lt;br /&gt;</w:t>
        <w:br/>
        <w:t>Не осел, мій любий друже!</w:t>
      </w:r>
    </w:p>
    <w:p>
      <w:r>
        <w:br/>
        <w:t>Любили вони — та обоє&lt;br /&gt;</w:t>
        <w:br/>
        <w:t>Дивились, немов вороги,&lt;br /&gt;</w:t>
        <w:br/>
        <w:t>І вперто обоє мовчали,&lt;br /&gt;</w:t>
        <w:br/>
        <w:t>Хоч мліли обоє з жаги.&lt;br /&gt;</w:t>
        <w:br/>
        <w:t>Вони розлучились — лиш зрідка&lt;br /&gt;</w:t>
        <w:br/>
        <w:t>їх сни єднали німі.&lt;br /&gt;</w:t>
        <w:br/>
        <w:t>Вони давно вже померли&lt;br /&gt;</w:t>
        <w:br/>
        <w:t>И не знали про те самі.</w:t>
      </w:r>
    </w:p>
    <w:p>
      <w:r>
        <w:br/>
        <w:t># * *</w:t>
      </w:r>
    </w:p>
    <w:p>
      <w:r>
        <w:br/>
        <w:t>Коли я вам скарживсь на біль і зітхав,&lt;br /&gt;</w:t>
        <w:br/>
        <w:t>З вас кожний мовчав і з нудьги позіхав;&lt;br /&gt;</w:t>
        <w:br/>
        <w:t>Коли ж у вірші я вклав свій біль,&lt;br /&gt;</w:t>
        <w:br/>
        <w:t>Гучні дифірамби почув звідусіль.</w:t>
      </w:r>
    </w:p>
    <w:p>
      <w:r>
        <w:br/>
        <w:t>* * *</w:t>
      </w:r>
    </w:p>
    <w:p>
      <w:r>
        <w:br/>
        <w:t>Гукнув я чорта, і він прибув,&lt;br /&gt;</w:t>
        <w:br/>
        <w:t>Але не такий, як я думати звик.&lt;br /&gt;</w:t>
        <w:br/>
        <w:t>Він не гидкий, не кульгавий був,&lt;br /&gt;</w:t>
        <w:br/>
        <w:t>А милий приємний чоловік,&lt;br /&gt;</w:t>
        <w:br/>
        <w:t>Чоловік у літах своїх найкращих —&lt;br /&gt;</w:t>
        <w:br/>
        <w:t>Із світських, вихованих, путящих.&lt;br /&gt;</w:t>
        <w:br/>
        <w:t>Він вельми тямущий дипломат,&lt;br /&gt;</w:t>
        <w:br/>
        <w:t>Про церкву й державу балакати рад.&lt;br /&gt;</w:t>
        <w:br/>
        <w:t>Що ж трохи блідий, в тім дива немає —&lt;br /&gt;</w:t>
        <w:br/>
        <w:t>Санскрит і Гегеля саме вивчає.&lt;br /&gt;</w:t>
        <w:br/>
        <w:t>Фуке — поет його кращих мрій,&lt;br /&gt;</w:t>
        <w:br/>
        <w:t>А критику, мабуть, він геть покине,&lt;br /&gt;</w:t>
        <w:br/>
        <w:t>Вішавши заняття це старовинне&lt;br /&gt;</w:t>
        <w:br/>
        <w:t>Гекаті, прабабці любій своїй.&lt;br /&gt;</w:t>
        <w:br/>
        <w:t>Хвалив він мої юридичні вправи,&lt;br /&gt;</w:t>
        <w:br/>
        <w:t>Бо й сам колись бравсь до цієї справи.&lt;br /&gt;</w:t>
        <w:br/>
        <w:t>Сказав, що цілком байдужий він&lt;br /&gt;</w:t>
        <w:br/>
        <w:t>До дружби моєї,— і ґречний уклін&lt;br /&gt;</w:t>
        <w:br/>
        <w:t>Зробив,.запитавши: Чи ми, скажіть,&lt;br /&gt;</w:t>
        <w:br/>
        <w:t>В іспанськім посольстві не бачились&lt;br /&gt;</w:t>
        <w:br/>
        <w:t>з вами? —&lt;br /&gt;</w:t>
        <w:br/>
        <w:t>І я, придивившись до нього, ту ж мить&lt;br /&gt;</w:t>
        <w:br/>
        <w:t>Згадав, що знайомий вже з ним роками.</w:t>
      </w:r>
    </w:p>
    <w:p>
      <w:r>
        <w:br/>
        <w:t>* * *</w:t>
      </w:r>
    </w:p>
    <w:p>
      <w:r>
        <w:br/>
        <w:t>Не кепкуй, людино, з чорта!&lt;br /&gt;</w:t>
        <w:br/>
        <w:t>Шлях життя короткий в нас,&lt;br /&gt;</w:t>
        <w:br/>
        <w:t>А вогонь одвічний в пеклі&lt;br /&gt;</w:t>
        <w:br/>
        <w:t>Ще палає — не погас.&lt;br /&gt;</w:t>
        <w:br/>
        <w:t>Сплачуй всі борги, людино!&lt;br /&gt;</w:t>
        <w:br/>
        <w:t>Довгий шлях в житті для нас —&lt;br /&gt;</w:t>
        <w:br/>
        <w:t>Доведеться брати набір,&lt;br /&gt;</w:t>
        <w:br/>
        <w:t>Як робив ти вже не раз.&lt;br /&gt;</w:t>
        <w:br/>
        <w:t>* *&lt;br /&gt;</w:t>
        <w:br/>
        <w:t>Дитя моє, бувши дітьми,&lt;br /&gt;</w:t>
        <w:br/>
        <w:t>Двійком малих дітей,&lt;br /&gt;</w:t>
        <w:br/>
        <w:t>Ми в курнику під солому&lt;br /&gt;</w:t>
        <w:br/>
        <w:t>Ховались від людей.&lt;br /&gt;</w:t>
        <w:br/>
        <w:t>Ми кукурікали півнем,&lt;br /&gt;</w:t>
        <w:br/>
        <w:t>І люди, що йшли повз нас,&lt;br /&gt;</w:t>
        <w:br/>
        <w:t>Вірили — кукуріку! —&lt;br /&gt;</w:t>
        <w:br/>
        <w:t>То півень і є якраз.&lt;br /&gt;</w:t>
        <w:br/>
        <w:t>Ящик стояв на подвір'ї —&lt;br /&gt;</w:t>
        <w:br/>
        <w:t>Жили ми з тобою в нім.&lt;br /&gt;</w:t>
        <w:br/>
        <w:t>Прикрасивши папірцями&lt;br /&gt;</w:t>
        <w:br/>
        <w:t>Його, як гостинний дім.&lt;br /&gt;</w:t>
        <w:br/>
        <w:t>Стара сусідова кицька&lt;br /&gt;</w:t>
        <w:br/>
        <w:t>Візит нам складала свій,&lt;br /&gt;</w:t>
        <w:br/>
        <w:t>Робили ми компліменти&lt;br /&gt;</w:t>
        <w:br/>
        <w:t>І ввічливий кніксен їй.&lt;br /&gt;</w:t>
        <w:br/>
        <w:t>Розпитували, чи здорова;&lt;br /&gt;</w:t>
        <w:br/>
        <w:t>А втім, у пізніший час&lt;br /&gt;</w:t>
        <w:br/>
        <w:t>Те саме стареньким кицям&lt;br /&gt;</w:t>
        <w:br/>
        <w:t>Казали ми ще не раз.&lt;br /&gt;</w:t>
        <w:br/>
        <w:t>Сиділи вдвох, і частенько&lt;br /&gt;</w:t>
        <w:br/>
        <w:t>Тужили, як люди старі,&lt;br /&gt;</w:t>
        <w:br/>
        <w:t>І скаржилися, що добре&lt;br /&gt;</w:t>
        <w:br/>
        <w:t>Жилося в давній порі.&lt;br /&gt;</w:t>
        <w:br/>
        <w:t>Як зникли вірність, і віра,&lt;br /&gt;</w:t>
        <w:br/>
        <w:t>И любов, що жила колись,&lt;br /&gt;</w:t>
        <w:br/>
        <w:t>І як подорожчала кава&lt;br /&gt;</w:t>
        <w:br/>
        <w:t>І гроші перевелись!&lt;br /&gt;</w:t>
        <w:br/>
        <w:t>Минули дитячі ігри,&lt;br /&gt;</w:t>
        <w:br/>
        <w:t>Ніщо не вернеться знов —&lt;br /&gt;</w:t>
        <w:br/>
        <w:t>Ні світ, ні життя, ні гроші*&lt;br /&gt;</w:t>
        <w:br/>
        <w:t>Ні вірність, ні віра й любов.&lt;br /&gt;</w:t>
        <w:br/>
        <w:t>* ф *&lt;br /&gt;</w:t>
        <w:br/>
        <w:t>Аж серце стисне, як згадаю&lt;br /&gt;</w:t>
        <w:br/>
        <w:t>Забуті давні дні, коли&lt;br /&gt;</w:t>
        <w:br/>
        <w:t>Спокійно світ лежав без краю&lt;br /&gt;</w:t>
        <w:br/>
        <w:t>І люди мирно ще жили.&lt;br /&gt;</w:t>
        <w:br/>
        <w:t>Все зрушилось навколо тебе,&lt;br /&gt;</w:t>
        <w:br/>
        <w:t>Нужда й гризота скрізь тепер,&lt;br /&gt;</w:t>
        <w:br/>
        <w:t>Неначе бог помер у небі&lt;br /&gt;</w:t>
        <w:br/>
        <w:t>І в пеклі чорт давно помер.&lt;br /&gt;</w:t>
        <w:br/>
        <w:t>А навкруги таке страждання,.&lt;br /&gt;</w:t>
        <w:br/>
        <w:t>Таке холодне люте зло,—&lt;br /&gt;</w:t>
        <w:br/>
        <w:t>Коли б не крихітка кохання,&lt;br /&gt;</w:t>
        <w:br/>
        <w:t>Навряд чи можна б жить було.</w:t>
      </w:r>
    </w:p>
    <w:p>
      <w:r>
        <w:br/>
        <w:t>В молодії давні літа&lt;br /&gt;</w:t>
        <w:br/>
        <w:t>Від кохання без привіта&lt;br /&gt;</w:t>
        <w:br/>
        <w:t>Я палав не раз;&lt;br /&gt;</w:t>
        <w:br/>
        <w:t>Дорогі тепера дрова,&lt;br /&gt;</w:t>
        <w:br/>
        <w:t>Згас вогонь, душа здорова,&lt;br /&gt;</w:t>
        <w:br/>
        <w:t>Далебі, от це й гаразді&lt;br /&gt;</w:t>
        <w:br/>
        <w:t>Красна любко, не журися!&lt;br /&gt;</w:t>
        <w:br/>
        <w:t>Нащо сльози? Схаменися!&lt;br /&gt;</w:t>
        <w:br/>
        <w:t>Так роби, як я:&lt;br /&gt;</w:t>
        <w:br/>
        <w:t>Ти живи, поки живеться,&lt;br /&gt;</w:t>
        <w:br/>
        <w:t>А журбу забудь — минеться!&lt;br /&gt;</w:t>
        <w:br/>
        <w:t>Далебі! Та й будь моя.</w:t>
      </w:r>
    </w:p>
    <w:p>
      <w:r>
        <w:br/>
        <w:t>Приснилась мені моя люба —&lt;br /&gt;</w:t>
        <w:br/>
        <w:t>Пригноблена жінка сумна.&lt;br /&gt;</w:t>
        <w:br/>
        <w:t>Своєї колишньої вродн&lt;br /&gt;</w:t>
        <w:br/>
        <w:t>В нужді позбулася вона.&lt;br /&gt;</w:t>
        <w:br/>
        <w:t>Дитя до грудей пригортала,&lt;br /&gt;</w:t>
        <w:br/>
        <w:t>А друге за нею брело,&lt;br /&gt;</w:t>
        <w:br/>
        <w:t>І зір, і хода, і одежа —&lt;br /&gt;</w:t>
        <w:br/>
        <w:t>Все в неї убоге було.&lt;br /&gt;</w:t>
        <w:br/>
        <w:t>З базару вона поверталась,&lt;br /&gt;</w:t>
        <w:br/>
        <w:t>Коли я її перестрів —&lt;br /&gt;</w:t>
        <w:br/>
        <w:t>Спинивсь я і сумно й спокійно&lt;br /&gt;</w:t>
        <w:br/>
        <w:t>До неї заговорив:&lt;br /&gt;</w:t>
        <w:br/>
        <w:t>"Бліда ти, стомлена й хвора,—&lt;br /&gt;</w:t>
        <w:br/>
        <w:t>У дім мій зо мною ходім,&lt;br /&gt;</w:t>
        <w:br/>
        <w:t>Я буду на хліб заробляти&lt;br /&gt;</w:t>
        <w:br/>
        <w:t>Трудом і старанням своїм.&lt;br /&gt;</w:t>
        <w:br/>
        <w:t>Для діток твоїх недорослих&lt;br /&gt;</w:t>
        <w:br/>
        <w:t>Віддав би я радо життя,&lt;br /&gt;</w:t>
        <w:br/>
        <w:t>Найбільше ж для тебе самої,&lt;br /&gt;</w:t>
        <w:br/>
        <w:t>Знедолене, бліде дитя.&lt;br /&gt;</w:t>
        <w:br/>
        <w:t>Не буду тобі говорити&lt;br /&gt;</w:t>
        <w:br/>
        <w:t>Про те, що тебе я любив,&lt;br /&gt;</w:t>
        <w:br/>
        <w:t>Коли ти помреш — на могилі&lt;br /&gt;</w:t>
        <w:br/>
        <w:t>Ридатиму я без слів".</w:t>
      </w:r>
    </w:p>
    <w:p>
      <w:r>
        <w:br/>
        <w:t>* * *</w:t>
      </w:r>
    </w:p>
    <w:p>
      <w:r>
        <w:br/>
        <w:t>Я тобі на вірність клявся,&lt;br /&gt;</w:t>
        <w:br/>
        <w:t>До серденька пригортав,&lt;br /&gt;</w:t>
        <w:br/>
        <w:t>В сіті власні я попався&lt;br /&gt;</w:t>
        <w:br/>
        <w:t>І за правду жарт прийняв.&lt;br /&gt;</w:t>
        <w:br/>
        <w:t>Як покинеш в цю хвилину&lt;br /&gt;</w:t>
        <w:br/>
        <w:t>Ти мене хоч би на жарт,—&lt;br /&gt;</w:t>
        <w:br/>
        <w:t>Я застрелюсь, я загину,&lt;br /&gt;</w:t>
        <w:br/>
        <w:t>Бо без тебе жить не варт!</w:t>
      </w:r>
    </w:p>
    <w:p>
      <w:r>
        <w:br/>
        <w:t>* * *</w:t>
      </w:r>
    </w:p>
    <w:p>
      <w:r>
        <w:br/>
        <w:t>Не шалійте з нетерпіння,&lt;br /&gt;</w:t>
        <w:br/>
        <w:t>Якщо тон пісень журливих&lt;br /&gt;</w:t>
        <w:br/>
        <w:t>Часом ще звучить виразно&lt;br /&gt;</w:t>
        <w:br/>
        <w:t>І в моїх новіших співах.&lt;br /&gt;</w:t>
        <w:br/>
        <w:t>Зачекайте, відлунає&lt;br /&gt;</w:t>
        <w:br/>
        <w:t>Давнє горе непривітне,&lt;br /&gt;</w:t>
        <w:br/>
        <w:t>І нова весна піснями&lt;br /&gt;</w:t>
        <w:br/>
        <w:t>В серці згоєнім розквітне!&lt;br /&gt;</w:t>
        <w:br/>
        <w:t>Пора схаменутись, позбутися мрій,&lt;br /&gt;</w:t>
        <w:br/>
        <w:t>Кінчати з безумною грою,—&lt;br /&gt;</w:t>
        <w:br/>
        <w:t>Я надто довго, як лицедій,&lt;br /&gt;</w:t>
        <w:br/>
        <w:t>Комедію грав з тобою.&lt;br /&gt;</w:t>
        <w:br/>
        <w:t>Чудові куліси в театрі я мав —&lt;br /&gt;</w:t>
        <w:br/>
        <w:t>1 все в романтичному стилі,&lt;br /&gt;</w:t>
        <w:br/>
        <w:t>Мій рицарський плащ в брузументах палав,&lt;br /&gt;</w:t>
        <w:br/>
        <w:t>Палали чуття спломенілі.&lt;br /&gt;</w:t>
        <w:br/>
        <w:t>І що ж, хоч я мудро дивацькі оті&lt;br /&gt;</w:t>
        <w:br/>
        <w:t>Приборкав чуття навіжені,&lt;br /&gt;</w:t>
        <w:br/>
        <w:t>Нещасний і досі ще я у житті,&lt;br /&gt;</w:t>
        <w:br/>
        <w:t>Мов досі ще граю на сцені.&lt;br /&gt;</w:t>
        <w:br/>
        <w:t>0 боже! Убравшись в позичений грим.&lt;br /&gt;</w:t>
        <w:br/>
        <w:t>Казав я всю правду до краю —&lt;br /&gt;</w:t>
        <w:br/>
        <w:t>Не знав я, що з смертю у серці своїм&lt;br /&gt;</w:t>
        <w:br/>
        <w:t>Вмирущого воїна граю.&lt;br /&gt;</w:t>
        <w:br/>
        <w:t>* *&lt;br /&gt;</w:t>
        <w:br/>
        <w:t>Всевладний Вісвамітра&lt;br /&gt;</w:t>
        <w:br/>
        <w:t>То б'ється, а то постить,—&lt;br /&gt;</w:t>
        <w:br/>
        <w:t>Корову у Васішти&lt;br /&gt;</w:t>
        <w:br/>
        <w:t>Йому одібрать кортить&lt;br /&gt;</w:t>
        <w:br/>
        <w:t>Який ти бик, Вісвамітро,&lt;br /&gt;</w:t>
        <w:br/>
        <w:t>Про що тут говорить,—&lt;br /&gt;</w:t>
        <w:br/>
        <w:t>Коли за корову ти можеш&lt;br /&gt;</w:t>
        <w:br/>
        <w:t>1 битися^ і постить!</w:t>
      </w:r>
    </w:p>
    <w:p>
      <w:r>
        <w:br/>
        <w:t>Тільки б серце не зламала&lt;br /&gt;</w:t>
        <w:br/>
        <w:t>В тебе доля навісна,&lt;br /&gt;</w:t>
        <w:br/>
        <w:t>Все віддасть нова весна,&lt;br /&gt;</w:t>
        <w:br/>
        <w:t>Що зима в тебе забрала.&lt;br /&gt;</w:t>
        <w:br/>
        <w:t>Скільки ще тобі радіти!&lt;br /&gt;</w:t>
        <w:br/>
        <w:t>Вічне щастя зберегти!&lt;br /&gt;</w:t>
        <w:br/>
        <w:t>Серце, все, що любиш ти,—&lt;br /&gt;</w:t>
        <w:br/>
        <w:t>Смієш, мусиш ти любити!</w:t>
      </w:r>
    </w:p>
    <w:p>
      <w:r>
        <w:br/>
        <w:t>Ти квітка і гарна, і чиста,&lt;br /&gt;</w:t>
        <w:br/>
        <w:t>Весняна в тобі яснота;&lt;br /&gt;</w:t>
        <w:br/>
        <w:t>Дивлюсь я на тебе, і туга&lt;br /&gt;</w:t>
        <w:br/>
        <w:t>Серце мені огорта.&lt;br /&gt;</w:t>
        <w:br/>
        <w:t>І наче тобі у зажур!&lt;br /&gt;</w:t>
        <w:br/>
        <w:t>Я руку кладу на чоло,&lt;br /&gt;</w:t>
        <w:br/>
        <w:t>І, молячись, небо благаю,&lt;br /&gt;</w:t>
        <w:br/>
        <w:t>Щоб цноту твою зберегло.</w:t>
      </w:r>
    </w:p>
    <w:p>
      <w:r>
        <w:br/>
        <w:t>* * *&lt;br /&gt;</w:t>
        <w:br/>
        <w:t>Любко, це для тебе згуба,&lt;br /&gt;</w:t>
        <w:br/>
        <w:t>Сам про те я мушу дбати,&lt;br /&gt;</w:t>
        <w:br/>
        <w:t>Щоб не дати твому серцю&lt;br /&gt;</w:t>
        <w:br/>
        <w:t>Від кохання запалати.&lt;br /&gt;</w:t>
        <w:br/>
        <w:t>Я про теє дбаю щиро,&lt;br /&gt;</w:t>
        <w:br/>
        <w:t>А однак не раз благаю,&lt;br /&gt;</w:t>
        <w:br/>
        <w:t>В думці криючи благання:&lt;br /&gt;</w:t>
        <w:br/>
        <w:t>"Покохай мене, мій раю!"</w:t>
      </w:r>
    </w:p>
    <w:p>
      <w:r>
        <w:br/>
        <w:t>* * *&lt;br /&gt;</w:t>
        <w:br/>
        <w:t>Коли в подушки і в тишу&lt;br /&gt;</w:t>
        <w:br/>
        <w:t>Порину в час нічний,&lt;br /&gt;</w:t>
        <w:br/>
        <w:t>Зринає перед мене&lt;br /&gt;</w:t>
        <w:br/>
        <w:t>Твій образ осяйний.&lt;br /&gt;</w:t>
        <w:br/>
        <w:t>Коли ж склепляє очі&lt;br /&gt;</w:t>
        <w:br/>
        <w:t>Дрімота і пітьма,&lt;br /&gt;</w:t>
        <w:br/>
        <w:t>Твій образ милий входить&lt;br /&gt;</w:t>
        <w:br/>
        <w:t>У сон мій крадькома.&lt;br /&gt;</w:t>
        <w:br/>
        <w:t>А прокидаюсь вранці —&lt;br /&gt;</w:t>
        <w:br/>
        <w:t>Те саме й наяву:&lt;br /&gt;</w:t>
        <w:br/>
        <w:t>Весь день твій образ в серці,&lt;br /&gt;</w:t>
        <w:br/>
        <w:t>Тобою я живу.&lt;br /&gt;</w:t>
        <w:br/>
        <w:t>* * *&lt;br /&gt;</w:t>
        <w:br/>
        <w:t>Дівчинко — уста червоні,&lt;br /&gt;</w:t>
        <w:br/>
        <w:t>Мед у погляді та сміх —&lt;br /&gt;</w:t>
        <w:br/>
        <w:t>Дівчинко моя маленька,&lt;br /&gt;</w:t>
        <w:br/>
        <w:t>Ти завжди в думках моїх.&lt;br /&gt;</w:t>
        <w:br/>
        <w:t>В довгий вечір цей зимовий&lt;br /&gt;</w:t>
        <w:br/>
        <w:t>Дуже хочеться мені&lt;br /&gt;</w:t>
        <w:br/>
        <w:t>У кімнаточці з тобою&lt;br /&gt;</w:t>
        <w:br/>
        <w:t>Побалакать в тишині.&lt;br /&gt;</w:t>
        <w:br/>
        <w:t>Я б хотів поцілувати&lt;br /&gt;</w:t>
        <w:br/>
        <w:t>Руку білу та малу&lt;br /&gt;</w:t>
        <w:br/>
        <w:t>І сльозами окропити&lt;br /&gt;</w:t>
        <w:br/>
        <w:t>Руку білу та малу.</w:t>
      </w:r>
    </w:p>
    <w:p>
      <w:r>
        <w:br/>
        <w:t>* * *</w:t>
      </w:r>
    </w:p>
    <w:p>
      <w:r>
        <w:br/>
        <w:t>Хай навкіл мете завія,&lt;br /&gt;</w:t>
        <w:br/>
        <w:t>Хай штурмує, шаленіє,&lt;br /&gt;</w:t>
        <w:br/>
        <w:t>Хай зі дзвоном б'є у вікна,—&lt;br /&gt;</w:t>
        <w:br/>
        <w:t>У плачі я не поникну,&lt;br /&gt;</w:t>
        <w:br/>
        <w:t>Бо весна в душі моїй&lt;br /&gt;</w:t>
        <w:br/>
        <w:t>І коханий образ твій.</w:t>
      </w:r>
    </w:p>
    <w:p>
      <w:r>
        <w:br/>
        <w:t>* * •</w:t>
      </w:r>
    </w:p>
    <w:p>
      <w:r>
        <w:br/>
        <w:t>Хто благає Матір Божу,&lt;br /&gt;</w:t>
        <w:br/>
        <w:t>Хто святих Петра і Павла,&lt;br /&gt;</w:t>
        <w:br/>
        <w:t>Я ж одну благаю тільки —&lt;br /&gt;</w:t>
        <w:br/>
        <w:t>Сонце ясне, любку гожу.&lt;br /&gt;</w:t>
        <w:br/>
        <w:t>Будь до,мене прихильніша,&lt;br /&gt;</w:t>
        <w:br/>
        <w:t>Дай розкоші, поцілунків!&lt;br /&gt;</w:t>
        <w:br/>
        <w:t>Ти, з дівчат найкраще сонце,&lt;br /&gt;</w:t>
        <w:br/>
        <w:t>З сонців дівчина ясніша!</w:t>
      </w:r>
    </w:p>
    <w:p>
      <w:r>
        <w:br/>
        <w:t>* * *</w:t>
      </w:r>
    </w:p>
    <w:p>
      <w:r>
        <w:br/>
        <w:t>Друже мій, ти закожавсь,—&lt;br /&gt;</w:t>
        <w:br/>
        <w:t>Біль новий тебе колише;&lt;br /&gt;</w:t>
        <w:br/>
        <w:t>Все темніше в голові,&lt;br /&gt;</w:t>
        <w:br/>
        <w:t>А на серці — все ясніше.&lt;br /&gt;</w:t>
        <w:br/>
        <w:t>Друже мій, ти закохавсь,.&lt;br /&gt;</w:t>
        <w:br/>
        <w:t>Не сховаєш те, що зріє,—&lt;br /&gt;</w:t>
        <w:br/>
        <w:t>Твого серця щирий жар&lt;br /&gt;</w:t>
        <w:br/>
        <w:t>Крізь жилетку пломеніє.</w:t>
      </w:r>
    </w:p>
    <w:p>
      <w:r>
        <w:br/>
        <w:t>* * *</w:t>
      </w:r>
    </w:p>
    <w:p>
      <w:r>
        <w:br/>
        <w:t>Хотів перебути з тобою&lt;br /&gt;</w:t>
        <w:br/>
        <w:t>Хвилину самоти —&lt;br /&gt;</w:t>
        <w:br/>
        <w:t>Не згодилась зо мною,&lt;br /&gt;</w:t>
        <w:br/>
        <w:t>Бо поспішала ти.&lt;br /&gt;</w:t>
        <w:br/>
        <w:t>Сказав я: душа спопеліла&lt;br /&gt;</w:t>
        <w:br/>
        <w:t>І жар мій — все буде твоїмі&lt;br /&gt;</w:t>
        <w:br/>
        <w:t>Ти кніксен мені зробила&lt;br /&gt;</w:t>
        <w:br/>
        <w:t>І засміялась при тім.&lt;br /&gt;</w:t>
        <w:br/>
        <w:t>Мене ти ще більше печальним&lt;br /&gt;</w:t>
        <w:br/>
        <w:t>Зробила на довгі дні —&lt;br /&gt;</w:t>
        <w:br/>
        <w:t>У поцілунку прощальнім&lt;br /&gt;</w:t>
        <w:br/>
        <w:t>Відмовила мені.&lt;br /&gt;</w:t>
        <w:br/>
        <w:t>Стрілятися я не стану,&lt;br /&gt;</w:t>
        <w:br/>
        <w:t>Про це ти й думать облиш,—&lt;br /&gt;</w:t>
        <w:br/>
        <w:t>Бо все це, моя кохана,&lt;br /&gt;</w:t>
        <w:br/>
        <w:t>Траплялось мені й раніш.</w:t>
      </w:r>
    </w:p>
    <w:p>
      <w:r>
        <w:br/>
        <w:t>* * *</w:t>
      </w:r>
    </w:p>
    <w:p>
      <w:r>
        <w:br/>
        <w:t>Сапфірової синизни&lt;br /&gt;</w:t>
        <w:br/>
        <w:t>Твої глибокі очі.&lt;br /&gt;</w:t>
        <w:br/>
        <w:t>Щасливець той, кому вони&lt;br /&gt;</w:t>
        <w:br/>
        <w:t>Всміхаються охоче.&lt;br /&gt;</w:t>
        <w:br/>
        <w:t>А серце в тебе — той алмаз,&lt;br /&gt;</w:t>
        <w:br/>
        <w:t>Що гранями яскріє.&lt;br /&gt;</w:t>
        <w:br/>
        <w:t>Щасливець, з ким воно весь час&lt;br /&gt;</w:t>
        <w:br/>
        <w:t>Горить і пломеніє.&lt;br /&gt;</w:t>
        <w:br/>
        <w:t>Напіврозкриті, надять, звуть&lt;br /&gt;</w:t>
        <w:br/>
        <w:t>Твої рубіни-губи.&lt;br /&gt;</w:t>
        <w:br/>
        <w:t>Щасливець той, кому шепнуть&lt;br /&gt;</w:t>
        <w:br/>
        <w:t>Вони жадане: "Любий!"</w:t>
      </w:r>
    </w:p>
    <w:p>
      <w:r>
        <w:br/>
        <w:t>4. Г. Гейне</w:t>
      </w:r>
    </w:p>
    <w:p>
      <w:r>
        <w:br/>
        <w:t>Якби щасливчика того&lt;br /&gt;</w:t>
        <w:br/>
        <w:t>Зустрів я в темнім лісі,&lt;br /&gt;</w:t>
        <w:br/>
        <w:t>Ій-право, щастя він свого&lt;br /&gt;</w:t>
        <w:br/>
        <w:t>Волів би сам зректися.</w:t>
      </w:r>
    </w:p>
    <w:p>
      <w:r>
        <w:br/>
        <w:t>* * *</w:t>
      </w:r>
    </w:p>
    <w:p>
      <w:r>
        <w:br/>
        <w:t>Світ наш занадто фрагментоподібний.&lt;br /&gt;</w:t>
        <w:br/>
        <w:t>Німецький професор, ось хто тут потрібний!&lt;br /&gt;</w:t>
        <w:br/>
        <w:t>На світ роздертий він кине оком,&lt;br /&gt;</w:t>
        <w:br/>
        <w:t>В розумну систему стулить шматки,&lt;br /&gt;</w:t>
        <w:br/>
        <w:t>І своїм нічним ковпаком і шлафроком&lt;br /&gt;</w:t>
        <w:br/>
        <w:t>Заштопає світобудови дірки.</w:t>
      </w:r>
    </w:p>
    <w:p>
      <w:r>
        <w:br/>
        <w:t>* * *</w:t>
      </w:r>
    </w:p>
    <w:p>
      <w:r>
        <w:br/>
        <w:t>Сьогодні у них, мабуть, гості,&lt;br /&gt;</w:t>
        <w:br/>
        <w:t>В будинкові скрізь вогні.&lt;br /&gt;</w:t>
        <w:br/>
        <w:t>На другому поверсі часом&lt;br /&gt;</w:t>
        <w:br/>
        <w:t>З'являється тінь у вікні.&lt;br /&gt;</w:t>
        <w:br/>
        <w:t>В пітьмі я стою самотній,&lt;br /&gt;</w:t>
        <w:br/>
        <w:t>І ти не бачиш мене.&lt;br /&gt;</w:t>
        <w:br/>
        <w:t>Ще важче тобі зазирнути&lt;br /&gt;</w:t>
        <w:br/>
        <w:t>У серце моє смутне.&lt;br /&gt;</w:t>
        <w:br/>
        <w:t>Це серце до тебе лине&lt;br /&gt;</w:t>
        <w:br/>
        <w:t>І гине з кохання свого,&lt;br /&gt;</w:t>
        <w:br/>
        <w:t>Воно обливається кров'ю,&lt;br /&gt;</w:t>
        <w:br/>
        <w:t>А ти не бачиш того.</w:t>
      </w:r>
    </w:p>
    <w:p>
      <w:r>
        <w:br/>
        <w:t>* * *</w:t>
      </w:r>
    </w:p>
    <w:p>
      <w:r>
        <w:br/>
        <w:t>Хотів би я в слово єдине&lt;br /&gt;</w:t>
        <w:br/>
        <w:t>Вмістити всю думу смутну,&lt;br /&gt;</w:t>
        <w:br/>
        <w:t>Віддать його вільному вітру —&lt;br /&gt;</w:t>
        <w:br/>
        <w:t>Нехай би одніс вдалину.&lt;br /&gt;</w:t>
        <w:br/>
        <w:t>Нехай би печаль в отім слові&lt;br /&gt;</w:t>
        <w:br/>
        <w:t>До тебе моя попливла,&lt;br /&gt;</w:t>
        <w:br/>
        <w:t>Щоб ти її кожну хвилину&lt;br /&gt;</w:t>
        <w:br/>
        <w:t>Почути, кохана, могла.</w:t>
      </w:r>
    </w:p>
    <w:p>
      <w:r>
        <w:br/>
        <w:t>1 навіть, коли серед ночі&lt;br /&gt;</w:t>
        <w:br/>
        <w:t>Заплющив ти очі ясні,&lt;br /&gt;</w:t>
        <w:br/>
        <w:t>І тут щоб знайшло моє слово&lt;br /&gt;</w:t>
        <w:br/>
        <w:t>Тебе у найглибшому сні.</w:t>
      </w:r>
    </w:p>
    <w:p>
      <w:r>
        <w:br/>
        <w:t>У тебе алмази, і перли,&lt;br /&gt;</w:t>
        <w:br/>
        <w:t>І людські усі скарби.&lt;br /&gt;</w:t>
        <w:br/>
        <w:t>І очі найкращі у світі,—&lt;br /&gt;</w:t>
        <w:br/>
        <w:t>Чого ще* люба, тобі?&lt;br /&gt;</w:t>
        <w:br/>
        <w:t>Я ціле летюче військо&lt;br /&gt;</w:t>
        <w:br/>
        <w:t>Про очі твої голубі&lt;br /&gt;</w:t>
        <w:br/>
        <w:t>Пісень написав безсмертних,—&lt;br /&gt;</w:t>
        <w:br/>
        <w:t>Чого ще, люба, тобі?&lt;br /&gt;</w:t>
        <w:br/>
        <w:t>Мене своїми очима&lt;br /&gt;</w:t>
        <w:br/>
        <w:t>В нерівній боротьбі&lt;br /&gt;</w:t>
        <w:br/>
        <w:t>Вкінець ти занапастила,—&lt;br /&gt;</w:t>
        <w:br/>
        <w:t>Чого ще, любаг тобі?</w:t>
      </w:r>
    </w:p>
    <w:p>
      <w:r>
        <w:br/>
        <w:t>* * *&lt;br /&gt;</w:t>
        <w:br/>
        <w:t>Вперше може нещасливо&lt;br /&gt;</w:t>
        <w:br/>
        <w:t>Закохатись навіть бог,&lt;br /&gt;</w:t>
        <w:br/>
        <w:t>Але вдруге безнадійно&lt;br /&gt;</w:t>
        <w:br/>
        <w:t>Закохається лиш дурень.&lt;br /&gt;</w:t>
        <w:br/>
        <w:t>Що ж, я дурень, я кохаю&lt;br /&gt;</w:t>
        <w:br/>
        <w:t>Знов без жодної надії,,&lt;br /&gt;</w:t>
        <w:br/>
        <w:t>Сонце, місяць, світ сміється,&lt;br /&gt;</w:t>
        <w:br/>
        <w:t>Я сміюся теж — і гину.</w:t>
      </w:r>
    </w:p>
    <w:p>
      <w:r>
        <w:br/>
        <w:t>Мов я від них і раду, й пораду,&lt;br /&gt;</w:t>
        <w:br/>
        <w:t>Брали мене, як на принаду,—&lt;br /&gt;</w:t>
        <w:br/>
        <w:t>Мовляв, ти трохи лиш зажди,&lt;br /&gt;</w:t>
        <w:br/>
        <w:t>Ми тебе визволимо з біди.&lt;br /&gt;</w:t>
        <w:br/>
        <w:t>Але за їхньої допомоги&lt;br /&gt;</w:t>
        <w:br/>
        <w:t>Я, мабуть, простяг би з голоду ноги,—&lt;br /&gt;</w:t>
        <w:br/>
        <w:t>Коли б не з'явивсь чоловічок один,&lt;br /&gt;</w:t>
        <w:br/>
        <w:t>Взявся як слід за мене він.&lt;br /&gt;</w:t>
        <w:br/>
        <w:t>Ну й чоловічок! Вічне спасибі&lt;br /&gt;</w:t>
        <w:br/>
        <w:t>Він заслужив на мовму хлібі!&lt;br /&gt;</w:t>
        <w:br/>
        <w:t>Шкода* що з ним не обнятися нам,&lt;br /&gt;</w:t>
        <w:br/>
        <w:t>Бо чоловічок отой ^ я сам!</w:t>
      </w:r>
    </w:p>
    <w:p>
      <w:r>
        <w:br/>
        <w:t>* * *</w:t>
      </w:r>
    </w:p>
    <w:p>
      <w:r>
        <w:br/>
        <w:t>Цей юнак хвали достойний!&lt;br /&gt;</w:t>
        <w:br/>
        <w:t>Він, коли мене стрічає,&lt;br /&gt;</w:t>
        <w:br/>
        <w:t>Устрицями, і рейнвейном,&lt;br /&gt;</w:t>
        <w:br/>
        <w:t>І лікером пригощає.&lt;br /&gt;</w:t>
        <w:br/>
        <w:t>Вранці прийде привітатись,&lt;br /&gt;</w:t>
        <w:br/>
        <w:t>Все на нім в останній моді —&lt;br /&gt;</w:t>
        <w:br/>
        <w:t>Штаненята, фрак і галстук,—&lt;br /&gt;</w:t>
        <w:br/>
        <w:t>Справжній денді він, та й годі.&lt;br /&gt;</w:t>
        <w:br/>
        <w:t>Він у захваті від мене,&lt;br /&gt;</w:t>
        <w:br/>
        <w:t>Щиро радий моїй славі,&lt;br /&gt;</w:t>
        <w:br/>
        <w:t>І в послузі мені стати&lt;br /&gt;</w:t>
        <w:br/>
        <w:t>В будь-якій готовий справі.&lt;br /&gt;</w:t>
        <w:br/>
        <w:t>Вечорами ж десь в салоні,&lt;br /&gt;</w:t>
        <w:br/>
        <w:t>І в інтимнім колі, й в ширшім,&lt;br /&gt;</w:t>
        <w:br/>
        <w:t>Він натхненно милим дамам&lt;br /&gt;</w:t>
        <w:br/>
        <w:t>Декламує мої вірші.&lt;br /&gt;</w:t>
        <w:br/>
        <w:t>В наші дні, коли юнацтво&lt;br /&gt;</w:t>
        <w:br/>
        <w:t>Легковажне і нечемне,&lt;br /&gt;</w:t>
        <w:br/>
        <w:t>З юнаком таким стрічатись&lt;br /&gt;</w:t>
        <w:br/>
        <w:t>І цікаво, і приємно.</w:t>
      </w:r>
    </w:p>
    <w:p>
      <w:r>
        <w:br/>
        <w:t>* * *</w:t>
      </w:r>
    </w:p>
    <w:p>
      <w:r>
        <w:br/>
        <w:t>Мені приснилося: я бог,—&lt;br /&gt;</w:t>
        <w:br/>
        <w:t>У небі дні минають,&lt;br /&gt;</w:t>
        <w:br/>
        <w:t>І хором ангели пісень —&lt;br /&gt;</w:t>
        <w:br/>
        <w:t>моїх пісень співають.&lt;br /&gt;</w:t>
        <w:br/>
        <w:t>Я тістечка й цукерки їм&lt;br /&gt;</w:t>
        <w:br/>
        <w:t>І все, що забажаю,&lt;br /&gt;</w:t>
        <w:br/>
        <w:t>П'ю "кардинал"; але боргів —&lt;br /&gt;</w:t>
        <w:br/>
        <w:t>Боргів, я тут не маю.&lt;br /&gt;</w:t>
        <w:br/>
        <w:t>І все ж гнітить мене нудьга:&lt;br /&gt;</w:t>
        <w:br/>
        <w:t>На землю я хотів би.&lt;br /&gt;</w:t>
        <w:br/>
        <w:t>Коли б не "богом був я тут —&lt;br /&gt;</w:t>
        <w:br/>
        <w:t>З нудьги осатанів би.</w:t>
      </w:r>
    </w:p>
    <w:p>
      <w:r>
        <w:br/>
        <w:t>"Нум, довгоногий Гавриїл,&lt;br /&gt;</w:t>
        <w:br/>
        <w:t>Злітай униз для мене,&lt;br /&gt;</w:t>
        <w:br/>
        <w:t>І друга щирого мого —&lt;br /&gt;</w:t>
        <w:br/>
        <w:t>Примчи сюди Еугена.</w:t>
      </w:r>
    </w:p>
    <w:p>
      <w:r>
        <w:br/>
        <w:t>Шукай його десь у шинку,&lt;br /&gt;</w:t>
        <w:br/>
        <w:t>Бо він забув про книги,&lt;br /&gt;</w:t>
        <w:br/>
        <w:t>У мамзель Майєр він сидить,&lt;br /&gt;</w:t>
        <w:br/>
        <w:t>А зовсім не в Ядвіги".</w:t>
      </w:r>
    </w:p>
    <w:p>
      <w:r>
        <w:br/>
        <w:t>Розправив крила Гавриїл&lt;br /&gt;</w:t>
        <w:br/>
        <w:t>І хвацько вниз метнувся,&lt;br /&gt;</w:t>
        <w:br/>
        <w:t>І незабаром з гультяєм,&lt;br /&gt;</w:t>
        <w:br/>
        <w:t>З дружком моїм, вернувся.</w:t>
      </w:r>
    </w:p>
    <w:p>
      <w:r>
        <w:br/>
        <w:t>"От бачиш, хлопче, вже я бог,&lt;br /&gt;</w:t>
        <w:br/>
        <w:t>Владар землі і люду!&lt;br /&gt;</w:t>
        <w:br/>
        <w:t>Хіба тобі я не казав,&lt;br /&gt;</w:t>
        <w:br/>
        <w:t>Що чимсь путящим буду?&lt;br /&gt;</w:t>
        <w:br/>
        <w:t>Ти не дивуйся — я чудеса&lt;br /&gt;</w:t>
        <w:br/>
        <w:t>Щодня творю господні.&lt;br /&gt;</w:t>
        <w:br/>
        <w:t>Тобі на радість, весь Берлін&lt;br /&gt;</w:t>
        <w:br/>
        <w:t>Вщасливлю я сьогодні.&lt;br /&gt;</w:t>
        <w:br/>
        <w:t>Каміння бруку розколю&lt;br /&gt;</w:t>
        <w:br/>
        <w:t>Ту ж мить по половинці —&lt;br /&gt;</w:t>
        <w:br/>
        <w:t>В них свіжих устриць посаджу,&lt;br /&gt;</w:t>
        <w:br/>
        <w:t>Нехай жеруть берлінці!&lt;br /&gt;</w:t>
        <w:br/>
        <w:t>Смачний лимонний сік дощем&lt;br /&gt;</w:t>
        <w:br/>
        <w:t>Нехай їх рясно скропить,&lt;br /&gt;</w:t>
        <w:br/>
        <w:t>Міські канави через край&lt;br /&gt;</w:t>
        <w:br/>
        <w:t>Нехай рейнвейн затопить".&lt;br /&gt;</w:t>
        <w:br/>
        <w:t>Гуде, радіє весь Берлін,&lt;br /&gt;</w:t>
        <w:br/>
        <w:t>Накинувся на страви,&lt;br /&gt;</w:t>
        <w:br/>
        <w:t>Пани із земського суда&lt;br /&gt;</w:t>
        <w:br/>
        <w:t>П'ють просто із канави.&lt;br /&gt;</w:t>
        <w:br/>
        <w:t>"Хвала божественним харчам!"&lt;br /&gt;</w:t>
        <w:br/>
        <w:t>Поети славлять їжу.&lt;br /&gt;</w:t>
        <w:br/>
        <w:t>Вилизує офіцерня&lt;br /&gt;</w:t>
        <w:br/>
        <w:t>Панель — навдивовижу!&lt;br /&gt;</w:t>
        <w:br/>
        <w:t>Розумні фендрики гуртом&lt;br /&gt;</w:t>
        <w:br/>
        <w:t>Взялись до діла живо —&lt;br /&gt;</w:t>
        <w:br/>
        <w:t>Вони ж бо знають — не щодня&lt;br /&gt;</w:t>
        <w:br/>
        <w:t>Таке буває диво!</w:t>
      </w:r>
    </w:p>
    <w:p>
      <w:r>
        <w:br/>
        <w:t>* * *</w:t>
      </w:r>
    </w:p>
    <w:p>
      <w:r>
        <w:br/>
        <w:t>Залишив я вас у чудовому липні,&lt;br /&gt;</w:t>
        <w:br/>
        <w:t>Щоб нині у січні зустрітися знов.&lt;br /&gt;</w:t>
        <w:br/>
        <w:t>Тоді ви, здається, палали від спеки,&lt;br /&gt;</w:t>
        <w:br/>
        <w:t>Тепер прохолола, либонь, ваша кров.&lt;br /&gt;</w:t>
        <w:br/>
        <w:t>Я знову подамсь, коли ж знову вернуся,—&lt;br /&gt;</w:t>
        <w:br/>
        <w:t>І жар ваш, і холод давно вже помре,&lt;br /&gt;</w:t>
        <w:br/>
        <w:t>І мовчки пройду я повз ваші могили,&lt;br /&gt;</w:t>
        <w:br/>
        <w:t>І серце моє буде бідне й старе.</w:t>
      </w:r>
    </w:p>
    <w:p>
      <w:r>
        <w:br/>
        <w:t>* * *</w:t>
      </w:r>
    </w:p>
    <w:p>
      <w:r>
        <w:br/>
        <w:t>У темній поштовій кареті&lt;br /&gt;</w:t>
        <w:br/>
        <w:t>Ми їхали вдвох крізь ніч,&lt;br /&gt;</w:t>
        <w:br/>
        <w:t>Ми линули серцем до серця,&lt;br /&gt;</w:t>
        <w:br/>
        <w:t>Дивилися віч-у-віч.&lt;br /&gt;</w:t>
        <w:br/>
        <w:t>Коли ж зайнявся ранок,&lt;br /&gt;</w:t>
        <w:br/>
        <w:t>Ми кличемо провідника:&lt;br /&gt;</w:t>
        <w:br/>
        <w:t>Сидить між нами заєць —&lt;br /&gt;</w:t>
        <w:br/>
        <w:t>Амур, пасажир без квитка!&lt;br /&gt;</w:t>
        <w:br/>
        <w:t>* * *&lt;br /&gt;</w:t>
        <w:br/>
        <w:t>Бог зна, де шалена дівка&lt;br /&gt;</w:t>
        <w:br/>
        <w:t>Оселилася моя;&lt;br /&gt;</w:t>
        <w:br/>
        <w:t>Лаючись, у дощ та хвищу&lt;br /&gt;</w:t>
        <w:br/>
        <w:t>Все оббігав місто я.&lt;br /&gt;</w:t>
        <w:br/>
        <w:t>Уганяв з корчми до шинку,&lt;br /&gt;</w:t>
        <w:br/>
        <w:t>У готелі заглядав,&lt;br /&gt;</w:t>
        <w:br/>
        <w:t>Марно кельнерів брутальних&lt;br /&gt;</w:t>
        <w:br/>
        <w:t>Про дівчисько я питав.&lt;br /&gt;</w:t>
        <w:br/>
        <w:t>Раптом ось вона — регоче,&lt;br /&gt;</w:t>
        <w:br/>
        <w:t>Подає до мене знак.&lt;br /&gt;</w:t>
        <w:br/>
        <w:t>Ти — і в цьому пишнім домі?&lt;br /&gt;</w:t>
        <w:br/>
        <w:t>Не подумав би ніяк!&lt;br /&gt;</w:t>
        <w:br/>
        <w:t># * *&lt;br /&gt;</w:t>
        <w:br/>
        <w:t>Вечірні промені ясні&lt;br /&gt;</w:t>
        <w:br/>
        <w:t>По хвилях миготіли,&lt;br /&gt;</w:t>
        <w:br/>
        <w:t>Біля хатини самітні,&lt;br /&gt;</w:t>
        <w:br/>
        <w:t>Мовчазні ми сиділи.&lt;br /&gt;</w:t>
        <w:br/>
        <w:t>Все море вкрили тумани,&lt;br /&gt;</w:t>
        <w:br/>
        <w:t>Вгорі чайки кружляли,&lt;br /&gt;</w:t>
        <w:br/>
        <w:t>А сльози милої дрібні&lt;br /&gt;</w:t>
        <w:br/>
        <w:t>З очей на руки впали.&lt;br /&gt;</w:t>
        <w:br/>
        <w:t>І я навколішки упав,&lt;br /&gt;</w:t>
        <w:br/>
        <w:t>На сльози ті дивився,&lt;br /&gt;</w:t>
        <w:br/>
        <w:t>Ті білі руки цілував&lt;br /&gt;</w:t>
        <w:br/>
        <w:t>І гірких сліз напився.&lt;br /&gt;</w:t>
        <w:br/>
        <w:t>Мені сум-туга навісна&lt;br /&gt;</w:t>
        <w:br/>
        <w:t>Так палить душу й тіло,&lt;br /&gt;</w:t>
        <w:br/>
        <w:t>Та безталанниця сумна&lt;br /&gt;</w:t>
        <w:br/>
        <w:t>Мене слізьми струїла.&lt;br /&gt;</w:t>
        <w:br/>
        <w:t>* * *&lt;br /&gt;</w:t>
        <w:br/>
        <w:t>Коли ми одружимось, тобі&lt;br /&gt;</w:t>
        <w:br/>
        <w:t>Всі заздритимуть, та й годі.&lt;br /&gt;</w:t>
        <w:br/>
        <w:t>Зо мною ти житимеш, далебі,&lt;br /&gt;</w:t>
        <w:br/>
        <w:t>В розвагах та насолоді.&lt;br /&gt;</w:t>
        <w:br/>
        <w:t>Хоч бийся, хоч лайся,— буду терпіть,&lt;br /&gt;</w:t>
        <w:br/>
        <w:t>Покірно гнутиму спину;&lt;br /&gt;</w:t>
        <w:br/>
        <w:t>А віршів моїх не станеш хвалить,—&lt;br /&gt;</w:t>
        <w:br/>
        <w:t>Ту ж мить тебе покину.</w:t>
      </w:r>
    </w:p>
    <w:p>
      <w:r>
        <w:br/>
        <w:t>Серце! Доля ще не вмерла.&lt;br /&gt;</w:t>
        <w:br/>
        <w:t>Згине ця пора сумна,&lt;br /&gt;</w:t>
        <w:br/>
        <w:t>Все віддасть тобі весна,&lt;br /&gt;</w:t>
        <w:br/>
        <w:t>Що зима колись пожерла.&lt;br /&gt;</w:t>
        <w:br/>
        <w:t>Ще зосталося немало!&lt;br /&gt;</w:t>
        <w:br/>
        <w:t>Цей широкий пишний світ,&lt;br /&gt;</w:t>
        <w:br/>
        <w:t>Цей краси весняний, квіт.&lt;br /&gt;</w:t>
        <w:br/>
        <w:t>Все твоє, щоб ти кахалої&lt;br /&gt;</w:t>
        <w:br/>
        <w:t>* * *&lt;br /&gt;</w:t>
        <w:br/>
        <w:t>Мене ви рідко розуміли,&lt;br /&gt;</w:t>
        <w:br/>
        <w:t>Я міг вас рідко розуміть;&lt;br /&gt;</w:t>
        <w:br/>
        <w:t>А як в болоті ми засіли.&lt;br /&gt;</w:t>
        <w:br/>
        <w:t>Порозумілися ту ж адйть,</w:t>
      </w:r>
    </w:p>
    <w:p>
      <w:r>
        <w:br/>
        <w:t>Дон Енріке, що Прекрасним&lt;br /&gt;</w:t>
        <w:br/>
        <w:t>Кожен тут його взивав,—&lt;br /&gt;</w:t>
        <w:br/>
        <w:t>Біля мене за стіною&lt;br /&gt;</w:t>
        <w:br/>
        <w:t>По сусідству проживає.&lt;br /&gt;</w:t>
        <w:br/>
        <w:t>Мліють дами в Саламанці,&lt;br /&gt;</w:t>
        <w:br/>
        <w:t>Як він на бульвар виходить,&lt;br /&gt;</w:t>
        <w:br/>
        <w:t>Вус підкрутить, в шпори дзвонить&lt;br /&gt;</w:t>
        <w:br/>
        <w:t>І собак з собою водить.&lt;br /&gt;</w:t>
        <w:br/>
        <w:t>Але в тихий час вечірній&lt;br /&gt;</w:t>
        <w:br/>
        <w:t>Вдома він самітно мріє&lt;br /&gt;</w:t>
        <w:br/>
        <w:t>І, гітару взявши в руки,&lt;br /&gt;</w:t>
        <w:br/>
        <w:t>Таємничі сни леліє.&lt;br /&gt;</w:t>
        <w:br/>
        <w:t>І тремтяче б'є по струнах,&lt;br /&gt;</w:t>
        <w:br/>
        <w:t>І фантазії виводить —&lt;br /&gt;</w:t>
        <w:br/>
        <w:t>Ах, до млості тим квилінням&lt;br /&gt;</w:t>
        <w:br/>
        <w:t>Часом він мене доводить.</w:t>
      </w:r>
    </w:p>
    <w:p>
      <w:r>
        <w:br/>
        <w:t>Ніч шляхи укрила дальні,&lt;br /&gt;</w:t>
        <w:br/>
        <w:t>Душу й серце втома крає...&lt;br /&gt;</w:t>
        <w:br/>
        <w:t>Тихим світлом безпечальним&lt;br /&gt;</w:t>
        <w:br/>
        <w:t>Місяць землю осяває.&lt;br /&gt;</w:t>
        <w:br/>
        <w:t>Ніжним світлом місяць боре&lt;br /&gt;</w:t>
        <w:br/>
        <w:t>Мовчазне страхіття ночі;&lt;br /&gt;</w:t>
        <w:br/>
        <w:t>І моє минає горе,&lt;br /&gt;</w:t>
        <w:br/>
        <w:t>І сльоза пливе на очі.&lt;br /&gt;</w:t>
        <w:br/>
        <w:t>Так, смерть — це тиха ніч без снів,&lt;br /&gt;</w:t>
        <w:br/>
        <w:t>Але життя — задушний день..,&lt;br /&gt;</w:t>
        <w:br/>
        <w:t>Вже смеркло... Я дрімаю...&lt;br /&gt;</w:t>
        <w:br/>
        <w:t>Цей день мене так втомив.&lt;br /&gt;</w:t>
        <w:br/>
        <w:t>Над ліжком липа сниться мені,&lt;br /&gt;</w:t>
        <w:br/>
        <w:t>Співає юний соловей,&lt;br /&gt;</w:t>
        <w:br/>
        <w:t>Вічну пісню кохання&lt;br /&gt;</w:t>
        <w:br/>
        <w:t>Я чую навіть у сні.</w:t>
      </w:r>
    </w:p>
    <w:p>
      <w:r>
        <w:br/>
        <w:t>* * *</w:t>
      </w:r>
    </w:p>
    <w:p>
      <w:r>
        <w:br/>
        <w:t>Де кохана, для якої&lt;br /&gt;</w:t>
        <w:br/>
        <w:t>Ти співав пісні чудові,&lt;br /&gt;</w:t>
        <w:br/>
        <w:t>Коли в серці в тебе грало&lt;br /&gt;</w:t>
        <w:br/>
        <w:t>Вічне полум'я любові?&lt;br /&gt;</w:t>
        <w:br/>
        <w:t>Вже те полум'я погасло,&lt;br /&gt;</w:t>
        <w:br/>
        <w:t>В серці холод і мовчання,&lt;br /&gt;</w:t>
        <w:br/>
        <w:t>Книжка ця — то тільки урна&lt;br /&gt;</w:t>
        <w:br/>
        <w:t>З попелом мого кохання.</w:t>
      </w:r>
    </w:p>
    <w:p>
      <w:r>
        <w:br/>
        <w:t>З "ПОДОРОЖІ НА ГАРЦ"&lt;br /&gt;</w:t>
        <w:br/>
        <w:t>ПРОЛОГ&lt;br /&gt;</w:t>
        <w:br/>
        <w:t>Білі глянцеві манжети,&lt;br /&gt;</w:t>
        <w:br/>
        <w:t>Чорні фраки і панчохи,&lt;br /&gt;</w:t>
        <w:br/>
        <w:t>Ніжна мова, поцілунки,—&lt;br /&gt;</w:t>
        <w:br/>
        <w:t>Ох, коли б їм серця трохиі&lt;br /&gt;</w:t>
        <w:br/>
        <w:t>Серця в груди, і в те серце —&lt;br /&gt;</w:t>
        <w:br/>
        <w:t>І любові, і страждання.&lt;br /&gt;</w:t>
        <w:br/>
        <w:t>Ох, мене вбиває щебет&lt;br /&gt;</w:t>
        <w:br/>
        <w:t>Про фальшивий біль кохання!&lt;br /&gt;</w:t>
        <w:br/>
        <w:t>Хочу я податись в гори,&lt;br /&gt;</w:t>
        <w:br/>
        <w:t>Де хати на кручах мріють,&lt;br /&gt;</w:t>
        <w:br/>
        <w:t>Де зітхають вільно груди&lt;br /&gt;</w:t>
        <w:br/>
        <w:t>І вітри на волі віють.&lt;br /&gt;</w:t>
        <w:br/>
        <w:t>Хочу я податись в гори,&lt;br /&gt;</w:t>
        <w:br/>
        <w:t>Де стоять стрункі смереки,&lt;br /&gt;</w:t>
        <w:br/>
        <w:t>Мчать струмки, птахи співають,&lt;br /&gt;</w:t>
        <w:br/>
        <w:t>Хмари в світ пливуть далекий.&lt;br /&gt;</w:t>
        <w:br/>
        <w:t>Прощавайте, пишні зали,&lt;br /&gt;</w:t>
        <w:br/>
        <w:t>Пишні франти, пишні дами!&lt;br /&gt;</w:t>
        <w:br/>
        <w:t>Хочу я податись в гори —&lt;br /&gt;</w:t>
        <w:br/>
        <w:t>І сміятися над вами.</w:t>
      </w:r>
    </w:p>
    <w:p>
      <w:r>
        <w:br/>
        <w:t>ГІРСЬКА ІДИЛІЯ</w:t>
      </w:r>
    </w:p>
    <w:p>
      <w:r>
        <w:br/>
        <w:t>І&lt;br /&gt;</w:t>
        <w:br/>
        <w:t>На горі стоїть хатина,&lt;br /&gt;</w:t>
        <w:br/>
        <w:t>В ній живе гірник старий.&lt;br /&gt;</w:t>
        <w:br/>
        <w:t>Там шумить ялина тихо,&lt;br /&gt;</w:t>
        <w:br/>
        <w:t>Світить місяць золотий.&lt;br /&gt;</w:t>
        <w:br/>
        <w:t>Є в отій хатині крісло&lt;br /&gt;</w:t>
        <w:br/>
        <w:t>В дивних різьбах — аж сія;&lt;br /&gt;</w:t>
        <w:br/>
        <w:t>Хто сидить в нім — той щасливець,&lt;br /&gt;</w:t>
        <w:br/>
        <w:t>І отой щасливець — я.&lt;br /&gt;</w:t>
        <w:br/>
        <w:t>Біля ніг моїх дівчатко —&lt;br /&gt;</w:t>
        <w:br/>
        <w:t>Чарівний, щасливий вид,&lt;br /&gt;</w:t>
        <w:br/>
        <w:t>Очі — дві зорі блакитні,&lt;br /&gt;</w:t>
        <w:br/>
        <w:t>Губки — наче рожі цвіт.&lt;br /&gt;</w:t>
        <w:br/>
        <w:t>Сяють ті блакитні очі,&lt;br /&gt;</w:t>
        <w:br/>
        <w:t>Мов безмежний небовид.&lt;br /&gt;</w:t>
        <w:br/>
        <w:t>Ось вона кладе лукаво %&lt;br /&gt;</w:t>
        <w:br/>
        <w:t>Пальчик свій на рожі цвіт.&lt;br /&gt;</w:t>
        <w:br/>
        <w:t>Ні, пряде ретельно мати,&lt;br /&gt;</w:t>
        <w:br/>
        <w:t>їй не чути наших слів,&lt;br /&gt;</w:t>
        <w:br/>
        <w:t>Приграє на цитрі батько&lt;br /&gt;</w:t>
        <w:br/>
        <w:t>Пісні давньої мотив.&lt;br /&gt;</w:t>
        <w:br/>
        <w:t>І дівчатко шепотіти&lt;br /&gt;</w:t>
        <w:br/>
        <w:t>Починає в тишині,—&lt;br /&gt;</w:t>
        <w:br/>
        <w:t>Не одну вже таємницю&lt;br /&gt;</w:t>
        <w:br/>
        <w:t>Звірило воно мені:&lt;br /&gt;</w:t>
        <w:br/>
        <w:t>"З дня, як тітка наша вмерла,.&lt;br /&gt;</w:t>
        <w:br/>
        <w:t>Не з ру-Ш ходити нам&lt;br /&gt;</w:t>
        <w:br/>
        <w:t>На стрілецький двір у Гослар,&lt;br /&gt;</w:t>
        <w:br/>
        <w:t>Хоч жрасиво йтарно,тамі&lt;br /&gt;</w:t>
        <w:br/>
        <w:t>Тут, у горах(, так самотньо,,&lt;br /&gt;</w:t>
        <w:br/>
        <w:t>Стужа, тиша навкруги.&lt;br /&gt;</w:t>
        <w:br/>
        <w:t>А зимою наче в гробі,&lt;br /&gt;</w:t>
        <w:br/>
        <w:t>Засипають нас сніги.&lt;br /&gt;</w:t>
        <w:br/>
        <w:t>Я — дівчисько полохливе,&lt;br /&gt;</w:t>
        <w:br/>
        <w:t>Мов дитя, боюсь весь час&lt;br /&gt;</w:t>
        <w:br/>
        <w:t>Тих гірських недобрих духів,&lt;br /&gt;</w:t>
        <w:br/>
        <w:t>Що вночі лякають нас".&lt;br /&gt;</w:t>
        <w:br/>
        <w:t>Ці слова сказала мила&lt;br /&gt;</w:t>
        <w:br/>
        <w:t>І, злакавшись їх сама,&lt;br /&gt;</w:t>
        <w:br/>
        <w:t>Рученятками обличчя&lt;br /&gt;</w:t>
        <w:br/>
        <w:t>Затулила обома.&lt;br /&gt;</w:t>
        <w:br/>
        <w:t>Дужче шурхає ялина,&lt;br /&gt;</w:t>
        <w:br/>
        <w:t>Прядка крутиться й хурчить,&lt;br /&gt;</w:t>
        <w:br/>
        <w:t>І дзвенить тихенько цитра,&lt;br /&gt;</w:t>
        <w:br/>
        <w:t>І старий мотив звучите:&lt;br /&gt;</w:t>
        <w:br/>
        <w:t>"Злої влади темних духів&lt;br /&gt;</w:t>
        <w:br/>
        <w:t>Ти не бійсь, моє дитя!&lt;br /&gt;</w:t>
        <w:br/>
        <w:t>Добрі ангели на варті&lt;br /&gt;</w:t>
        <w:br/>
        <w:t>Біля тебе все життях&lt;br /&gt;</w:t>
        <w:br/>
        <w:t>II&lt;br /&gt;</w:t>
        <w:br/>
        <w:t>Віттям-пальцями ялина&lt;br /&gt;</w:t>
        <w:br/>
        <w:t>Нишком торгає вікно,&lt;br /&gt;</w:t>
        <w:br/>
        <w:t>Місяць тихо підглядає,&lt;br /&gt;</w:t>
        <w:br/>
        <w:t>Підслухає нас давни.&lt;br /&gt;</w:t>
        <w:br/>
        <w:t>За стіною © комірчині&lt;br /&gt;</w:t>
        <w:br/>
        <w:t>Батько спитывже, й мата спить,&lt;br /&gt;</w:t>
        <w:br/>
        <w:t>Нам не спиться — ми з тобою&lt;br /&gt;</w:t>
        <w:br/>
        <w:t>Будем тихо гомоніть.&lt;br /&gt;</w:t>
        <w:br/>
        <w:t>"В те, що молишся та, милий,&lt;br /&gt;</w:t>
        <w:br/>
        <w:t>Щось не віриться мені.&lt;br /&gt;</w:t>
        <w:br/>
        <w:t>Уст твоїх лихе тремтіння —&lt;br /&gt;</w:t>
        <w:br/>
        <w:t>Не молитва це, о ні!&lt;br /&gt;</w:t>
        <w:br/>
        <w:t>Раз у раз мене лякає&lt;br /&gt;</w:t>
        <w:br/>
        <w:t>Лють у тебе на устажг&lt;br /&gt;</w:t>
        <w:br/>
        <w:t>Та очей твш:х прюмівня&lt;br /&gt;</w:t>
        <w:br/>
        <w:t>Розганяє темвгаж стр*аж.&lt;br /&gt;</w:t>
        <w:br/>
        <w:t>Маю сумнів ж,, що) віру&lt;br /&gt;</w:t>
        <w:br/>
        <w:t>Міг правдиву зберегти&lt;br /&gt;</w:t>
        <w:br/>
        <w:t>В бога-батька, бдаа-сина&lt;br /&gt;</w:t>
        <w:br/>
        <w:t>І святого духа ти".&lt;br /&gt;</w:t>
        <w:br/>
        <w:t>"Ох, ще в неньетв на мшіваж&lt;br /&gt;</w:t>
        <w:br/>
        <w:t>Сидячи, мшшт. жлтш'ят"&lt;br /&gt;</w:t>
        <w:br/>
        <w:t>Вірив я у бога-6аітька"&lt;br /&gt;</w:t>
        <w:br/>
        <w:t>Що добро дарує ввам.&lt;br /&gt;</w:t>
        <w:br/>
        <w:t>Він створив чудову зешгш&lt;br /&gt;</w:t>
        <w:br/>
        <w:t>І на ній людей свшх,&lt;br /&gt;</w:t>
        <w:br/>
        <w:t>Сонцю, Місяцю і зорям&lt;br /&gt;</w:t>
        <w:br/>
        <w:t>Наперед призначив біг.,</w:t>
      </w:r>
    </w:p>
    <w:p>
      <w:r>
        <w:br/>
        <w:t>Старший я робивсь, дитино,&lt;br /&gt;</w:t>
        <w:br/>
        <w:t>І далеко більш почав&lt;br /&gt;</w:t>
        <w:br/>
        <w:t>Розуміти, і нарешті?&lt;br /&gt;</w:t>
        <w:br/>
        <w:t>В бога-сина вірить став.</w:t>
      </w:r>
    </w:p>
    <w:p>
      <w:r>
        <w:br/>
        <w:t>В бога-сина, що любов!&lt;br /&gt;</w:t>
        <w:br/>
        <w:t>Зміст одкрив нам у житті,&lt;br /&gt;</w:t>
        <w:br/>
        <w:t>І за це у нагороду&lt;br /&gt;</w:t>
        <w:br/>
        <w:t>Був розп'ятий на хресті.</w:t>
      </w:r>
    </w:p>
    <w:p>
      <w:r>
        <w:br/>
        <w:t>А тепер, коли я виріс,&lt;br /&gt;</w:t>
        <w:br/>
        <w:t>Все читав і скрізь бував,&lt;br /&gt;</w:t>
        <w:br/>
        <w:t>Чистим серцем, щирим серцем&lt;br /&gt;</w:t>
        <w:br/>
        <w:t>Віру в духа я сприйняв.</w:t>
      </w:r>
    </w:p>
    <w:p>
      <w:r>
        <w:br/>
        <w:t>Він творив великі й зараз&lt;br /&gt;</w:t>
        <w:br/>
        <w:t>Більші здійснює дива:.&lt;br /&gt;</w:t>
        <w:br/>
        <w:t>Трощить замки злих тиранів,&lt;br /&gt;</w:t>
        <w:br/>
        <w:t>Рабські ярма розбива.</w:t>
      </w:r>
    </w:p>
    <w:p>
      <w:r>
        <w:br/>
        <w:t>Гоїть рани й поновляє&lt;br /&gt;</w:t>
        <w:br/>
        <w:t>Людське право давніх літ,;&lt;br /&gt;</w:t>
        <w:br/>
        <w:t>За яким всі люди рівні,&lt;br /&gt;</w:t>
        <w:br/>
        <w:t>Всі — один шляхетний рід.&lt;br /&gt;</w:t>
        <w:br/>
        <w:t>Він розвіює тумани,&lt;br /&gt;</w:t>
        <w:br/>
        <w:t>Вимітає, мов сміття,&lt;br /&gt;</w:t>
        <w:br/>
        <w:t>Гніт химер, що труять щастя&lt;br /&gt;</w:t>
        <w:br/>
        <w:t>І гноблять нас все життя.&lt;br /&gt;</w:t>
        <w:br/>
        <w:t>Безліч рицарів відважних&lt;br /&gt;</w:t>
        <w:br/>
        <w:t>В світі дух святий обрав,—-&lt;br /&gt;</w:t>
        <w:br/>
        <w:t>Щоб свою здійснити волю,&lt;br /&gt;</w:t>
        <w:br/>
        <w:t>Він їм мужності надав.&lt;br /&gt;</w:t>
        <w:br/>
        <w:t>Прапори палають, іскри&lt;br /&gt;</w:t>
        <w:br/>
        <w:t>На мечах горять дзвінких!&lt;br /&gt;</w:t>
        <w:br/>
        <w:t>Хочеш бачити, дитино,&lt;br /&gt;</w:t>
        <w:br/>
        <w:t>Гордих рицарів таких?&lt;br /&gt;</w:t>
        <w:br/>
        <w:t>Глянь на мене і не бійся,—&lt;br /&gt;</w:t>
        <w:br/>
        <w:t>Поцілуй мене, дитя!&lt;br /&gt;</w:t>
        <w:br/>
        <w:t>Я — святого духа рицар,&lt;br /&gt;</w:t>
        <w:br/>
        <w:t>І його обранець я".&lt;br /&gt;</w:t>
        <w:br/>
        <w:t>III&lt;br /&gt;</w:t>
        <w:br/>
        <w:t>Тихо місяць за ялину&lt;br /&gt;</w:t>
        <w:br/>
        <w:t>Заховався — зник на мить.&lt;br /&gt;</w:t>
        <w:br/>
        <w:t>А у нас в кімнаті лампа&lt;br /&gt;</w:t>
        <w:br/>
        <w:t>Кволо світить, ледь мигтить.&lt;br /&gt;</w:t>
        <w:br/>
        <w:t>Та мої блакитні зорі&lt;br /&gt;</w:t>
        <w:br/>
        <w:t>Не згасають ні на мить,&lt;br /&gt;</w:t>
        <w:br/>
        <w:t>Уст рожевий цвіт палає,&lt;br /&gt;</w:t>
        <w:br/>
        <w:t>І дівчатко шепотить:&lt;br /&gt;</w:t>
        <w:br/>
        <w:t>"Тягнуть в нас маленькі гноми&lt;br /&gt;</w:t>
        <w:br/>
        <w:t>Хліб і сало крадькома,&lt;br /&gt;</w:t>
        <w:br/>
        <w:t>Покладем надвечір в скриню,&lt;br /&gt;</w:t>
        <w:br/>
        <w:t>А надранок вже й нема.&lt;br /&gt;</w:t>
        <w:br/>
        <w:t>Тії гноми позбирають&lt;br /&gt;</w:t>
        <w:br/>
        <w:t>З молока вночі вершки,&lt;br /&gt;</w:t>
        <w:br/>
        <w:t>Не прикриють глечик — кицька&lt;br /&gt;</w:t>
        <w:br/>
        <w:t>Решту вип'є залюбки.&lt;br /&gt;</w:t>
        <w:br/>
        <w:t>Наша кицька — справжня відьма.&lt;br /&gt;</w:t>
        <w:br/>
        <w:t>Вітер свище, грім гримить,&lt;br /&gt;</w:t>
        <w:br/>
        <w:t>А вона вночі на гору&lt;br /&gt;</w:t>
        <w:br/>
        <w:t>До старих руїн біжить.&lt;br /&gt;</w:t>
        <w:br/>
        <w:t>В давнину стояв там замок,&lt;br /&gt;</w:t>
        <w:br/>
        <w:t>В. замку блискали мечі,&lt;br /&gt;</w:t>
        <w:br/>
        <w:t>Рицарі, пажі і дами&lt;br /&gt;</w:t>
        <w:br/>
        <w:t>Танцювали там вночі.&lt;br /&gt;</w:t>
        <w:br/>
        <w:t>Закляла лиха чаклунка&lt;br /&gt;</w:t>
        <w:br/>
        <w:t>Люд і замок цей колись.&lt;br /&gt;</w:t>
        <w:br/>
        <w:t>Зникло все — в німих руїнах&lt;br /&gt;</w:t>
        <w:br/>
        <w:t>Хижі сови завелись.&lt;br /&gt;</w:t>
        <w:br/>
        <w:t>Наша тітка говорила,&lt;br /&gt;</w:t>
        <w:br/>
        <w:t>Якщо певне слово знать,&lt;br /&gt;</w:t>
        <w:br/>
        <w:t>В слушний час і в слушнім місці&lt;br /&gt;</w:t>
        <w:br/>
        <w:t>Уночі його сказать,—&lt;br /&gt;</w:t>
        <w:br/>
        <w:t>Знов з руїн постане замок&lt;br /&gt;</w:t>
        <w:br/>
        <w:t>В сяйві, світлий, як вінець,&lt;br /&gt;</w:t>
        <w:br/>
        <w:t>Рицарі, пажі і дами&lt;br /&gt;</w:t>
        <w:br/>
        <w:t>Знову підуть у танець.</w:t>
      </w:r>
    </w:p>
    <w:p>
      <w:r>
        <w:br/>
        <w:t>Хто прокаже теє слово —&lt;br /&gt;</w:t>
        <w:br/>
        <w:t>Буде замком володіть,&lt;br /&gt;</w:t>
        <w:br/>
        <w:t>Юну честь його прославлять&lt;br /&gt;</w:t>
        <w:br/>
        <w:t>Барабани й трубна;мідь!"</w:t>
      </w:r>
    </w:p>
    <w:p>
      <w:r>
        <w:br/>
        <w:t>Так казками розцвітає&lt;br /&gt;</w:t>
        <w:br/>
        <w:t>Уст її рожевий цвіт,&lt;br /&gt;</w:t>
        <w:br/>
        <w:t>А в очах її для мене&lt;br /&gt;</w:t>
        <w:br/>
        <w:t>Небо й зорі — цілий світ.</w:t>
      </w:r>
    </w:p>
    <w:p>
      <w:r>
        <w:br/>
        <w:t>Обвива своїм волоссям&lt;br /&gt;</w:t>
        <w:br/>
        <w:t>Пальці дівчинка мені,&lt;br /&gt;</w:t>
        <w:br/>
        <w:t>І цілує, і сміється,&lt;br /&gt;</w:t>
        <w:br/>
        <w:t>І змовкає в тишині.</w:t>
      </w:r>
    </w:p>
    <w:p>
      <w:r>
        <w:br/>
        <w:t>Речі в цю кімнату тиху&lt;br /&gt;</w:t>
        <w:br/>
        <w:t>Мов з минулого зійшлись,&lt;br /&gt;</w:t>
        <w:br/>
        <w:t>Стіл і скриня ^— я, здається,&lt;br /&gt;</w:t>
        <w:br/>
        <w:t>Бачив їх уже колись.</w:t>
      </w:r>
    </w:p>
    <w:p>
      <w:r>
        <w:br/>
        <w:t>Мирно цокає годинник.&lt;br /&gt;</w:t>
        <w:br/>
        <w:t>Чую — цитра на стіні&lt;br /&gt;</w:t>
        <w:br/>
        <w:t>Почина сама бриніти,&lt;br /&gt;</w:t>
        <w:br/>
        <w:t>І сиджу, як уві сні.&lt;br /&gt;</w:t>
        <w:br/>
        <w:t>Саме тут те слушне місце.&lt;br /&gt;</w:t>
        <w:br/>
        <w:t>Саме зараз — слушна мить;&lt;br /&gt;</w:t>
        <w:br/>
        <w:t>Почуваю — зараз певне&lt;br /&gt;</w:t>
        <w:br/>
        <w:t>Слово з уст моїх злетить.&lt;br /&gt;</w:t>
        <w:br/>
        <w:t>Бачиш, мила, просвітліла&lt;br /&gt;</w:t>
        <w:br/>
        <w:t>Темна ніч, глуха пора;&lt;br /&gt;</w:t>
        <w:br/>
        <w:t>Зашумів струмок у лісі,&lt;br /&gt;</w:t>
        <w:br/>
        <w:t>Прокидається гора.&lt;br /&gt;</w:t>
        <w:br/>
        <w:t>Вже в ущелині лунають&lt;br /&gt;</w:t>
        <w:br/>
        <w:t>Звуки цитри, гномів спів,&lt;br /&gt;</w:t>
        <w:br/>
        <w:t>І, немов весна, безумний&lt;br /&gt;</w:t>
        <w:br/>
        <w:t>Раптом ліс квіток розцвів.</w:t>
      </w:r>
    </w:p>
    <w:p>
      <w:r>
        <w:br/>
        <w:t>Квіти, мудрі, ДИВНІ КВІТИ,:&lt;br /&gt;</w:t>
        <w:br/>
        <w:t>Весь казковий ряст і цвіт&lt;br /&gt;</w:t>
        <w:br/>
        <w:t>Сходить пахощами, наче&lt;br /&gt;</w:t>
        <w:br/>
        <w:t>Подолавши муки гніт.</w:t>
      </w:r>
    </w:p>
    <w:p>
      <w:r>
        <w:br/>
        <w:t>Диким полум'ям тройнди&lt;br /&gt;</w:t>
        <w:br/>
        <w:t>В тісноті навкруг звелись;&lt;br /&gt;</w:t>
        <w:br/>
        <w:t>Мов шлонй кришталеві,&lt;br /&gt;</w:t>
        <w:br/>
        <w:t>Пнуться лілії увись.</w:t>
      </w:r>
    </w:p>
    <w:p>
      <w:r>
        <w:br/>
        <w:t>Зорі, мов сонї^я великі,&lt;br /&gt;</w:t>
        <w:br/>
        <w:t>Тужно сяють з вишини,&lt;br /&gt;</w:t>
        <w:br/>
        <w:t>В чаші лілій велетенських&lt;br /&gt;</w:t>
        <w:br/>
        <w:t>Тихе світло ллють вони.</w:t>
      </w:r>
    </w:p>
    <w:p>
      <w:r>
        <w:br/>
        <w:t>Але ми — найбільш, дитино,&lt;br /&gt;</w:t>
        <w:br/>
        <w:t>Ми за цей змінились час,—&lt;br /&gt;</w:t>
        <w:br/>
        <w:t>Смолоскипи, шовк і злото&lt;br /&gt;</w:t>
        <w:br/>
        <w:t>Сяють весело круг нас.</w:t>
      </w:r>
    </w:p>
    <w:p>
      <w:r>
        <w:br/>
        <w:t>Ти — принцеса; ця хатина —&lt;br /&gt;</w:t>
        <w:br/>
        <w:t>Замок світлий, мов вінець.&lt;br /&gt;</w:t>
        <w:br/>
        <w:t>Рицарі, иажі і дами&lt;br /&gt;</w:t>
        <w:br/>
        <w:t>Ось ідуть уже в танець.</w:t>
      </w:r>
    </w:p>
    <w:p>
      <w:r>
        <w:br/>
        <w:t>Буду я тобою, замком —&lt;br /&gt;</w:t>
        <w:br/>
        <w:t>Цілим світом — володіть.&lt;br /&gt;</w:t>
        <w:br/>
        <w:t>Юну честь мою вславляють&lt;br /&gt;</w:t>
        <w:br/>
        <w:t>Барабани й трубна мідь!&lt;br /&gt;</w:t>
        <w:br/>
        <w:t>ПАСТУШОК&lt;br /&gt;</w:t>
        <w:br/>
        <w:t>Ти король, пастуше любий*&lt;br /&gt;</w:t>
        <w:br/>
        <w:t>Кожен пагорок — твій трон,&lt;br /&gt;</w:t>
        <w:br/>
        <w:t>Над тобою світить сонце&lt;br /&gt;</w:t>
        <w:br/>
        <w:t>Яскравіше всіх корон.&lt;br /&gt;</w:t>
        <w:br/>
        <w:t>Вівці — фрейліни нідлесні —&lt;br /&gt;</w:t>
        <w:br/>
        <w:t>Туляться тобі до ніг"&lt;br /&gt;</w:t>
        <w:br/>
        <w:t>А телята — камергери —&lt;br /&gt;</w:t>
        <w:br/>
        <w:t>Ген пощипують моріг.&lt;br /&gt;</w:t>
        <w:br/>
        <w:t>Бистрі й жваві цапенята —&lt;br /&gt;</w:t>
        <w:br/>
        <w:t>То артисти-штукарі,&lt;br /&gt;</w:t>
        <w:br/>
        <w:t>А дзвіночки, флейти пташок —&lt;br /&gt;</w:t>
        <w:br/>
        <w:t>То музика при дворі.&lt;br /&gt;</w:t>
        <w:br/>
        <w:t>Як же любо все співає!&lt;br /&gt;</w:t>
        <w:br/>
        <w:t>Ліс зашелестів, загув,&lt;br /&gt;</w:t>
        <w:br/>
        <w:t>Чути рокіт водоспаду,&lt;br /&gt;</w:t>
        <w:br/>
        <w:t>І король наш, ба", заснув.&lt;br /&gt;</w:t>
        <w:br/>
        <w:t>В ці хвилинн тимчасово&lt;br /&gt;</w:t>
        <w:br/>
        <w:t>Пес всю владу перейма,&lt;br /&gt;</w:t>
        <w:br/>
        <w:t>Люто гавкає, сердитий,&lt;br /&gt;</w:t>
        <w:br/>
        <w:t>Що порядку тут нема.&lt;br /&gt;</w:t>
        <w:br/>
        <w:t>А король вві сні бурмоче:&lt;br /&gt;</w:t>
        <w:br/>
        <w:t>"Бути королем — біда!&lt;br /&gt;</w:t>
        <w:br/>
        <w:t>Я додому швидше хочу"&lt;br /&gt;</w:t>
        <w:br/>
        <w:t>Королева дожида.&lt;br /&gt;</w:t>
        <w:br/>
        <w:t>Лиш у подруги в обіймах&lt;br /&gt;</w:t>
        <w:br/>
        <w:t>Від турбот спочину я,&lt;br /&gt;</w:t>
        <w:br/>
        <w:t>Ув очах її глибоких&lt;br /&gt;</w:t>
        <w:br/>
        <w:t>Вся монархія моя!"</w:t>
      </w:r>
    </w:p>
    <w:p>
      <w:r>
        <w:br/>
        <w:t>ПІВНІЧНЕ МОРЕ</w:t>
      </w:r>
    </w:p>
    <w:p>
      <w:r>
        <w:br/>
        <w:t>ПЕРШИЙ ЦИКЛ</w:t>
      </w:r>
    </w:p>
    <w:p>
      <w:r>
        <w:br/>
        <w:t>Коронування&lt;br /&gt;</w:t>
        <w:br/>
        <w:t>Ви пісні! Ви хороші пісні мої!&lt;br /&gt;</w:t>
        <w:br/>
        <w:t>Вставайте! Вставайте! Озбройтесь!&lt;br /&gt;</w:t>
        <w:br/>
        <w:t>В сурми сурміть.&lt;br /&gt;</w:t>
        <w:br/>
        <w:t>На щиті підніміть&lt;br /&gt;</w:t>
        <w:br/>
        <w:t>Це дівча молоде,&lt;br /&gt;</w:t>
        <w:br/>
        <w:t>Що серцем моїм володіти буде,&lt;br /&gt;</w:t>
        <w:br/>
        <w:t>Мов королева.&lt;br /&gt;</w:t>
        <w:br/>
        <w:t>Слава тобі, молода королево!&lt;br /&gt;</w:t>
        <w:br/>
        <w:t>Із сонця вгорі&lt;br /&gt;</w:t>
        <w:br/>
        <w:t>Зриваю я золото променів сяйних&lt;br /&gt;</w:t>
        <w:br/>
        <w:t>І сплітаю ясну діадему&lt;br /&gt;</w:t>
        <w:br/>
        <w:t>Для твого чарівного чола.&lt;br /&gt;</w:t>
        <w:br/>
        <w:t>Од сповитих синім шовком небес,&lt;br /&gt;</w:t>
        <w:br/>
        <w:t>Звідки сяють вночі самоцвіти,&lt;br /&gt;</w:t>
        <w:br/>
        <w:t>Я відкрию коштовний шматок&lt;br /&gt;</w:t>
        <w:br/>
        <w:t>І накину його, мов порфіру,&lt;br /&gt;</w:t>
        <w:br/>
        <w:t>На твої королівські плечі.&lt;br /&gt;</w:t>
        <w:br/>
        <w:t>Я дам тобі придворний почет&lt;br /&gt;</w:t>
        <w:br/>
        <w:t>З бундючно-дзвінких сонетів,&lt;br /&gt;</w:t>
        <w:br/>
        <w:t>Гордих терцин і ввічливих стансів;&lt;br /&gt;</w:t>
        <w:br/>
        <w:t>Кур'єром в тебе буде мій дотеп,&lt;br /&gt;</w:t>
        <w:br/>
        <w:t>Придворним блазнем —г— моя фантазія,&lt;br /&gt;</w:t>
        <w:br/>
        <w:t>Герольдом зі сміхом крізь сльози в гербі,&lt;br /&gt;</w:t>
        <w:br/>
        <w:t>Служити буде мій гумор.&lt;br /&gt;</w:t>
        <w:br/>
        <w:t>А сам я, моя кололево,&lt;br /&gt;</w:t>
        <w:br/>
        <w:t>Стаю на коліна перед тобою&lt;br /&gt;</w:t>
        <w:br/>
        <w:t>І побожно ,на червоній оксамитній подушці&lt;br /&gt;</w:t>
        <w:br/>
        <w:t>Передаю тобі&lt;br /&gt;</w:t>
        <w:br/>
        <w:t>Оту крихітку розуму,&lt;br /&gt;</w:t>
        <w:br/>
        <w:t>Що з ласки своєї лишила мені&lt;br /&gt;</w:t>
        <w:br/>
        <w:t>Твоя попередниця на троні.&lt;br /&gt;</w:t>
        <w:br/>
        <w:t>Сутінки&lt;br /&gt;</w:t>
        <w:br/>
        <w:t>На безлюднім березі моря&lt;br /&gt;</w:t>
        <w:br/>
        <w:t>Сидів я самотній, з печальними думами,&lt;br /&gt;</w:t>
        <w:br/>
        <w:t>і9&amp;&lt;br /&gt;</w:t>
        <w:br/>
        <w:t>Сонце схилялося й слало&lt;br /&gt;</w:t>
        <w:br/>
        <w:t>Смуги огнисті на воду,&lt;br /&gt;</w:t>
        <w:br/>
        <w:t>І білі далекі хвилі,&lt;br /&gt;</w:t>
        <w:br/>
        <w:t>Гонимі прибоєм,&lt;br /&gt;</w:t>
        <w:br/>
        <w:t>Пінились, билися ближче та ближче.&lt;br /&gt;</w:t>
        <w:br/>
        <w:t>Шурхіт таємний, і шепіт, і свист,&lt;br /&gt;</w:t>
        <w:br/>
        <w:t>І сміх, і зітхання, і шелест,&lt;br /&gt;</w:t>
        <w:br/>
        <w:t>Таємний мотив колисковоїнісні...&lt;br /&gt;</w:t>
        <w:br/>
        <w:t>Мені здалося, ніби чую забуті саги,&lt;br /&gt;</w:t>
        <w:br/>
        <w:t>Милі казки старовинні,&lt;br /&gt;</w:t>
        <w:br/>
        <w:t>Що я їх колись ще хлопчиськом&lt;br /&gt;</w:t>
        <w:br/>
        <w:t>Чув від сусідських дітей,&lt;br /&gt;</w:t>
        <w:br/>
        <w:t>Коли ми вечором влітку&lt;br /&gt;</w:t>
        <w:br/>
        <w:t>На кам'яних східцях ґаночка&lt;br /&gt;</w:t>
        <w:br/>
        <w:t>Сиділи в тихій розмові;&lt;br /&gt;</w:t>
        <w:br/>
        <w:t>Бились маленькі дитячі серця,&lt;br /&gt;</w:t>
        <w:br/>
        <w:t>Горіла цікавість у очах.&lt;br /&gt;</w:t>
        <w:br/>
        <w:t>В цю ж годину дівчата в домі&lt;br /&gt;</w:t>
        <w:br/>
        <w:t>Біля духмяного цвіту в вазонах,&lt;br /&gt;</w:t>
        <w:br/>
        <w:t>Біля вікна, сиділи,&lt;br /&gt;</w:t>
        <w:br/>
        <w:t>І їхні рум'яні личка&lt;br /&gt;</w:t>
        <w:br/>
        <w:t>Сміялись, осяяні місячним світлом.</w:t>
      </w:r>
    </w:p>
    <w:p>
      <w:r>
        <w:br/>
        <w:t>Захід сонця&lt;br /&gt;</w:t>
        <w:br/>
        <w:t>Вогнисто-червоне сонце зникає&lt;br /&gt;</w:t>
        <w:br/>
        <w:t>В шумливім, в далекім&lt;br /&gt;</w:t>
        <w:br/>
        <w:t>Сіро-сріблястім морі.&lt;br /&gt;</w:t>
        <w:br/>
        <w:t>Легенькі хмарки, мов рожеве видіння,&lt;br /&gt;</w:t>
        <w:br/>
        <w:t>Линуть услід йому; а насупроти&lt;br /&gt;</w:t>
        <w:br/>
        <w:t>З похмурих осінніх хмарин мерехтливих&lt;br /&gt;</w:t>
        <w:br/>
        <w:t>Сумним і смертельно блідим обличчям&lt;br /&gt;</w:t>
        <w:br/>
        <w:t>Дивиться місяць; а в небі за ним,&lt;br /&gt;</w:t>
        <w:br/>
        <w:t>Неначе іскорки світла,&lt;br /&gt;</w:t>
        <w:br/>
        <w:t>В далях туманних блимають зорі.&lt;br /&gt;</w:t>
        <w:br/>
        <w:t>Сяяло в небі колись&lt;br /&gt;</w:t>
        <w:br/>
        <w:t>Вірне подружжя:&lt;br /&gt;</w:t>
        <w:br/>
        <w:t>Бог — Сонце й богиня — Селена,&lt;br /&gt;</w:t>
        <w:br/>
        <w:t>А навкруг золотились зірки,&lt;br /&gt;</w:t>
        <w:br/>
        <w:t>їхні маленькі безгрішні діти.&lt;br /&gt;</w:t>
        <w:br/>
        <w:t>Та язики зашипіли отруйні —&lt;br /&gt;</w:t>
        <w:br/>
        <w:t>І розлучилося у ворожнечі&lt;br /&gt;</w:t>
        <w:br/>
        <w:t>Щире подружжя — Сонце й Селена.&lt;br /&gt;</w:t>
        <w:br/>
        <w:t>Тепер удень у самотній пишноті&lt;br /&gt;</w:t>
        <w:br/>
        <w:t>Підводиться в небі Сонце, як бої?,&lt;br /&gt;</w:t>
        <w:br/>
        <w:t>Звеличене в пісні, прославлене здавна&lt;br /&gt;</w:t>
        <w:br/>
        <w:t>Від гордих, багатих людей.&lt;br /&gt;</w:t>
        <w:br/>
        <w:t>А темної, ночі&lt;br /&gt;</w:t>
        <w:br/>
        <w:t>В небі блукав богиня Селена,&lt;br /&gt;</w:t>
        <w:br/>
        <w:t>Мати нещасна,,&lt;br /&gt;</w:t>
        <w:br/>
        <w:t>З посиротілими дітьми — зірками,&lt;br /&gt;</w:t>
        <w:br/>
        <w:t>СЯЮЧИ СУМНО І ТИХОу&lt;br /&gt;</w:t>
        <w:br/>
        <w:t>І дівчата закохані, й мрійні поети&lt;br /&gt;</w:t>
        <w:br/>
        <w:t>Присвячують їй свої співи і сльози.</w:t>
      </w:r>
    </w:p>
    <w:p>
      <w:r>
        <w:br/>
        <w:t>Богиня Селена серцем ласкавим&lt;br /&gt;</w:t>
        <w:br/>
        <w:t>Ще й досі кохає красеня мужа.&lt;br /&gt;</w:t>
        <w:br/>
        <w:t>Вечором тихим, тремтлива й бліда,&lt;br /&gt;</w:t>
        <w:br/>
        <w:t>Стежить вона крізь прозорі хмарини&lt;br /&gt;</w:t>
        <w:br/>
        <w:t>Поглядом журним,г— куди він зникає.&lt;br /&gt;</w:t>
        <w:br/>
        <w:t>Може б, хотіла сказати: "Вернися!&lt;br /&gt;</w:t>
        <w:br/>
        <w:t>Діти кличуть тебе!"&lt;br /&gt;</w:t>
        <w:br/>
        <w:t>А впертий бог Сонце,&lt;br /&gt;</w:t>
        <w:br/>
        <w:t>Дружину побачивши, почервоніє&lt;br /&gt;</w:t>
        <w:br/>
        <w:t>Подвійним рум'янцем&lt;br /&gt;</w:t>
        <w:br/>
        <w:t>Від гніву і болю&lt;br /&gt;</w:t>
        <w:br/>
        <w:t>І, невблаганний, іде з небосхилу&lt;br /&gt;</w:t>
        <w:br/>
        <w:t>На ліжко вдовецьке холодне.&lt;br /&gt;</w:t>
        <w:br/>
        <w:t>Отак-то безжальна і люта злоба&lt;br /&gt;</w:t>
        <w:br/>
        <w:t>Принесла горе, нещастя і муку&lt;br /&gt;</w:t>
        <w:br/>
        <w:t>Навіть вічним богам.&lt;br /&gt;</w:t>
        <w:br/>
        <w:t>І бідні боги вгорі в небесах&lt;br /&gt;</w:t>
        <w:br/>
        <w:t>Блукають у горі&lt;br /&gt;</w:t>
        <w:br/>
        <w:t>Шляхом безутішним.&lt;br /&gt;</w:t>
        <w:br/>
        <w:t>їм смерті немає,,&lt;br /&gt;</w:t>
        <w:br/>
        <w:t>І тягнуть вони за собою&lt;br /&gt;</w:t>
        <w:br/>
        <w:t>Своє променисте горе.</w:t>
      </w:r>
    </w:p>
    <w:p>
      <w:r>
        <w:br/>
        <w:t>Але я, звичайна людина,,&lt;br /&gt;</w:t>
        <w:br/>
        <w:t>Щаслива від того, що смертна,&lt;br /&gt;</w:t>
        <w:br/>
        <w:t>Не нарікаю на долю.&lt;br /&gt;</w:t>
        <w:br/>
        <w:t>Признання&lt;br /&gt;</w:t>
        <w:br/>
        <w:t>В присмерку одірийшов вечір,&lt;br /&gt;</w:t>
        <w:br/>
        <w:t>Ще шаленіше шумшїірибій,&lt;br /&gt;</w:t>
        <w:br/>
        <w:t>Я ж бо сидів і давшеся&lt;br /&gt;</w:t>
        <w:br/>
        <w:t>На бішш тт&amp;щ, шя.лі%&lt;br /&gt;</w:t>
        <w:br/>
        <w:t>І мої груди здіймались, як море,&lt;br /&gt;</w:t>
        <w:br/>
        <w:t>Гмене охопила ґл(юбока журба,&lt;br /&gt;</w:t>
        <w:br/>
        <w:t>Журба з&amp; тобою, люба, жордіиа.&lt;br /&gt;</w:t>
        <w:br/>
        <w:t>Образ твій світлий ношу й в &lt;собї.&lt;br /&gt;</w:t>
        <w:br/>
        <w:t>Всюди він кличе мене,&lt;br /&gt;</w:t>
        <w:br/>
        <w:t>Всюди й повсюди —&lt;br /&gt;</w:t>
        <w:br/>
        <w:t>І в вітровім шумі, і в клекоті моря,&lt;br /&gt;</w:t>
        <w:br/>
        <w:t>І в тяжкім зітханні моїх грудей.&lt;br /&gt;</w:t>
        <w:br/>
        <w:t>Очеретинкою пишу на піску:&lt;br /&gt;</w:t>
        <w:br/>
        <w:t>"Агнесо, кохаю тебе!"&lt;br /&gt;</w:t>
        <w:br/>
        <w:t>Хвиліж— розліючанї залили&lt;br /&gt;</w:t>
        <w:br/>
        <w:t>Ніжте слово признання&lt;br /&gt;</w:t>
        <w:br/>
        <w:t>И зітерли його.&lt;br /&gt;</w:t>
        <w:br/>
        <w:t>Крихкий очереігку, зрйдлШзий —піску,&lt;br /&gt;</w:t>
        <w:br/>
        <w:t>Хвилі текучі,— більш вам не вірю!&lt;br /&gt;</w:t>
        <w:br/>
        <w:t>Небо темнішає*— і сер-це налає,&lt;br /&gt;</w:t>
        <w:br/>
        <w:t>Міцною рукою з норвезьких лісів&lt;br /&gt;</w:t>
        <w:br/>
        <w:t>Я вириваю найвищу ялину,&lt;br /&gt;</w:t>
        <w:br/>
        <w:t>Вмочаю її&lt;br /&gt;</w:t>
        <w:br/>
        <w:t>У пащеку Етни&lt;br /&gt;</w:t>
        <w:br/>
        <w:t>І цим велетенським пером огняним&lt;br /&gt;</w:t>
        <w:br/>
        <w:t>Пишу на небесній стелі:&lt;br /&gt;</w:t>
        <w:br/>
        <w:t>"Агнесо, кохаю тебе!"&lt;br /&gt;</w:t>
        <w:br/>
        <w:t>Щоночі в небі від,.того часу&lt;br /&gt;</w:t>
        <w:br/>
        <w:t>Палатиме вічно вогнистий напис,&lt;br /&gt;</w:t>
        <w:br/>
        <w:t>І всі покоління прийдешні&lt;br /&gt;</w:t>
        <w:br/>
        <w:t>Читатимуть радо небесні слова:&lt;br /&gt;</w:t>
        <w:br/>
        <w:t>"Агнесо, кохаю тебе]"&lt;br /&gt;</w:t>
        <w:br/>
        <w:t>Уночі в каюті&lt;br /&gt;</w:t>
        <w:br/>
        <w:t>До блакиті в чистім небі,&lt;br /&gt;</w:t>
        <w:br/>
        <w:t>Де барвисто сяють зорі,&lt;br /&gt;</w:t>
        <w:br/>
        <w:t>Я припав би поцілунком,&lt;br /&gt;</w:t>
        <w:br/>
        <w:t>Щоб, припавши, буйно плакать.&lt;br /&gt;</w:t>
        <w:br/>
        <w:t>Зорі ті — то милі очі,&lt;br /&gt;</w:t>
        <w:br/>
        <w:t>Що блищать, горять здалеку&lt;br /&gt;</w:t>
        <w:br/>
        <w:t>І вітають дружньо-щиро&lt;br /&gt;</w:t>
        <w:br/>
        <w:t>З голубого небозводу.&lt;br /&gt;</w:t>
        <w:br/>
        <w:t>І до того небозводу,&lt;br /&gt;</w:t>
        <w:br/>
        <w:t>До зірок — очей коханих —&lt;br /&gt;</w:t>
        <w:br/>
        <w:t>Молитовно зводжу руки,&lt;br /&gt;</w:t>
        <w:br/>
        <w:t>І прошу, й молю без краю:&lt;br /&gt;</w:t>
        <w:br/>
        <w:t>"Любі очі, милі зорі!&lt;br /&gt;</w:t>
        <w:br/>
        <w:t>Дайте ви душі блаженство,&lt;br /&gt;</w:t>
        <w:br/>
        <w:t>Дайте вмерти! Дайте злитись&lt;br /&gt;</w:t>
        <w:br/>
        <w:t>З вами, любі, з вашим небом!"&lt;br /&gt;</w:t>
        <w:br/>
        <w:t>Із очей небесних іскри&lt;br /&gt;</w:t>
        <w:br/>
        <w:t>Грають золотом і ллються,&lt;br /&gt;</w:t>
        <w:br/>
        <w:t>Серце шириться без краю,&lt;br /&gt;</w:t>
        <w:br/>
        <w:t>Вщерть наповнене коханням.&lt;br /&gt;</w:t>
        <w:br/>
        <w:t>0 небесні очі! Плачте,&lt;br /&gt;</w:t>
        <w:br/>
        <w:t>В моє серце лийте сльози,&lt;br /&gt;</w:t>
        <w:br/>
        <w:t>Щоб тими слізьми-зірками&lt;br /&gt;</w:t>
        <w:br/>
        <w:t>Переповнить моє серце.&lt;br /&gt;</w:t>
        <w:br/>
        <w:t>Заколисаний на хвилі&lt;br /&gt;</w:t>
        <w:br/>
        <w:t>1 замріяний думками,&lt;br /&gt;</w:t>
        <w:br/>
        <w:t>Я один лежу в каюті,&lt;br /&gt;</w:t>
        <w:br/>
        <w:t>Сам на ліжкові в куточку.&lt;br /&gt;</w:t>
        <w:br/>
        <w:t>Крізь відкритий люк я бачу&lt;br /&gt;</w:t>
        <w:br/>
        <w:t>В небесах зірки блискучі,&lt;br /&gt;</w:t>
        <w:br/>
        <w:t>Мов солодкі оченята&lt;br /&gt;</w:t>
        <w:br/>
        <w:t>У коханої моєї.&lt;br /&gt;</w:t>
        <w:br/>
        <w:t>Ті ласкаві оченята,&lt;br /&gt;</w:t>
        <w:br/>
        <w:t>Мовби ватра наді мною,&lt;br /&gt;</w:t>
        <w:br/>
        <w:t>Миготять, мене вітають&lt;br /&gt;</w:t>
        <w:br/>
        <w:t>З голубої стелі неба.&lt;br /&gt;</w:t>
        <w:br/>
        <w:t>В ту високу стелю неба&lt;br /&gt;</w:t>
        <w:br/>
        <w:t>Я вдивляюся, щасливий,&lt;br /&gt;</w:t>
        <w:br/>
        <w:t>Доки біла мла туману&lt;br /&gt;</w:t>
        <w:br/>
        <w:t>Не закриє любі очі.&lt;br /&gt;</w:t>
        <w:br/>
        <w:t>У дерев'яну стіну корабля,&lt;br /&gt;</w:t>
        <w:br/>
        <w:t>Біля якої лежу я, мрійливий,&lt;br /&gt;</w:t>
        <w:br/>
        <w:t>Б'ються хвилі, шалені хвилі.&lt;br /&gt;</w:t>
        <w:br/>
        <w:t>Вони шумлять і шепочуть&lt;br /&gt;</w:t>
        <w:br/>
        <w:t>Мені таємниче на вухо:&lt;br /&gt;</w:t>
        <w:br/>
        <w:t>"Безумний ти, хлопче!&lt;br /&gt;</w:t>
        <w:br/>
        <w:t>Руки короткі, а небо — далеке,&lt;br /&gt;</w:t>
        <w:br/>
        <w:t>Зірки ж в небесах,&lt;br /&gt;</w:t>
        <w:br/>
        <w:t>Мов прибиті гвіздками.&lt;br /&gt;</w:t>
        <w:br/>
        <w:t>Даремні бажання, даремні зітхання!&lt;br /&gt;</w:t>
        <w:br/>
        <w:t>Найкраще для тебе було б заснути".</w:t>
      </w:r>
    </w:p>
    <w:p>
      <w:r>
        <w:br/>
        <w:t>Мені вночі наснився степ широкий,&lt;br /&gt;</w:t>
        <w:br/>
        <w:t>Увесь покритий тихим білим снігом.&lt;br /&gt;</w:t>
        <w:br/>
        <w:t>Похований під снігом, я лежу&lt;br /&gt;</w:t>
        <w:br/>
        <w:t>І сплю самотньо мертвим сном холодним.&lt;br /&gt;</w:t>
        <w:br/>
        <w:t>А з глибини нічної, з далі неба,&lt;br /&gt;</w:t>
        <w:br/>
        <w:t>Вниз на могилу дивляться зірки.&lt;br /&gt;</w:t>
        <w:br/>
        <w:t>То очі милої! Горять і сяють&lt;br /&gt;</w:t>
        <w:br/>
        <w:t>Спокійні очі, сповнені кохання.</w:t>
      </w:r>
    </w:p>
    <w:p>
      <w:r>
        <w:br/>
        <w:t>Буря&lt;br /&gt;</w:t>
        <w:br/>
        <w:t>Лютує буря&lt;br /&gt;</w:t>
        <w:br/>
        <w:t>І хльоскає Явилі, %&lt;br /&gt;</w:t>
        <w:br/>
        <w:t>І хвилі від люті у піні встають,&lt;br /&gt;</w:t>
        <w:br/>
        <w:t>Як башти гойдаються, плинуть.&lt;br /&gt;</w:t>
        <w:br/>
        <w:t>Білі запінені хвилі.&lt;br /&gt;</w:t>
        <w:br/>
        <w:t>Кораблик притомлений&lt;br /&gt;</w:t>
        <w:br/>
        <w:t>Здереться на них —&lt;br /&gt;</w:t>
        <w:br/>
        <w:t>І падає раптом, безсилий,&lt;br /&gt;</w:t>
        <w:br/>
        <w:t>В широку і чорну безодню.&lt;br /&gt;</w:t>
        <w:br/>
        <w:t>О море!&lt;br /&gt;</w:t>
        <w:br/>
        <w:t>О мати краси, що із піни постала!&lt;br /&gt;</w:t>
        <w:br/>
        <w:t>Прамати кохання! Жалій ти мене!&lt;br /&gt;</w:t>
        <w:br/>
        <w:t>Он біла чайка, мов чуючи трупи.&lt;br /&gt;</w:t>
        <w:br/>
        <w:t>Шугає над хвилю,&lt;br /&gt;</w:t>
        <w:br/>
        <w:t>І гострить об щоглу свій дзьоб,&lt;br /&gt;</w:t>
        <w:br/>
        <w:t>І прагне в ненаситі серця&lt;br /&gt;</w:t>
        <w:br/>
        <w:t>Того, що дочку твою славить,&lt;br /&gt;</w:t>
        <w:br/>
        <w:t>Того, що узяв твій онук-пустунець&lt;br /&gt;</w:t>
        <w:br/>
        <w:t>Собі на звичайну забаву.&lt;br /&gt;</w:t>
        <w:br/>
        <w:t>Даремні зітхання и моління!&lt;br /&gt;</w:t>
        <w:br/>
        <w:t>Мій заклик зникає у бурянім шалц&lt;br /&gt;</w:t>
        <w:br/>
        <w:t>В ревінні сердитого вітру.&lt;br /&gt;</w:t>
        <w:br/>
        <w:t>Реве, і свистить, і бушує,, і стогне,.&lt;br /&gt;</w:t>
        <w:br/>
        <w:t>Неначе страшна божевільня.&lt;br /&gt;</w:t>
        <w:br/>
        <w:t>І раптом я чую між гамору й шуму&lt;br /&gt;</w:t>
        <w:br/>
        <w:t>Арфи чарівні .акорди*&lt;br /&gt;</w:t>
        <w:br/>
        <w:t>Тужливі і пристрасні співи,&lt;br /&gt;</w:t>
        <w:br/>
        <w:t>Що серце чарують і серце шматують,&lt;br /&gt;</w:t>
        <w:br/>
        <w:t>І голос отой впізнаю.&lt;br /&gt;</w:t>
        <w:br/>
        <w:t>Десь на шотландській похмурій скелі,&lt;br /&gt;</w:t>
        <w:br/>
        <w:t>Де приліпився маленький замок,&lt;br /&gt;</w:t>
        <w:br/>
        <w:t>Над морем; ревучим і гнівним,&lt;br /&gt;</w:t>
        <w:br/>
        <w:t>Біля вікна з високим склепінням&lt;br /&gt;</w:t>
        <w:br/>
        <w:t>Жінка вродлива стоїть,&lt;br /&gt;</w:t>
        <w:br/>
        <w:t>Ніжно-прозора і біла, як мармур.&lt;br /&gt;</w:t>
        <w:br/>
        <w:t>Грає на арфі вона і співає,&lt;br /&gt;</w:t>
        <w:br/>
        <w:t>І вітер розмаює довгі коси&lt;br /&gt;</w:t>
        <w:br/>
        <w:t>І пісню її у зажурі глибокій&lt;br /&gt;</w:t>
        <w:br/>
        <w:t>Розносить над морем ревучим.&lt;br /&gt;</w:t>
        <w:br/>
        <w:t>Морська тиша&lt;br /&gt;</w:t>
        <w:br/>
        <w:t>Тиша в морі. Світлий промінь&lt;br /&gt;</w:t>
        <w:br/>
        <w:t>Кида сонце в тиху хвилю,&lt;br /&gt;</w:t>
        <w:br/>
        <w:t>Корабель іде у морі,&lt;br /&gt;</w:t>
        <w:br/>
        <w:t>Шлях пославши смарагдовий.&lt;br /&gt;</w:t>
        <w:br/>
        <w:t>Під стерном улігся боцман,&lt;br /&gt;</w:t>
        <w:br/>
        <w:t>Чуйно спить, на грудях лежа,&lt;br /&gt;</w:t>
        <w:br/>
        <w:t>Весь в смолі смаглявий юнга&lt;br /&gt;</w:t>
        <w:br/>
        <w:t>Парус порваний латає.&lt;br /&gt;</w:t>
        <w:br/>
        <w:t>З щік брудних пашить рум'янець,&lt;br /&gt;</w:t>
        <w:br/>
        <w:t>Рот широкий у тремтінні,&lt;br /&gt;</w:t>
        <w:br/>
        <w:t>А великі гарні очі&lt;br /&gt;</w:t>
        <w:br/>
        <w:t>Повні скарги і тривоги.&lt;br /&gt;</w:t>
        <w:br/>
        <w:t>Капітан над ним бушує&lt;br /&gt;</w:t>
        <w:br/>
        <w:t>І кляне: "Негідник! Злодій!&lt;br /&gt;</w:t>
        <w:br/>
        <w:t>Ти навіщо з бочки знову&lt;br /&gt;</w:t>
        <w:br/>
        <w:t>Вкрав у мене оселедця?"&lt;br /&gt;</w:t>
        <w:br/>
        <w:t>Тиша в морі. Ось із хвилі&lt;br /&gt;</w:t>
        <w:br/>
        <w:t>Вирина розумна рибка,&lt;br /&gt;</w:t>
        <w:br/>
        <w:t>Гріє голову йа сойці,&lt;br /&gt;</w:t>
        <w:br/>
        <w:t>Плеще хвостиком, весела.&lt;br /&gt;</w:t>
        <w:br/>
        <w:t>Тільки чайка, ніби камінь,&lt;br /&gt;</w:t>
        <w:br/>
        <w:t>Зверху падає на рибку,&lt;br /&gt;</w:t>
        <w:br/>
        <w:t>В пазури схопивши здобич,&lt;br /&gt;</w:t>
        <w:br/>
        <w:t>Знов зникає у блакиті.</w:t>
      </w:r>
    </w:p>
    <w:p>
      <w:r>
        <w:br/>
        <w:t>Морська примара&lt;br /&gt;</w:t>
        <w:br/>
        <w:t>А я на борту корабельнім-лежу,&lt;br /&gt;</w:t>
        <w:br/>
        <w:t>Замріяним зором вдивляюсь&lt;br /&gt;</w:t>
        <w:br/>
        <w:t>У воду асну'та прозору,&lt;br /&gt;</w:t>
        <w:br/>
        <w:t>Дивлюся все глибше і глибше,&lt;br /&gt;</w:t>
        <w:br/>
        <w:t>Аж доки на дні, у глибокій безодні,&lt;br /&gt;</w:t>
        <w:br/>
        <w:t>Неначе туман забілів,&lt;br /&gt;</w:t>
        <w:br/>
        <w:t>А далі ясніше і все виразніше&lt;br /&gt;</w:t>
        <w:br/>
        <w:t>З'являються куполи, кірхи та башти,&lt;br /&gt;</w:t>
        <w:br/>
        <w:t>Нарешті — у сонці з'явилося місто&lt;br /&gt;</w:t>
        <w:br/>
        <w:t>Старофламандське,&lt;br /&gt;</w:t>
        <w:br/>
        <w:t>Обжите людьми.&lt;br /&gt;</w:t>
        <w:br/>
        <w:t>У чорних плащах чоловіки поважні,&lt;br /&gt;</w:t>
        <w:br/>
        <w:t>У комірах білих, широких,&lt;br /&gt;</w:t>
        <w:br/>
        <w:t>На шиях почесні у них ланцюги,&lt;br /&gt;</w:t>
        <w:br/>
        <w:t>І шпаги в них довгі, і довгі обличчя.&lt;br /&gt;</w:t>
        <w:br/>
        <w:t>Ідуть через людний майдан, що на ринку,&lt;br /&gt;</w:t>
        <w:br/>
        <w:t>До ратуші східців високих,&lt;br /&gt;</w:t>
        <w:br/>
        <w:t>Де статуї кесарів скіпетроносні&lt;br /&gt;</w:t>
        <w:br/>
        <w:t>Неначе на варті стоять із мечами.&lt;br /&gt;</w:t>
        <w:br/>
        <w:t>А далі — на вулиці, попід будинками,&lt;br /&gt;</w:t>
        <w:br/>
        <w:t>Де вікна виблискують, ніби дзеркала,&lt;br /&gt;</w:t>
        <w:br/>
        <w:t>А липи підстрижені пірамідально,—&lt;br /&gt;</w:t>
        <w:br/>
        <w:t>Гуляють дівчата в шовкових убраннях.&lt;br /&gt;</w:t>
        <w:br/>
        <w:t>Стрункі вони станом, обличчям — мов квіти,&lt;br /&gt;</w:t>
        <w:br/>
        <w:t>І в'ється, й спадає волосся злотисте&lt;br /&gt;</w:t>
        <w:br/>
        <w:t>З-під шапочок чорних малих.&lt;br /&gt;</w:t>
        <w:br/>
        <w:t>А хлопці в строкатім іспанськім убранні&lt;br /&gt;</w:t>
        <w:br/>
        <w:t>Проходять повз них і вітаються гордо.&lt;br /&gt;</w:t>
        <w:br/>
        <w:t>Літні жінки&lt;br /&gt;</w:t>
        <w:br/>
        <w:t>В старомодній одежі,&lt;br /&gt;</w:t>
        <w:br/>
        <w:t>Що вже перестала давно шелестіть;&lt;br /&gt;</w:t>
        <w:br/>
        <w:t>Несуть молитовники й чотки вони,&lt;br /&gt;</w:t>
        <w:br/>
        <w:t>Дрібненькими кроками&lt;br /&gt;</w:t>
        <w:br/>
        <w:t>Йдуть до собору,&lt;br /&gt;</w:t>
        <w:br/>
        <w:t>Приваблені дзвонами&lt;br /&gt;</w:t>
        <w:br/>
        <w:t>Й звуком органа.&lt;br /&gt;</w:t>
        <w:br/>
        <w:t>Від цих передзвонів самого мене&lt;br /&gt;</w:t>
        <w:br/>
        <w:t>Бере таємниче тремтіння,&lt;br /&gt;</w:t>
        <w:br/>
        <w:t>Безмежна нудьга і зажура глибока&lt;br /&gt;</w:t>
        <w:br/>
        <w:t>Стиска мені серце,&lt;br /&gt;</w:t>
        <w:br/>
        <w:t>Серце моє нездужале.&lt;br /&gt;</w:t>
        <w:br/>
        <w:t>Здається, немовби усі його рани&lt;br /&gt;</w:t>
        <w:br/>
        <w:t>Розкрили цілунком кохані уста,&lt;br /&gt;</w:t>
        <w:br/>
        <w:t>І знову кривавляться рани,—&lt;br /&gt;</w:t>
        <w:br/>
        <w:t>Краплі, гарячі, червоні,&lt;br /&gt;</w:t>
        <w:br/>
        <w:t>Повільно і довго спадають&lt;br /&gt;</w:t>
        <w:br/>
        <w:t>Униз на старенький будинок,&lt;br /&gt;</w:t>
        <w:br/>
        <w:t>В морському глибокому місті,&lt;br /&gt;</w:t>
        <w:br/>
        <w:t>На ту кам'яничку, із дахом старим і&lt;br /&gt;</w:t>
        <w:br/>
        <w:t>шпилястим, —&lt;br /&gt;</w:t>
        <w:br/>
        <w:t>Вона ж бо давно вже порожня,&lt;br /&gt;</w:t>
        <w:br/>
        <w:t>Тільки внизу край віконця&lt;br /&gt;</w:t>
        <w:br/>
        <w:t>Сидить там дівчина,&lt;br /&gt;</w:t>
        <w:br/>
        <w:t>Схиливши голівку на руку,&lt;br /&gt;</w:t>
        <w:br/>
        <w:t>Як бідне забуте дитя,—&lt;br /&gt;</w:t>
        <w:br/>
        <w:t>Я знаю тебе, бідолашне, забуте дитя!&lt;br /&gt;</w:t>
        <w:br/>
        <w:t>Так он-бо ти де — у морській глибині —&lt;br /&gt;</w:t>
        <w:br/>
        <w:t>Сховалась від мене&lt;br /&gt;</w:t>
        <w:br/>
        <w:t>З дитячої примхи&lt;br /&gt;</w:t>
        <w:br/>
        <w:t>І вийти не можеш,&lt;br /&gt;</w:t>
        <w:br/>
        <w:t>Сидиш ти чужа, між чужими людьми.&lt;br /&gt;</w:t>
        <w:br/>
        <w:t>Століття минали,&lt;br /&gt;</w:t>
        <w:br/>
        <w:t>А я все шукав тебе з мукою в серці,&lt;br /&gt;</w:t>
        <w:br/>
        <w:t>У цілому світі шукав.&lt;br /&gt;</w:t>
        <w:br/>
        <w:t>Ти, вічно кохана,&lt;br /&gt;</w:t>
        <w:br/>
        <w:t>Ти, втрачена здавна,&lt;br /&gt;</w:t>
        <w:br/>
        <w:t>Ти — знайдена врешті.&lt;br /&gt;</w:t>
        <w:br/>
        <w:t>Знайшов я тебе, і побачив я знову&lt;br /&gt;</w:t>
        <w:br/>
        <w:t>Обличчя твоє дороге,&lt;br /&gt;</w:t>
        <w:br/>
        <w:t>Розумні і вірні очі&lt;br /&gt;</w:t>
        <w:br/>
        <w:t>І любу усмішку твою.&lt;br /&gt;</w:t>
        <w:br/>
        <w:t>Тепер я ніколи тебе не залишу,&lt;br /&gt;</w:t>
        <w:br/>
        <w:t>Зійду я до тебе в морську глибину.&lt;br /&gt;</w:t>
        <w:br/>
        <w:t>Розкривши обійми,&lt;br /&gt;</w:t>
        <w:br/>
        <w:t>Я кинусь до тебе, до серця твого!&lt;br /&gt;</w:t>
        <w:br/>
        <w:t>Та в хвильку останню вхопив дуже вчасно&lt;br /&gt;</w:t>
        <w:br/>
        <w:t>За ногу мене капітан,&lt;br /&gt;</w:t>
        <w:br/>
        <w:t>Від борту відтяг&lt;br /&gt;</w:t>
        <w:br/>
        <w:t>І крикнув мені, посміхнувшись суворо:&lt;br /&gt;</w:t>
        <w:br/>
        <w:t>"Що це ви, докторе, чи не здуріли?"</w:t>
      </w:r>
    </w:p>
    <w:p>
      <w:r>
        <w:br/>
        <w:t>Очищення&lt;br /&gt;</w:t>
        <w:br/>
        <w:t>Лишайся в морській глибочині своїй,&lt;br /&gt;</w:t>
        <w:br/>
        <w:t>Моя божевільна мріє!&lt;br /&gt;</w:t>
        <w:br/>
        <w:t>В минулім — багато ночей&lt;br /&gt;</w:t>
        <w:br/>
        <w:t>Серце терзала ти щастям облудним,&lt;br /&gt;</w:t>
        <w:br/>
        <w:t>Тепер же — морським привидінням&lt;br /&gt;</w:t>
        <w:br/>
        <w:t>І вдень уже мучиш мене.&lt;br /&gt;</w:t>
        <w:br/>
        <w:t>Лишайся в безодні на віки віків!&lt;br /&gt;</w:t>
        <w:br/>
        <w:t>І я ще до тебе закину в глибінь&lt;br /&gt;</w:t>
        <w:br/>
        <w:t>Усі мої болі й гріхи,&lt;br /&gt;</w:t>
        <w:br/>
        <w:t>Блазенський ковпак з бубонцями,&lt;br /&gt;</w:t>
        <w:br/>
        <w:t>Що довго бряжчав на моїй голові.&lt;br /&gt;</w:t>
        <w:br/>
        <w:t>И холодну блискучу гадючу шкуру&lt;br /&gt;</w:t>
        <w:br/>
        <w:t>Того лицемірства,&lt;br /&gt;</w:t>
        <w:br/>
        <w:t>Що здавна так мучило серце моє,&lt;br /&gt;</w:t>
        <w:br/>
        <w:t>Недуже серце,&lt;br /&gt;</w:t>
        <w:br/>
        <w:t>Що бога зреклося і неба зреклося,&lt;br /&gt;</w:t>
        <w:br/>
        <w:t>0 серце нещасне моє!&lt;br /&gt;</w:t>
        <w:br/>
        <w:t>Гей! Гей! Починається вітер.&lt;br /&gt;</w:t>
        <w:br/>
        <w:t>Угору вітрила! Нехай тріпотять!&lt;br /&gt;</w:t>
        <w:br/>
        <w:t>По зрадницьки тихій рівнині&lt;br /&gt;</w:t>
        <w:br/>
        <w:t>Летить корабель,&lt;br /&gt;</w:t>
        <w:br/>
        <w:t>1 радію я серцем на волі!</w:t>
      </w:r>
    </w:p>
    <w:p>
      <w:r>
        <w:br/>
        <w:t>ДРУГИЙ ЦИКЛ&lt;br /&gt;</w:t>
        <w:br/>
        <w:t>Привітання морю&lt;br /&gt;</w:t>
        <w:br/>
        <w:t>Талата! Талата!&lt;br /&gt;</w:t>
        <w:br/>
        <w:t>Тебе я вітаю, о вічнеє море!&lt;br /&gt;</w:t>
        <w:br/>
        <w:t>Вітаю тебе десять тисяч разів&lt;br /&gt;</w:t>
        <w:br/>
        <w:t>Усім своїм радісним серцем.&lt;br /&gt;</w:t>
        <w:br/>
        <w:t>Отак, як вітаєш тебе в давнину&lt;br /&gt;</w:t>
        <w:br/>
        <w:t>Десять тисяч тих грецьких сердець,&lt;br /&gt;</w:t>
        <w:br/>
        <w:t>Бідою поборених за вітчизною стужених,&lt;br /&gt;</w:t>
        <w:br/>
        <w:t>Славнозвісних тих грецьких сердець.&lt;br /&gt;</w:t>
        <w:br/>
        <w:t>Здіймалися хвилі;&lt;br /&gt;</w:t>
        <w:br/>
        <w:t>Здіймались, ревіли,&lt;br /&gt;</w:t>
        <w:br/>
        <w:t>І сонце на мнх розсипало&lt;br /&gt;</w:t>
        <w:br/>
        <w:t>Веселе рожеве проміння;&lt;br /&gt;</w:t>
        <w:br/>
        <w:t>Сполохані зграї чайок&lt;br /&gt;</w:t>
        <w:br/>
        <w:t>Летіли у далеч і дзвінко кричали,&lt;br /&gt;</w:t>
        <w:br/>
        <w:t>Затупали коні, щити загриміли,&lt;br /&gt;</w:t>
        <w:br/>
        <w:t>Далеко летіло, мов клич перемоги,—&lt;br /&gt;</w:t>
        <w:br/>
        <w:t>Талата! Талата!&lt;br /&gt;</w:t>
        <w:br/>
        <w:t>Тебе я вітаю, о вічнеє море!&lt;br /&gt;</w:t>
        <w:br/>
        <w:t>Наче мова вітчизни, для мене звучать твої&lt;br /&gt;</w:t>
        <w:br/>
        <w:t>водич&lt;br /&gt;</w:t>
        <w:br/>
        <w:t>Наче мрії дитцнства, знову для мене&lt;br /&gt;</w:t>
        <w:br/>
        <w:t>Сяють знову на водах рухливих твоїх.&lt;br /&gt;</w:t>
        <w:br/>
        <w:t>Ти спогади давні мені повідаєш&lt;br /&gt;</w:t>
        <w:br/>
        <w:t>Про всі милі чудові розваги,&lt;br /&gt;</w:t>
        <w:br/>
        <w:t>Про всі блискучі різдвяні дарунки,&lt;br /&gt;</w:t>
        <w:br/>
        <w:t>Про всі червоні дерева-корали,&lt;br /&gt;</w:t>
        <w:br/>
        <w:t>Про рибки злоті, і перлини, і скойки,&lt;br /&gt;</w:t>
        <w:br/>
        <w:t>Що їх таємниче ховаєш&lt;br /&gt;</w:t>
        <w:br/>
        <w:t>У себе на дні, в кришталевім палаці,&lt;br /&gt;</w:t>
        <w:br/>
        <w:t>О, як нудьгував я в пустельній чужині.&lt;br /&gt;</w:t>
        <w:br/>
        <w:t>Неначе квітка зів'яла&lt;br /&gt;</w:t>
        <w:br/>
        <w:t>В бляшанці ботаніка,—&lt;br /&gt;</w:t>
        <w:br/>
        <w:t>Так моє серце лежало у грудях.&lt;br /&gt;</w:t>
        <w:br/>
        <w:t>Здавалось мені, що сидів я всю зиму&lt;br /&gt;</w:t>
        <w:br/>
        <w:t>Недужий, у темній лікарні,&lt;br /&gt;</w:t>
        <w:br/>
        <w:t>І раптом я вийшов з неї —&lt;br /&gt;</w:t>
        <w:br/>
        <w:t>Засліплює очі мені і ясніє&lt;br /&gt;</w:t>
        <w:br/>
        <w:t>Весна смарагдова, розбуджена сонцем,&lt;br /&gt;</w:t>
        <w:br/>
        <w:t>ї в білім цвітінні шумлять дерева,&lt;br /&gt;</w:t>
        <w:br/>
        <w:t>І первістки-квіти на мене зорять&lt;br /&gt;</w:t>
        <w:br/>
        <w:t>Очима ніжними і запашними,&lt;br /&gt;</w:t>
        <w:br/>
        <w:t>Все пахне, бринить, і сміється, і диха,&lt;br /&gt;</w:t>
        <w:br/>
        <w:t>І в синьому небі співають пташки:&lt;br /&gt;</w:t>
        <w:br/>
        <w:t>Талата! Талата!&lt;br /&gt;</w:t>
        <w:br/>
        <w:t>Ти, серце, що так відступило завзято!&lt;br /&gt;</w:t>
        <w:br/>
        <w:t>Як часто, до сорому часто&lt;br /&gt;</w:t>
        <w:br/>
        <w:t>Тебе воювали північні жінки!&lt;br /&gt;</w:t>
        <w:br/>
        <w:t>З великих очей переможних&lt;br /&gt;</w:t>
        <w:br/>
        <w:t>Палаючі кидали стріли;&lt;br /&gt;</w:t>
        <w:br/>
        <w:t>Кривими мечами загострених слів&lt;br /&gt;</w:t>
        <w:br/>
        <w:t>Грозилися груди розсікти,&lt;br /&gt;</w:t>
        <w:br/>
        <w:t>Клинописом їхніх листів розбивали&lt;br /&gt;</w:t>
        <w:br/>
        <w:t>Мій бідний приборканий мозок.&lt;br /&gt;</w:t>
        <w:br/>
        <w:t>Даремно я захищався щятом*&lt;br /&gt;</w:t>
        <w:br/>
        <w:t>Стріли свистіли, й рубали мечі,&lt;br /&gt;</w:t>
        <w:br/>
        <w:t>А варварки півночі відвисли&lt;br /&gt;</w:t>
        <w:br/>
        <w:t>Мене аж до моря...&lt;br /&gt;</w:t>
        <w:br/>
        <w:t>І, вільно зітхнувши, вітаю я. море,&lt;br /&gt;</w:t>
        <w:br/>
        <w:t>Любе, рятівне море:&lt;br /&gt;</w:t>
        <w:br/>
        <w:t>Талата! Талата!&lt;br /&gt;</w:t>
        <w:br/>
        <w:t>Розбито кора бель&lt;br /&gt;</w:t>
        <w:br/>
        <w:t>Надія й кохання! Загинуло все!&lt;br /&gt;</w:t>
        <w:br/>
        <w:t>А сам я, подібний до трупа,&lt;br /&gt;</w:t>
        <w:br/>
        <w:t>Що люто викинуло море,&lt;br /&gt;</w:t>
        <w:br/>
        <w:t>Я лежу на піску,&lt;br /&gt;</w:t>
        <w:br/>
        <w:t>На березі голім, безлюднім.&lt;br /&gt;</w:t>
        <w:br/>
        <w:t>Хвилює пустеля морська перед мене,&lt;br /&gt;</w:t>
        <w:br/>
        <w:t>Позаду лишилося горе і смуток,&lt;br /&gt;</w:t>
        <w:br/>
        <w:t>А ген наді мною хмари пливуть,&lt;br /&gt;</w:t>
        <w:br/>
        <w:t>Безформено-сірі дочки повітря,&lt;br /&gt;</w:t>
        <w:br/>
        <w:t>Що з моря у відра з туману&lt;br /&gt;</w:t>
        <w:br/>
        <w:t>Воду беруть,&lt;br /&gt;</w:t>
        <w:br/>
        <w:t>Стомлено носять і носять&lt;br /&gt;</w:t>
        <w:br/>
        <w:t>1 знов виливають у море,—&lt;br /&gt;</w:t>
        <w:br/>
        <w:t>Хмурна, невесела робота&lt;br /&gt;</w:t>
        <w:br/>
        <w:t>І марна, як власне моє життя.&lt;br /&gt;</w:t>
        <w:br/>
        <w:t>А хвилі рокочуть, і чайки кигичуть,&lt;br /&gt;</w:t>
        <w:br/>
        <w:t>І знову спливають старі спогадання,&lt;br /&gt;</w:t>
        <w:br/>
        <w:t>Побляклі малюнки І забуті сниг&lt;br /&gt;</w:t>
        <w:br/>
        <w:t>Болючі й приємні, встають перед мене"&lt;br /&gt;</w:t>
        <w:br/>
        <w:t>На півночі жінка живе,&lt;br /&gt;</w:t>
        <w:br/>
        <w:t>Та жінка вродлива, немов королева,&lt;br /&gt;</w:t>
        <w:br/>
        <w:t>їй стан кипарисово-стрункий облягає&lt;br /&gt;</w:t>
        <w:br/>
        <w:t>Принадне біле убрання.&lt;br /&gt;</w:t>
        <w:br/>
        <w:t>Хвиля легкого волосся,&lt;br /&gt;</w:t>
        <w:br/>
        <w:t>Подібна до райської ночі,&lt;br /&gt;</w:t>
        <w:br/>
        <w:t>З голови, коронованої косами,&lt;br /&gt;</w:t>
        <w:br/>
        <w:t>Ллється і в'ється мрійливо&lt;br /&gt;</w:t>
        <w:br/>
        <w:t>Біля блідого обличчя її.&lt;br /&gt;</w:t>
        <w:br/>
        <w:t>І на блідім на коханім обличчі&lt;br /&gt;</w:t>
        <w:br/>
        <w:t>Владно світяться очі великі,&lt;br /&gt;</w:t>
        <w:br/>
        <w:t>Наче чорне сонце.&lt;br /&gt;</w:t>
        <w:br/>
        <w:t>0 чорне сонце, як то часто,&lt;br /&gt;</w:t>
        <w:br/>
        <w:t>Як солодко часто я з тебе спивав&lt;br /&gt;</w:t>
        <w:br/>
        <w:t>Пломінь безумний натхнення,&lt;br /&gt;</w:t>
        <w:br/>
        <w:t>Усмішка з'являлась ласкава, мов голуб,&lt;br /&gt;</w:t>
        <w:br/>
        <w:t>На дивно окреслених гордих устах,&lt;br /&gt;</w:t>
        <w:br/>
        <w:t>1 дивно окреслені горді уста&lt;br /&gt;</w:t>
        <w:br/>
        <w:t>Слова шепотіли солодкі, як місячне сяйво,&lt;br /&gt;</w:t>
        <w:br/>
        <w:t>І ніжні, мов пахощ троянд,&lt;br /&gt;</w:t>
        <w:br/>
        <w:t>І від того здіймалась у мене душа&lt;br /&gt;</w:t>
        <w:br/>
        <w:t>І орлом злітала у небо.&lt;br /&gt;</w:t>
        <w:br/>
        <w:t>Мовчіть же, хвилі і чайки!&lt;br /&gt;</w:t>
        <w:br/>
        <w:t>Минулося все — і щастя, й надія,&lt;br /&gt;</w:t>
        <w:br/>
        <w:t>Надія й кохання! Лежу на землі,&lt;br /&gt;</w:t>
        <w:br/>
        <w:t>Людина з розбитого корабля,&lt;br /&gt;</w:t>
        <w:br/>
        <w:t>І втискаюсь гарячим обличчям&lt;br /&gt;</w:t>
        <w:br/>
        <w:t>У мокрий пісок.</w:t>
      </w:r>
    </w:p>
    <w:p>
      <w:r>
        <w:br/>
        <w:t>Запитання&lt;br /&gt;</w:t>
        <w:br/>
        <w:t>Над морем пустельним, морем нічним&lt;br /&gt;</w:t>
        <w:br/>
        <w:t>Юнак одинокий стоїть,&lt;br /&gt;</w:t>
        <w:br/>
        <w:t>В думках його сумнів, на серці — журба,&lt;br /&gt;</w:t>
        <w:br/>
        <w:t>Він хвилі питає похмуро:&lt;br /&gt;</w:t>
        <w:br/>
        <w:t>"О, відкрийте, скажіть мені загадку мудру&lt;br /&gt;</w:t>
        <w:br/>
        <w:t>життя,&lt;br /&gt;</w:t>
        <w:br/>
        <w:t>Болючу цю згадку давню!&lt;br /&gt;</w:t>
        <w:br/>
        <w:t>Вж© скільки над нею мудрило голів —&lt;br /&gt;</w:t>
        <w:br/>
        <w:t>Голів в шапочках з ієрогліфами,&lt;br /&gt;</w:t>
        <w:br/>
        <w:t>Голів у тюрбанах і чорних беретах,&lt;br /&gt;</w:t>
        <w:br/>
        <w:t>Голів з париками і тисячі інших,&lt;br /&gt;</w:t>
        <w:br/>
        <w:t>Спітнілих від дум бідолашних голів.&lt;br /&gt;</w:t>
        <w:br/>
        <w:t>Скажіть мені: що таке в світі людина?&lt;br /&gt;</w:t>
        <w:br/>
        <w:t>Звідки прийшла? І куди вона йде?&lt;br /&gt;</w:t>
        <w:br/>
        <w:t>І хто живе там, урогі, на зірках золотих?"&lt;br /&gt;</w:t>
        <w:br/>
        <w:t>Шумлять собі хвилі, як вічно шуміли,&lt;br /&gt;</w:t>
        <w:br/>
        <w:t>І вітер гуляє, і хмари пливуть,&lt;br /&gt;</w:t>
        <w:br/>
        <w:t>Байдужо-холодні зірки мерехтять,&lt;br /&gt;</w:t>
        <w:br/>
        <w:t>А дурень стоїть і чекає одвіту.</w:t>
      </w:r>
    </w:p>
    <w:p>
      <w:r>
        <w:br/>
        <w:t>Епілог&lt;br /&gt;</w:t>
        <w:br/>
        <w:t>Як в полі пшеничне колосся,&lt;br /&gt;</w:t>
        <w:br/>
        <w:t>Так само ростуть, визріваючи, думи&lt;br /&gt;</w:t>
        <w:br/>
        <w:t>В душі у людини.&lt;br /&gt;</w:t>
        <w:br/>
        <w:t>А ніжні думки про кохання —&lt;br /&gt;</w:t>
        <w:br/>
        <w:t>Це веселоцвітні між ними&lt;br /&gt;</w:t>
        <w:br/>
        <w:t>Червоні і сині квітки!&lt;br /&gt;</w:t>
        <w:br/>
        <w:t>Червоні і сині квітки!&lt;br /&gt;</w:t>
        <w:br/>
        <w:t>Сердитий жнець викидає вас геть,&lt;br /&gt;</w:t>
        <w:br/>
        <w:t>Вас ціп дерев'яний молотить глузливо,&lt;br /&gt;</w:t>
        <w:br/>
        <w:t>І навіть убогий мандрівець,&lt;br /&gt;</w:t>
        <w:br/>
        <w:t>Що тішиться вами,&lt;br /&gt;</w:t>
        <w:br/>
        <w:t>Він також хита головою&lt;br /&gt;</w:t>
        <w:br/>
        <w:t>І каже: гарненький бур'ян.&lt;br /&gt;</w:t>
        <w:br/>
        <w:t>І тільки дівчатко селянське,&lt;br /&gt;</w:t>
        <w:br/>
        <w:t>Що любить сплітати вінки,&lt;br /&gt;</w:t>
        <w:br/>
        <w:t>Вас любить і рве,&lt;br /&gt;</w:t>
        <w:br/>
        <w:t>І вами прикрашує коси собі,&lt;br /&gt;</w:t>
        <w:br/>
        <w:t>І, вами прибравшись, до танців біжить,&lt;br /&gt;</w:t>
        <w:br/>
        <w:t>Де весело грають сопілки і скрипки,&lt;br /&gt;</w:t>
        <w:br/>
        <w:t>Чи до тихого гаю,&lt;br /&gt;</w:t>
        <w:br/>
        <w:t>Де голос коханого їй ще миліший,&lt;br /&gt;</w:t>
        <w:br/>
        <w:t>Ніж скрипки й сопілки.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пісень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