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Кольорові миші</w:t>
      </w:r>
    </w:p>
    <w:p>
      <w:r>
        <w:br/>
        <w:t xml:space="preserve"> Давно,&lt;br /&gt;</w:t>
        <w:br/>
        <w:t>іще в шістсот якомусь році,&lt;br /&gt;</w:t>
        <w:br/>
        <w:t>ну, цебто більш як три віки тому,&lt;br /&gt;</w:t>
        <w:br/>
        <w:t>коли носили шпаги ще при боці&lt;br /&gt;</w:t>
        <w:br/>
        <w:t>і розважали стратами юрму,&lt;br /&gt;</w:t>
        <w:br/>
        <w:t>коли відьом палили при народі,&lt;br /&gt;</w:t>
        <w:br/>
        <w:t>коли наук не знали ще ладом, —</w:t>
      </w:r>
    </w:p>
    <w:p>
      <w:r>
        <w:br/>
        <w:t>кажу, давно, кажу, у Вишгороді&lt;br /&gt;</w:t>
        <w:br/>
        <w:t>підсудна Анна стала пред судом.</w:t>
      </w:r>
    </w:p>
    <w:p>
      <w:r>
        <w:br/>
        <w:t>Було тій Анні, може, десять рочків,&lt;br /&gt;</w:t>
        <w:br/>
        <w:t>Її привів розлючений сусід.&lt;br /&gt;</w:t>
        <w:br/>
        <w:t>Багряне листя, кілька тих листочків,&lt;br /&gt;</w:t>
        <w:br/>
        <w:t>останнє листя із кленових віт&lt;br /&gt;</w:t>
        <w:br/>
        <w:t>було на стіл покладене, як доказ,&lt;br /&gt;</w:t>
        <w:br/>
        <w:t>і шаруділо тихо на сукні.&lt;br /&gt;</w:t>
        <w:br/>
        <w:t>Осіннє сонце, яблуко-недоквас,&lt;br /&gt;</w:t>
        <w:br/>
        <w:t>стояло в голих кленах у вікні.</w:t>
      </w:r>
    </w:p>
    <w:p>
      <w:r>
        <w:br/>
        <w:t>І той сусід сказав тоді у тиші:&lt;br /&gt;</w:t>
        <w:br/>
        <w:t>— Панове судді! Я її привів.&lt;br /&gt;</w:t>
        <w:br/>
        <w:t>Вона робила... кольорові миші&lt;br /&gt;</w:t>
        <w:br/>
        <w:t>з оцих ось жовтих і сухих листків.&lt;br /&gt;</w:t>
        <w:br/>
        <w:t>Ото складе листочок до листочка,&lt;br /&gt;</w:t>
        <w:br/>
        <w:t>два рази хукне — так і побіжать.</w:t>
      </w:r>
    </w:p>
    <w:p>
      <w:r>
        <w:br/>
        <w:t>У мене діти, в мене син і дочки,&lt;br /&gt;</w:t>
        <w:br/>
        <w:t>у них цяцьки так жужмом і лежать.&lt;br /&gt;</w:t>
        <w:br/>
        <w:t>Вони були нормальні і здорові,&lt;br /&gt;</w:t>
        <w:br/>
        <w:t>а ця чаклунка збила їх з пуття.&lt;br /&gt;</w:t>
        <w:br/>
        <w:t>Вночі їм сняться миші кольорові.&lt;br /&gt;</w:t>
        <w:br/>
        <w:t>Од тих мишей немає нам життя!</w:t>
      </w:r>
    </w:p>
    <w:p>
      <w:r>
        <w:br/>
        <w:t>Тоді суддя в судейській чорній мантії&lt;br /&gt;</w:t>
        <w:br/>
        <w:t>сказав:&lt;br /&gt;</w:t>
        <w:br/>
        <w:t>— Життя — це справа без гарантії.&lt;br /&gt;</w:t>
        <w:br/>
        <w:t>Чаклунок ми караєм по закону.&lt;br /&gt;</w:t>
        <w:br/>
        <w:t>Перехрестіться, пане, на ікону.&lt;br /&gt;</w:t>
        <w:br/>
        <w:t>Скажіть суду: вона із димаря&lt;br /&gt;</w:t>
        <w:br/>
        <w:t>вночі літала чи згасила зірку?&lt;br /&gt;</w:t>
        <w:br/>
        <w:t>Чи вам ті миші згризли сухаря,&lt;br /&gt;</w:t>
        <w:br/>
        <w:t>а чи прогризли у підлозі нірку?</w:t>
      </w:r>
    </w:p>
    <w:p>
      <w:r>
        <w:br/>
        <w:t>Сусід сказав, що миші ті якраз&lt;br /&gt;</w:t>
        <w:br/>
        <w:t>такої шкоди не чинили зроду,&lt;br /&gt;</w:t>
        <w:br/>
        <w:t>що в господарстві наче все гаразд,&lt;br /&gt;</w:t>
        <w:br/>
        <w:t>а йдеться швидше про моральну шкоду.</w:t>
      </w:r>
    </w:p>
    <w:p>
      <w:r>
        <w:br/>
        <w:t>Суддя спитав: — Вони на вас гарчать?&lt;br /&gt;</w:t>
        <w:br/>
        <w:t>— Та, — каже, — ні. Але вони яскраві. —&lt;br /&gt;</w:t>
        <w:br/>
        <w:t>Два рази хукнув писар на печать.&lt;br /&gt;</w:t>
        <w:br/>
        <w:t>Сиділа тихо дівчинка на лаві.</w:t>
      </w:r>
    </w:p>
    <w:p>
      <w:r>
        <w:br/>
        <w:t>Був сірий день. І сірий був сусід.&lt;br /&gt;</w:t>
        <w:br/>
        <w:t>І сірий стіл. І сірі були двері.&lt;br /&gt;</w:t>
        <w:br/>
        <w:t>І раптом нявкнув кольоровий кіт.&lt;br /&gt;</w:t>
        <w:br/>
        <w:t>Залив чорнилом вирок на папері.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Кольорові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