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Концерт у царя</w:t>
      </w:r>
    </w:p>
    <w:p>
      <w:r>
        <w:br/>
        <w:t xml:space="preserve"> &lt;blockquote&gt;Геніальна українська співачка Соломія Крушельницька, гастролюючи в Петербурзі 1902 року, виступала в царському палаці. Микола II прийняв її як італійку і просив заспівати рідною мовою... &lt;/blockquote&gt;</w:t>
      </w:r>
    </w:p>
    <w:p>
      <w:r>
        <w:br/>
        <w:t>У царські позолочені покої&lt;br /&gt;</w:t>
        <w:br/>
        <w:t>Зайшла, спокійна, горда і смутна,&lt;br /&gt;</w:t>
        <w:br/>
        <w:t>А серце билося в несупокої.</w:t>
      </w:r>
    </w:p>
    <w:p>
      <w:r>
        <w:br/>
        <w:t>Навіщо їй ця зала осяйна,&lt;br /&gt;</w:t>
        <w:br/>
        <w:t>Де погляди сплітаються, як змії,&lt;br /&gt;</w:t>
        <w:br/>
        <w:t>Кого знайти хотіла б тут вона?!</w:t>
      </w:r>
    </w:p>
    <w:p>
      <w:r>
        <w:br/>
        <w:t>Співати будеш катові Росії&lt;br /&gt;</w:t>
        <w:br/>
        <w:t>В його тяжких палатах, що стоять&lt;br /&gt;</w:t>
        <w:br/>
        <w:t>На костях рідних предків, Соломіє!</w:t>
      </w:r>
    </w:p>
    <w:p>
      <w:r>
        <w:br/>
        <w:t>Але йому ти мусиш нагадать,&lt;br /&gt;</w:t>
        <w:br/>
        <w:t>Що не померла українська мова,&lt;br /&gt;</w:t>
        <w:br/>
        <w:t>Засуджена до шибениць-розп'ять!</w:t>
      </w:r>
    </w:p>
    <w:p>
      <w:r>
        <w:br/>
        <w:t>Для нього ти як синява зимова,—&lt;br /&gt;</w:t>
        <w:br/>
        <w:t>Не жде він грому — полосни ножем&lt;br /&gt;</w:t>
        <w:br/>
        <w:t>Нежданого, затаєного слова,</w:t>
      </w:r>
    </w:p>
    <w:p>
      <w:r>
        <w:br/>
        <w:t>Спиши пиху ненависті бичем,&lt;br /&gt;</w:t>
        <w:br/>
        <w:t>Проткни його болотяні зіниці,&lt;br /&gt;</w:t>
        <w:br/>
        <w:t>Де сласність вигинається вужем,</w:t>
      </w:r>
    </w:p>
    <w:p>
      <w:r>
        <w:br/>
        <w:t>Тим усміхом, що має блискіт криці,&lt;br /&gt;</w:t>
        <w:br/>
        <w:t>Упевненість чудової мети&lt;br /&gt;</w:t>
        <w:br/>
        <w:t>І недосяжність ранньої зірниці.</w:t>
      </w:r>
    </w:p>
    <w:p>
      <w:r>
        <w:br/>
        <w:t>Нещадна будь, хай знає він, що ти&lt;br /&gt;</w:t>
        <w:br/>
        <w:t>Не з краю бідолашного Ромео,&lt;br /&gt;</w:t>
        <w:br/>
        <w:t>Що хочеш ти не слави — тільки мсти,</w:t>
      </w:r>
    </w:p>
    <w:p>
      <w:r>
        <w:br/>
        <w:t>Що Соломія ти, не "пані Меа",&lt;br /&gt;</w:t>
        <w:br/>
        <w:t>Що твій народ його рабом не став,&lt;br /&gt;</w:t>
        <w:br/>
        <w:t>Що плазунові недоступна мева!</w:t>
      </w:r>
    </w:p>
    <w:p>
      <w:r>
        <w:br/>
        <w:t>Перед тобою тужиться удав,&lt;br /&gt;</w:t>
        <w:br/>
        <w:t>Та ти його вже посікти готова&lt;br /&gt;</w:t>
        <w:br/>
        <w:t>Ясними гільйотинами октав...</w:t>
      </w:r>
    </w:p>
    <w:p>
      <w:r>
        <w:br/>
        <w:t>Лунала пісня. Плакала діброва,&lt;br /&gt;</w:t>
        <w:br/>
        <w:t>Колосся шелестіло на лані,&lt;br /&gt;</w:t>
        <w:br/>
        <w:t>О кручу хвиля хлюпала дніпрова,</w:t>
      </w:r>
    </w:p>
    <w:p>
      <w:r>
        <w:br/>
        <w:t>Ішли селом дівчата голосні,&lt;br /&gt;</w:t>
        <w:br/>
        <w:t>Подільський гай озвався солов'їне&lt;br /&gt;</w:t>
        <w:br/>
        <w:t>До сонця, що вставало вдалині.</w:t>
      </w:r>
    </w:p>
    <w:p>
      <w:r>
        <w:br/>
        <w:t>Немов серпанок, звуки піаніно&lt;br /&gt;</w:t>
        <w:br/>
        <w:t>Зникали в сяйві голосу. Дочка&lt;br /&gt;</w:t>
        <w:br/>
        <w:t>Твоя співала-мстила, Україно!</w:t>
      </w:r>
    </w:p>
    <w:p>
      <w:r>
        <w:br/>
        <w:t>Скривився імператор. Ось яка&lt;br /&gt;</w:t>
        <w:br/>
        <w:t>Та пісня, не убита досі нами,&lt;br /&gt;</w:t>
        <w:br/>
        <w:t>Не вирвана із серця мужика.</w:t>
      </w:r>
    </w:p>
    <w:p>
      <w:r>
        <w:br/>
        <w:t>І горло жах йому затис: всі храми,&lt;br /&gt;</w:t>
        <w:br/>
        <w:t>Всі армії, всі тюрми, весь Сибір,&lt;br /&gt;</w:t>
        <w:br/>
        <w:t>Держава, що кишіла шпигунами,</w:t>
      </w:r>
    </w:p>
    <w:p>
      <w:r>
        <w:br/>
        <w:t>Істориків-повій продажних збір,&lt;br /&gt;</w:t>
        <w:br/>
        <w:t>Плюгаве православ'я і корона,&lt;br /&gt;</w:t>
        <w:br/>
        <w:t>Якою хизувався бузувір,—</w:t>
      </w:r>
    </w:p>
    <w:p>
      <w:r>
        <w:br/>
        <w:t>Усе, усе, як військо фараона,&lt;br /&gt;</w:t>
        <w:br/>
        <w:t>Втонуло в морі голосу її.&lt;br /&gt;</w:t>
        <w:br/>
        <w:t>Та пісня — не жалоба похоронна,</w:t>
      </w:r>
    </w:p>
    <w:p>
      <w:r>
        <w:br/>
        <w:t>В ній сховані будущини бої,&lt;br /&gt;</w:t>
        <w:br/>
        <w:t>В ту ніжність одяглася непокора,&lt;br /&gt;</w:t>
        <w:br/>
        <w:t>Вона не згине — брешуть холуї!</w:t>
      </w:r>
    </w:p>
    <w:p>
      <w:r>
        <w:br/>
        <w:t>Цар дихав, як здихаюча потвора,&lt;br /&gt;</w:t>
        <w:br/>
        <w:t>А Соломії усмішка в ту мить&lt;br /&gt;</w:t>
        <w:br/>
        <w:t>Була, як спис, промовиста й сувора;</w:t>
      </w:r>
    </w:p>
    <w:p>
      <w:r>
        <w:br/>
        <w:t>Тієї пісні-мови не убить!</w:t>
      </w:r>
    </w:p>
    <w:p>
      <w:r>
        <w:br/>
        <w:t>1958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Концерт у царя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