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Кришталевий Джакомо</w:t>
      </w:r>
    </w:p>
    <w:p>
      <w:r>
        <w:br/>
        <w:t xml:space="preserve"> &lt;p&gt;Якось в одному далекому місті народився прозорий хлопчик. Крізь його тіло все чисто було видно, як крізь повітря чи воду. Був цей хлопчина з плоті й кісток, а здавався скляним. Однак, падаючи, він не розбивався на скалки, а тільки набивав собі на лобі прозору гулю. Все було видно: і як б'ється його серце, і як плавають його думки, наче кольорові рибки в акваріумі.</w:t>
      </w:r>
    </w:p>
    <w:p>
      <w:r>
        <w:br/>
        <w:t>Одного разу не втерпів хлопець,— збрехав, і люди побачили: під його чолом заблисла вогняна кулька. Тільки-но хлопець сказав правду, кулька зникла. Відтоді він ніколи не брехав.</w:t>
      </w:r>
    </w:p>
    <w:p>
      <w:r>
        <w:br/>
        <w:t>А іншим разом товариш довірив йому свою таємницю, і люди побачили, що в його грудях перекочується чорна кулька.</w:t>
      </w:r>
    </w:p>
    <w:p>
      <w:r>
        <w:br/>
        <w:t>Хлопець ріс, став юнаком, потім дорослим. Люди вільно читали його думки і, запитуючи, вгадували відповідь раніше, ніж він розтуляв рота. Звали його Джакомо, а люди прозвали Кришталевим Джакомо. Всі дуже його любили за чесність. Хто знав його, той і сам ставав благороднішим.</w:t>
      </w:r>
    </w:p>
    <w:p>
      <w:r>
        <w:br/>
        <w:t>Та на лихо, владу в цій країні захопив жорстокий диктатор. Настали часи свавілля, насильств і злиднів. Кожен, хто наважувався ремствувати, зникав без сліду. Хто бунтувався, того розстрілювали. Бідних переслідували, принижували і всіляко ображали.</w:t>
      </w:r>
    </w:p>
    <w:p>
      <w:r>
        <w:br/>
        <w:t>Заляканий народ терпів мовчки.</w:t>
      </w:r>
    </w:p>
    <w:p>
      <w:r>
        <w:br/>
        <w:t>Та Джакомо не міг мовчати, бо його думки самі за себе говорили. За його прозорим чолом люди бачили: він обурений насильствами й засуджує диктатора. Всі нишком повторювали те, що думав Джакомо, плекаючи надію на кращі часи. Отож тиран наказав арештувати Кришталевого Джакомо й закинути його в найтемнішу в'язницю. Та дивна річ! Стіни камери, в яку запроторили Джакомо, стіни в'язниці і зовнішні мури стали прозорі. Люди, проходячи повз в'язницю, бачили Джакомо й читали його думки. Вночі тюрма випромінювала навкруги яскраве світло. Тиран наказав заслонити всі вікна свого палацу, та однаково не міг заснути. Кришталевий Джакомо навіть у кайданах був сильніший за тирана, бо правда сильніша за все на світі, яскравіша за сонце і могутніша від урагану.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Кришталевий Джакомо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