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Кропильник</w:t>
      </w:r>
    </w:p>
    <w:p>
      <w:r>
        <w:br/>
        <w:t xml:space="preserve"> &lt;p&gt;Колись він мешкав у маленькій хатині при дорозі, як в'їжджати до села. Узявши за жінку доньку тамтешнього фермера, він візникував, а що вони обоє завзято працювали, то наскладали трохи грошей. Та в них не було дітей, і це завдавало їм великого смутку. Нарешті народився син; вони назвали його Жаном і наввипередки пестили його, в усьому йому потураючи, і так його любили, що не могли без нього витримати й години. Коли йому було п'ять років, до того містечка прибули мандрівні акробати та й розіпнули на майдані мерії свій балаган.</w:t>
      </w:r>
    </w:p>
    <w:p>
      <w:r>
        <w:br/>
        <w:t>Забачивши їх, Жан утік з дому, і батько, добре нашукавшись, знайшов його серед дресированих кіз та собак, що робили всякі штуки. Хлопчик заливався сміхом на колінах у старого клоуна.</w:t>
      </w:r>
    </w:p>
    <w:p>
      <w:r>
        <w:br/>
        <w:t>За три дні, сідаючи до обіду, візник і його дружина помітили, що сина немає в хаті. Вони обшукали ввесь садок, але не знайшли його, і батько вийшов на дорогу, гукаючи що було духу: "Жане!" Звечоріло. Обрій повився імлою, і обриси предметів потопали в зловісній темній далині. Три великі ялини, що стояли неподалік, здавалося, стогнали. Ніхто не озивався, але в повітрі наче розляглося чиєсь ридання. Батько довго прислухався, йому причувалось, ніби хтось відгукується то праворуч, то ліворуч, і він розгублено кидався в темряву, без упину волаючи: "Жане, Жане!"</w:t>
      </w:r>
    </w:p>
    <w:p>
      <w:r>
        <w:br/>
        <w:t>Він шукав сина аж до світанку, і його крики лунали в мороці, лякаючи бродячих собак. Він був уражений нещастям, і часом йому здавалося, що він божеволіє. Його жінка ревно проплакала цілісіньку ніч, сидячи на камені під дверима.</w:t>
      </w:r>
    </w:p>
    <w:p>
      <w:r>
        <w:br/>
        <w:t>Їхній син так і не знайшовся.</w:t>
      </w:r>
    </w:p>
    <w:p>
      <w:r>
        <w:br/>
        <w:t>Прибиті тяжким горем, вони дуже сумували і швидко старіли.</w:t>
      </w:r>
    </w:p>
    <w:p>
      <w:r>
        <w:br/>
        <w:t>Зрештою вони продали свій будинок і пустилися на розшуки дитини.</w:t>
      </w:r>
    </w:p>
    <w:p>
      <w:r>
        <w:br/>
        <w:t>Вони розпитували пастухів на пагорбах, мандрівних крамарів, селян по селах та міську владу. Та відтоді, як зник хлопчина, минуло багато часу і ніхто нічого не знав про нього, ба він і сам, мабуть, забув уже своє ім'я та звідки він родом; вони плакали за сином, втративши найменшу надію знайти його.</w:t>
      </w:r>
    </w:p>
    <w:p>
      <w:r>
        <w:br/>
        <w:t>Незабаром, проживши всі гроші, вони мусили найматися поденно то в шинках, то на фермах, виконувати найтяжчу роботу, збирати недоїдки, спати на твердому, дрижати від холоду. А як вони ослабли від тяжкої праці, то їх перестали наймати і їм довелося ходити з торбами. Сумні та невеселі, вони смиренно просили милостині в перехожих, благали кусника хліба у женців, що обідали в полудневу пору десь під деревом у полі, і мовчки жували, сівши на краю рівчака.</w:t>
      </w:r>
    </w:p>
    <w:p>
      <w:r>
        <w:br/>
        <w:t>Одного разу шинкар, якому вони розповіли про свою недолю, зауважив:</w:t>
      </w:r>
    </w:p>
    <w:p>
      <w:r>
        <w:br/>
        <w:t>— Я знав колись одного чоловіка, в якого пропала донька; він розшукав її в Парижі.</w:t>
      </w:r>
    </w:p>
    <w:p>
      <w:r>
        <w:br/>
        <w:t>І вони одразу вирушили до Парижа. Прибувши у велике місто, вони були вражені його величністю та велелюдністю. Їм здавалося, що хлопець має бути у цій юрбі людей, але вони не знали, з чого розпочати пошуки. Крім того, вони боялися, що його тепер не впізнають; адже минуло п'ятнадцять літ, як він зник.</w:t>
      </w:r>
    </w:p>
    <w:p>
      <w:r>
        <w:br/>
        <w:t>Вони обходили всі майдани, всі вулиці, замішувалися в потоки людей, здаючись на ласку провидіння, сподіваючись на випадкову зустріч, на милосердя долі.</w:t>
      </w:r>
    </w:p>
    <w:p>
      <w:r>
        <w:br/>
        <w:t>Часто вони брели навмання, тримаючись за руки, такі сумні та нещасливі, що їм подавали милостиню, навіть коли вони не просили.</w:t>
      </w:r>
    </w:p>
    <w:p>
      <w:r>
        <w:br/>
        <w:t>Щонеділі вони стояли на паперті, вдивляючись у богомольців, що входили й виходили, — чи не відшукають в обличчях перехожих найменшу схожість із собою.</w:t>
      </w:r>
    </w:p>
    <w:p>
      <w:r>
        <w:br/>
        <w:t>Не раз їм уже здавалося, що бачать сина, та ба, щоразу вони помилялись.</w:t>
      </w:r>
    </w:p>
    <w:p>
      <w:r>
        <w:br/>
        <w:t>Особливо вчащали вони до одної церкви. На вході, біля чаші з свяченою водою, сидів старий кропильник; вони з ним заприязнились. Його життя було таке ж безталанне, і співчуття, що вони йому виявляли, зблизило їх. Вони навіть оселилися разом у вбогій комірчині на мансарді великого будинку, що стояв на околиці міста, де починалися поля. Візник часом заступав у церкві свого приятеля, коли той, було, занедужав. Прийшла дуже холодна зима. Старий кропильник помер, і замість нього парафіяльний священик узяв візника, зглянувшись на його нещастя.</w:t>
      </w:r>
    </w:p>
    <w:p>
      <w:r>
        <w:br/>
        <w:t>Відтоді він щоранку сідав на одне й те саме місце, на той самий стілець. На старій кам'яній колоні, до якої він прихилявся, з'явився слід від постійного дотику його спини. Він пильно розглядав усіх, хто входив до церкви, і нетерпляче, як той школяр, очікував неділі, бо в ці дні у церкві було особливо людно.</w:t>
      </w:r>
    </w:p>
    <w:p>
      <w:r>
        <w:br/>
        <w:t>Він дуже постарівся; вогкість церковних стін підточувала його здоров'я, і його надії згасали з дня на день.</w:t>
      </w:r>
    </w:p>
    <w:p>
      <w:r>
        <w:br/>
        <w:t>Тепер він знав усіх, хто приходив на службу Божу: знав їхні звички, годину, коли вони приходили, розрізняв їхні кроки.</w:t>
      </w:r>
    </w:p>
    <w:p>
      <w:r>
        <w:br/>
        <w:t>Його життя було таке убоге на враження, що поява в храмі незнайомої особи була для нього цілою подією.</w:t>
      </w:r>
    </w:p>
    <w:p>
      <w:r>
        <w:br/>
        <w:t>Якось прийшли дві жінки: одна була вже стара, друга — молода, — очевидно, мати з донькою. Відразу ж за ними ввійшов чоловік. Він уклонився їм, виходячи з церкви, і коли вони покропилися свяченою водою, взяв старшу пані під руку.</w:t>
      </w:r>
    </w:p>
    <w:p>
      <w:r>
        <w:br/>
        <w:t>"Це, напевно, наречений молоденької", — подумав старий.</w:t>
      </w:r>
    </w:p>
    <w:p>
      <w:r>
        <w:br/>
        <w:t>До самого вечора він силкувався пригадати, де ж це він міг уже бачити молодика, такого схожого на цього. Але той, котрого він пригадував, тепер мав бути вже в літах, бо кропильникові здавалось, що він знав його дуже давно, ще замолоду.</w:t>
      </w:r>
    </w:p>
    <w:p>
      <w:r>
        <w:br/>
        <w:t>Молодик почав учащати до церкви в супроводі обох жінок, а що ця невиразна, незбагненна і водночас безперечна подібність до когось не давала спокою старому кропильникові, то він покликав дружину на допомогу ослаблій пам'яті.</w:t>
      </w:r>
    </w:p>
    <w:p>
      <w:r>
        <w:br/>
        <w:t>Одного вечора, коли вже смеркалося, усі троє ввійшли у церкву.</w:t>
      </w:r>
    </w:p>
    <w:p>
      <w:r>
        <w:br/>
        <w:t>— Ну що, ти його знаєш? — запитав старий.</w:t>
      </w:r>
    </w:p>
    <w:p>
      <w:r>
        <w:br/>
        <w:t>Схвильована дружина і собі напружила пам'ять. І раптом вона тихенько сказала:</w:t>
      </w:r>
    </w:p>
    <w:p>
      <w:r>
        <w:br/>
        <w:t>— Так-так... лише волосся в нього темніше, він вищий на зріст, кремезніший і вбраний по-панському... І все-таки, знаєш, батечку, він нагадує тебе замолоду.</w:t>
      </w:r>
    </w:p>
    <w:p>
      <w:r>
        <w:br/>
        <w:t>Старий стрепенувся.</w:t>
      </w:r>
    </w:p>
    <w:p>
      <w:r>
        <w:br/>
        <w:t>Це була правда: той молодик таки був подібний до нього, до його покійного брата і до батька, якого він пригадував ше молодим. Вони так хвилювалися, що не могли вимовити ні слова. Тим часом чоловік і обидві жінки показалися знову, збираючись вийти.</w:t>
      </w:r>
    </w:p>
    <w:p>
      <w:r>
        <w:br/>
        <w:t>Молодик занурив пальці в кропильницю. І тоді кропильник, руки якого так тремтіли, що свячена вода лилася дощем на підлогу, крикнув:</w:t>
      </w:r>
    </w:p>
    <w:p>
      <w:r>
        <w:br/>
        <w:t>— Жан?!</w:t>
      </w:r>
    </w:p>
    <w:p>
      <w:r>
        <w:br/>
        <w:t>Молодик зупинився і глянув на нього. Старий повторив уже тихіше:</w:t>
      </w:r>
    </w:p>
    <w:p>
      <w:r>
        <w:br/>
        <w:t>— Жан?</w:t>
      </w:r>
    </w:p>
    <w:p>
      <w:r>
        <w:br/>
        <w:t>Обидві жінки дивились на кропильника, нічого не розуміючи.</w:t>
      </w:r>
    </w:p>
    <w:p>
      <w:r>
        <w:br/>
        <w:t>Тоді він повторив утретє, плачучи:</w:t>
      </w:r>
    </w:p>
    <w:p>
      <w:r>
        <w:br/>
        <w:t>— Жан?</w:t>
      </w:r>
    </w:p>
    <w:p>
      <w:r>
        <w:br/>
        <w:t>Молодик схилився до нього, його обличчя неначе освітили спогади дитинства, і він відповів:</w:t>
      </w:r>
    </w:p>
    <w:p>
      <w:r>
        <w:br/>
        <w:t>— Татко П'єр, матуся Жанна!</w:t>
      </w:r>
    </w:p>
    <w:p>
      <w:r>
        <w:br/>
        <w:t>Він усе забув: і прізвище батьків, і де він народився, але все ж таки пам'ятав ці імена, які колись стільки разів повторював: "Татко П'єр, матуся Жанна!" Він припав обличчям до колін старого. Плачучи, він обіймав то батька, то матір, задихаючись від невимовної радості.</w:t>
      </w:r>
    </w:p>
    <w:p>
      <w:r>
        <w:br/>
        <w:t>Обидві жінки теж заплакали, зрозумівши, що сталась така щаслива подія.</w:t>
      </w:r>
    </w:p>
    <w:p>
      <w:r>
        <w:br/>
        <w:t>Потім усі вони пішли до сина, і він розповів, що з ним сталося.</w:t>
      </w:r>
    </w:p>
    <w:p>
      <w:r>
        <w:br/>
        <w:t>Його викрали акробати. За три роки він побував у багатьох місцях. Потім трупа розпалася, і одна старенька пані, власниця замку, дала акробатам грошей, щоб вони залишили хлопчика в неї, бо він дуже їй сподобався. А що він був розумний, то його послали до школи, потім — у колеж; стара пані, не мавши дітей, відписала йому свій маєток. Він теж розшукував батьків, але не міг знайти, бо пам'ятав лише їхні імена: "татко П'єр, матуся Жанна". Тепер він збирався одружитись і познайомив їх зі своєю нареченою, дуже любою і гарною панною.</w:t>
      </w:r>
    </w:p>
    <w:p>
      <w:r>
        <w:br/>
        <w:t>Старенькі, обіймаючи сина, в свою чергу, розповідали йому про свої знегоди та страждання. Вони ще довго гомоніли цього вечора, не сміючи лягати, наче боялися проспати те щастя, яке од них так довго тікало.</w:t>
      </w:r>
    </w:p>
    <w:p>
      <w:r>
        <w:br/>
        <w:t>Але вони взяли гору над перекірливою долею і були щасливі до самої смерті.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Кропильник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