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Лещетарі</w:t>
      </w:r>
    </w:p>
    <w:p>
      <w:r>
        <w:br/>
        <w:t xml:space="preserve"> На кичери, гори, ліси,&lt;br /&gt;</w:t>
        <w:br/>
        <w:t>мілкого срібла басейни —&lt;br /&gt;</w:t>
        <w:br/>
        <w:t>навпрошки, навскоки, навкоси,&lt;br /&gt;</w:t>
        <w:br/>
        <w:t>навпрямки, навперейми!</w:t>
      </w:r>
    </w:p>
    <w:p>
      <w:r>
        <w:br/>
        <w:t>Вітер гір, мов холодна вода,&lt;br /&gt;</w:t>
        <w:br/>
        <w:t>вимиє нам легені.&lt;br /&gt;</w:t>
        <w:br/>
        <w:t>Морозу сила молода&lt;br /&gt;</w:t>
        <w:br/>
        <w:t>висталить наші жмені.</w:t>
      </w:r>
    </w:p>
    <w:p>
      <w:r>
        <w:br/>
        <w:t>Сила пекуча, тріскуча морозу&lt;br /&gt;</w:t>
        <w:br/>
        <w:t>вигострить, наче бритву, віддих.&lt;br /&gt;</w:t>
        <w:br/>
        <w:t>На поверхню білих хвиль голомозу&lt;br /&gt;</w:t>
        <w:br/>
        <w:t>вибігнуть очі на звіди.</w:t>
      </w:r>
    </w:p>
    <w:p>
      <w:r>
        <w:br/>
        <w:t>Заклятий в нас нестримний рух,&lt;br /&gt;</w:t>
        <w:br/>
        <w:t>заклятий в нас нестримний гін.&lt;br /&gt;</w:t>
        <w:br/>
        <w:t>Б'є серце, мов обух,&lt;br /&gt;</w:t>
        <w:br/>
        <w:t>б'є серце, наче дзвін.</w:t>
      </w:r>
    </w:p>
    <w:p>
      <w:r>
        <w:br/>
        <w:t>Перейде через обрій&lt;br /&gt;</w:t>
        <w:br/>
        <w:t>червоний сонця віз.&lt;br /&gt;</w:t>
        <w:br/>
        <w:t>У погоні хоробрій&lt;br /&gt;</w:t>
        <w:br/>
        <w:t>вдарить в півкулю неба шалений наш узвіз.</w:t>
      </w:r>
    </w:p>
    <w:p>
      <w:r>
        <w:br/>
        <w:t>З галузей синього неба, з хмар пелехатих дерев&lt;br /&gt;</w:t>
        <w:br/>
        <w:t>листя зір золоте впаде на срібло снігів.&lt;br /&gt;</w:t>
        <w:br/>
        <w:t>Смолоскипами вітру підпалимо рев —&lt;br /&gt;</w:t>
        <w:br/>
        <w:t>хай лютує метілі гнів.&lt;br /&gt;</w:t>
        <w:br/>
        <w:t>Десятками ватер на схилі узбіч&lt;br /&gt;</w:t>
        <w:br/>
        <w:t>привітаємо ніч.</w:t>
      </w:r>
    </w:p>
    <w:p>
      <w:r>
        <w:br/>
        <w:t>На крилах лещет,&lt;br /&gt;</w:t>
        <w:br/>
        <w:t>наялозених маззю,&lt;br /&gt;</w:t>
        <w:br/>
        <w:t>розвіваємо з серця біль вщент,&lt;br /&gt;</w:t>
        <w:br/>
        <w:t>не дамо рости хабаззю.</w:t>
      </w:r>
    </w:p>
    <w:p>
      <w:r>
        <w:br/>
        <w:t>Б'є серце, мов обух,&lt;br /&gt;</w:t>
        <w:br/>
        <w:t>б'є серце, наче дзвін.&lt;br /&gt;</w:t>
        <w:br/>
        <w:t>Заклятий в нас нестримний рух,&lt;br /&gt;</w:t>
        <w:br/>
        <w:t>заклятий в нас нестримний гін.</w:t>
      </w:r>
    </w:p>
    <w:p>
      <w:r>
        <w:br/>
        <w:t>Суворе щастя недей&lt;br /&gt;</w:t>
        <w:br/>
        <w:t>хоч на момент знайти,&lt;br /&gt;</w:t>
        <w:br/>
        <w:t>вірлам перегукнути: гей!&lt;br /&gt;</w:t>
        <w:br/>
        <w:t>Навмання нам пуття.&lt;br /&gt;</w:t>
        <w:br/>
        <w:t>З криком перемоги прибігнем до мети,&lt;br /&gt;</w:t>
        <w:br/>
        <w:t>їдучи снігом життя.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Лещетарі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