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Лев на облаві</w:t>
      </w:r>
    </w:p>
    <w:p>
      <w:r>
        <w:br/>
        <w:t xml:space="preserve"> Жили у гущині глибокого байрака&lt;br /&gt;</w:t>
        <w:br/>
        <w:t>Страшенний Лев, всесвітній Лис,&lt;br /&gt;</w:t>
        <w:br/>
        <w:t>Бурлака Вовк і наш Сірко-собака,&lt;br /&gt;</w:t>
        <w:br/>
        <w:t>Що із села помандрував у ліс&lt;br /&gt;</w:t>
        <w:br/>
        <w:t>І розбишакою зробився,-&lt;br /&gt;</w:t>
        <w:br/>
        <w:t>З людьми, чи що, не вжився.&lt;br /&gt;</w:t>
        <w:br/>
        <w:t>Побратались вони, щоб по-сусідськи жить,&lt;br /&gt;</w:t>
        <w:br/>
        <w:t>Ніколи шкоди не чинить;&lt;br /&gt;</w:t>
        <w:br/>
        <w:t>Умовились гуртом робити&lt;br /&gt;</w:t>
        <w:br/>
        <w:t>Облаву потайну,&lt;br /&gt;</w:t>
        <w:br/>
        <w:t>І хто добуде що — все нарівно ділити;&lt;br /&gt;</w:t>
        <w:br/>
        <w:t>Лев був за старшину.&lt;br /&gt;</w:t>
        <w:br/>
        <w:t>Улучив Лис годиноньку щасливу,&lt;br /&gt;</w:t>
        <w:br/>
        <w:t>У верболозі притаївсь&lt;br /&gt;</w:t>
        <w:br/>
        <w:t>І якось там козу дурну і полохливу&lt;br /&gt;</w:t>
        <w:br/>
        <w:t>Піймати умудривсь.&lt;br /&gt;</w:t>
        <w:br/>
        <w:t>Упоравсь молодець проворний&lt;br /&gt;</w:t>
        <w:br/>
        <w:t>І звістку другим дав як слід;&lt;br /&gt;</w:t>
        <w:br/>
        <w:t>Зраділи всі, що Лис такий моторний,&lt;br /&gt;</w:t>
        <w:br/>
        <w:t>Що буде їм вечеря і обід.&lt;br /&gt;</w:t>
        <w:br/>
        <w:t>Не гаючись, вони зійшлись на гору,&lt;br /&gt;</w:t>
        <w:br/>
        <w:t>І каже Лев: — Я зараз поділю;&lt;br /&gt;</w:t>
        <w:br/>
        <w:t>Глядіть, щоб не було ніякого тут спору,&lt;br /&gt;</w:t>
        <w:br/>
        <w:t>Бо перекору не терплю!&lt;br /&gt;</w:t>
        <w:br/>
        <w:t>Беру я першу четвертину,-&lt;br /&gt;</w:t>
        <w:br/>
        <w:t>По уговору — се моя;&lt;br /&gt;</w:t>
        <w:br/>
        <w:t>І другу тож собі кладу частину,&lt;br /&gt;</w:t>
        <w:br/>
        <w:t>Бо хто між вами дужчий? — Я!&lt;br /&gt;</w:t>
        <w:br/>
        <w:t>І третю слід мені… Не мовте ні словечка:&lt;br /&gt;</w:t>
        <w:br/>
        <w:t>Я — Лев, а не плоха овечка!&lt;br /&gt;</w:t>
        <w:br/>
        <w:t>Четверту ж хто торкне або нюхне,&lt;br /&gt;</w:t>
        <w:br/>
        <w:t>Той знатиме, як дратувать мене!.-&lt;br /&gt;</w:t>
        <w:br/>
        <w:t>І очі витріщив, і грива стала диба:&lt;br /&gt;</w:t>
        <w:br/>
        <w:t>Ану, мов, огризнись…&lt;br /&gt;</w:t>
        <w:br/>
        <w:t>"Нехай тобі і озеро, і риба",-&lt;br /&gt;</w:t>
        <w:br/>
        <w:t>Подумали усі — та й розійшлись.</w:t>
      </w:r>
    </w:p>
    <w:p>
      <w:r>
        <w:br/>
        <w:t>І я там був, і придивлявся,&lt;br /&gt;</w:t>
        <w:br/>
        <w:t>І кривду вилаять хотів,-&lt;br /&gt;</w:t>
        <w:br/>
        <w:t>Лев заричав, а я злякався&lt;br /&gt;</w:t>
        <w:br/>
        <w:t>І приказку десь загубив.&lt;br /&gt;</w:t>
        <w:br/>
        <w:t>1892-1893.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 на облаві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