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калини, залишеної на рідному лузі в Теліженцях</w:t>
      </w:r>
    </w:p>
    <w:p>
      <w:r>
        <w:br/>
        <w:t xml:space="preserve"> Все більше нікому писать мені листи.&lt;br /&gt;</w:t>
        <w:br/>
        <w:t>Залишилась, калино, тільки ти.&lt;br /&gt;</w:t>
        <w:br/>
        <w:t>Вже ось і тітка, як остання гілка,&lt;br /&gt;</w:t>
        <w:br/>
        <w:t>Геть одчахнулась з нашого причілка&lt;br /&gt;</w:t>
        <w:br/>
        <w:t>І листя скинула на молоду траву.&lt;br /&gt;</w:t>
        <w:br/>
        <w:t>Калино, ти живи! Вві сні і наяву&lt;br /&gt;</w:t>
        <w:br/>
        <w:t>Приходжу я до тебе, прилітаю&lt;br /&gt;</w:t>
        <w:br/>
        <w:t>З-за Єнісею, Вісли, з-за Дунаю,&lt;br /&gt;</w:t>
        <w:br/>
        <w:t>І рідною матусею зову,&lt;br /&gt;</w:t>
        <w:br/>
        <w:t>І падаю в пахучу мураву,&lt;br /&gt;</w:t>
        <w:br/>
        <w:t>І до колін солоних припадаю,&lt;br /&gt;</w:t>
        <w:br/>
        <w:t>І в щасті непоганьбленім ридаю,&lt;br /&gt;</w:t>
        <w:br/>
        <w:t>Бо корінь мій дитинний — тільки ти.&lt;br /&gt;</w:t>
        <w:br/>
        <w:t>Все більше нікому писать мені листи.&lt;br /&gt;</w:t>
        <w:br/>
        <w:t>Листом відповідай. Листком багряноцвітим.&lt;br /&gt;</w:t>
        <w:br/>
        <w:t>І пелюстковим шалом біловітим,&lt;br /&gt;</w:t>
        <w:br/>
        <w:t>І кетягом вогненного литва,&lt;br /&gt;</w:t>
        <w:br/>
        <w:t>Що клекотом незрадним ти жива.&lt;br /&gt;</w:t>
        <w:br/>
        <w:t>На всі вітри мені відповідай —&lt;br /&gt;</w:t>
        <w:br/>
        <w:t>На Єнісей, на Віслу, на Дунай&lt;br /&gt;</w:t>
        <w:br/>
        <w:t>За бабу Танасину й за Килину&lt;br /&gt;</w:t>
        <w:br/>
        <w:t>Відповідай, відповідай, калино,—&lt;br /&gt;</w:t>
        <w:br/>
        <w:t>Вони, твоїм корінням розігріті,&lt;br /&gt;</w:t>
        <w:br/>
        <w:t>Сидять на призьбі вже на тому світі,&lt;br /&gt;</w:t>
        <w:br/>
        <w:t>Десь біля них там курять самосад&lt;br /&gt;</w:t>
        <w:br/>
        <w:t>Мої дядьки, що не прийдуть назад,&lt;br /&gt;</w:t>
        <w:br/>
        <w:t>Що їх взяли негоди і бої&lt;br /&gt;</w:t>
        <w:br/>
        <w:t>У лютій, у жорстокій крутії.&lt;br /&gt;</w:t>
        <w:br/>
        <w:t>Пиши за них. Відповідай суцвіттям,&lt;br /&gt;</w:t>
        <w:br/>
        <w:t>Яке даєш весною їхнім дітям,&lt;br /&gt;</w:t>
        <w:br/>
        <w:t>Щоб їхні внуки вже в коліні третім&lt;br /&gt;</w:t>
        <w:br/>
        <w:t>Вітали їх суцвіттям на портреті.&lt;br /&gt;</w:t>
        <w:br/>
        <w:t>Калино, напиши мені про все,&lt;br /&gt;</w:t>
        <w:br/>
        <w:t>Як твої роси Рось мені несе&lt;br /&gt;</w:t>
        <w:br/>
        <w:t>І як твоє коріння калинове&lt;br /&gt;</w:t>
        <w:br/>
        <w:t>Наповнює моє пагілля нове —&lt;br /&gt;</w:t>
        <w:br/>
        <w:t>Твою росу несе мені Дніпро,&lt;br /&gt;</w:t>
        <w:br/>
        <w:t>У кров твою вмочаю я перо,&lt;br /&gt;</w:t>
        <w:br/>
        <w:t>Пишу твоєю і своєю кров'ю,&lt;br /&gt;</w:t>
        <w:br/>
        <w:t>Тож будь мені, калино, при здоров'ю,&lt;br /&gt;</w:t>
        <w:br/>
        <w:t>Калинолистом ти відповідай&lt;br /&gt;</w:t>
        <w:br/>
        <w:t>На Прип'ять, на Севан і на Алтай,&lt;br /&gt;</w:t>
        <w:br/>
        <w:t>Куди мій кінь крилатий поспіша.&lt;br /&gt;</w:t>
        <w:br/>
        <w:t>Ти — совісте моя, моя душа.&lt;br /&gt;</w:t>
        <w:br/>
        <w:t>Пиши мені, калино, будь здорова,&lt;br /&gt;</w:t>
        <w:br/>
        <w:t>Ніколи не продам тебе на дрова,&lt;br /&gt;</w:t>
        <w:br/>
        <w:t>За цілий світ, за всесвіт не продам,&lt;br /&gt;</w:t>
        <w:br/>
        <w:t>Тож клекоти назустріч всім вітрам,&lt;br /&gt;</w:t>
        <w:br/>
        <w:t>Тож крила підіймай свої тугії&lt;br /&gt;</w:t>
        <w:br/>
        <w:t>Безсмертним цвітом правди і надії!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калини, залишеної на рідному лузі в Теліженцях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