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</w:t>
      </w:r>
    </w:p>
    <w:p>
      <w:r>
        <w:br/>
        <w:t xml:space="preserve"> 1</w:t>
      </w:r>
    </w:p>
    <w:p>
      <w:r>
        <w:br/>
        <w:t>Ніч темна, олив'яна, зимна, люта, чорна,&lt;br /&gt;</w:t>
        <w:br/>
        <w:t>лиш вітер обертає хмар важенні жорна.&lt;br /&gt;</w:t>
        <w:br/>
        <w:t>Лиш срібна смерть іде в садиби на жнива,&lt;br /&gt;</w:t>
        <w:br/>
        <w:t>й кугикає кугач, лулукає сова.&lt;br /&gt;</w:t>
        <w:br/>
        <w:t>Мов кінь, в розгоні вихор перед прямом брами&lt;br /&gt;</w:t>
        <w:br/>
        <w:t>стає, й скрегочуть ланцюги й дубові трами.[47]&lt;br /&gt;</w:t>
        <w:br/>
        <w:t>Та рвучий подув торсає похмуру тінь,&lt;br /&gt;</w:t>
        <w:br/>
        <w:t>що сволоком втекти не хоче в далечінь.&lt;br /&gt;</w:t>
        <w:br/>
        <w:t>Як сяйво місяця з-за хмари піднеслось,&lt;br /&gt;</w:t>
        <w:br/>
        <w:t>бач: перед брамою стоїть самітний хтось.</w:t>
      </w:r>
    </w:p>
    <w:p>
      <w:r>
        <w:br/>
        <w:t>2</w:t>
      </w:r>
    </w:p>
    <w:p>
      <w:r>
        <w:br/>
        <w:t>"Незнаний приятелю мій, навіщо ждеш,&lt;br /&gt;</w:t>
        <w:br/>
        <w:t>задивлений в покрівлю хмурих, сивих веж?&lt;br /&gt;</w:t>
        <w:br/>
        <w:t>Навіщо неспокійний зір підносиш зчаста?"&lt;br /&gt;</w:t>
        <w:br/>
        <w:t>"Я жду, бо замкнене за брамою є щастя".&lt;br /&gt;</w:t>
        <w:br/>
        <w:t>"Як довго, гей, як довго, сірий друже, ждеш?&lt;br /&gt;</w:t>
        <w:br/>
        <w:t>Чи день, чи два, чи три, чи, може, тиждень теж?"&lt;br /&gt;</w:t>
        <w:br/>
        <w:t>"Не тямлю вже, як довго; від безвічних літ,&lt;br /&gt;</w:t>
        <w:br/>
        <w:t>вже відколи колишеться на осі світ".&lt;br /&gt;</w:t>
        <w:br/>
        <w:t>"Скажи твоє імення, брате мій, що ждеш&lt;br /&gt;</w:t>
        <w:br/>
        <w:t>так довго, довго, цілий вік безмеж,&lt;br /&gt;</w:t>
        <w:br/>
        <w:t>що навіть згорбилась тобі з утоми спина.&lt;br /&gt;</w:t>
        <w:br/>
        <w:t>Скажи твоє ім'я!" – "Моє ім'я… людина".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