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Люлька згоди</w:t>
      </w:r>
    </w:p>
    <w:p>
      <w:r>
        <w:br/>
        <w:t xml:space="preserve"> Генрі Лонгфелло&lt;br /&gt;</w:t>
        <w:br/>
        <w:t>Люлька згоди. Із "Пісні про Гайявату"</w:t>
      </w:r>
    </w:p>
    <w:p>
      <w:r>
        <w:br/>
        <w:t>Перекладач: О. Олесь</w:t>
      </w:r>
    </w:p>
    <w:p>
      <w:r>
        <w:br/>
        <w:t>На верхів'ї Скель Червоних,&lt;br /&gt;</w:t>
        <w:br/>
        <w:t>Скель Великої Площини,&lt;br /&gt;</w:t>
        <w:br/>
        <w:t>Там стояв Життя Владика,&lt;br /&gt;</w:t>
        <w:br/>
        <w:t>Гітчі-Маніто могучий,&lt;br /&gt;</w:t>
        <w:br/>
        <w:t>І з верхів'я Скель Червоних&lt;br /&gt;</w:t>
        <w:br/>
        <w:t>Він до себе звав народи,&lt;br /&gt;</w:t>
        <w:br/>
        <w:t>Звідусіль людей скликав він.</w:t>
      </w:r>
    </w:p>
    <w:p>
      <w:r>
        <w:br/>
        <w:t>Від слідів його неслася&lt;br /&gt;</w:t>
        <w:br/>
        <w:t>І тремтіла в сяйві ранку&lt;br /&gt;</w:t>
        <w:br/>
        <w:t>Річка, падаючи з кручі&lt;br /&gt;</w:t>
        <w:br/>
        <w:t>І займаючись мітлою.&lt;br /&gt;</w:t>
        <w:br/>
        <w:t>І провів перстом Владика&lt;br /&gt;</w:t>
        <w:br/>
        <w:t>Путь лучкову по долині&lt;br /&gt;</w:t>
        <w:br/>
        <w:t>І сказав, провівши, річці:&lt;br /&gt;</w:t>
        <w:br/>
        <w:t>"Ось тобі навік дорога".&lt;br /&gt;</w:t>
        <w:br/>
        <w:t>Від червоного бескета&lt;br /&gt;</w:t>
        <w:br/>
        <w:t>Одломив рукою камінь&lt;br /&gt;</w:t>
        <w:br/>
        <w:t>І зліпив із нього люльку,&lt;br /&gt;</w:t>
        <w:br/>
        <w:t>І оздобив візерунком.&lt;br /&gt;</w:t>
        <w:br/>
        <w:t>А над річкою він вирвав&lt;br /&gt;</w:t>
        <w:br/>
        <w:t>Очеретяну стеблину&lt;br /&gt;</w:t>
        <w:br/>
        <w:t>І цибух зробив для люльки;&lt;br /&gt;</w:t>
        <w:br/>
        <w:t>І червоною корою&lt;br /&gt;</w:t>
        <w:br/>
        <w:t>Із лози набив він люльку,&lt;br /&gt;</w:t>
        <w:br/>
        <w:t>І дихнув на ліс зелений.&lt;br /&gt;</w:t>
        <w:br/>
        <w:t>І від подиху у лісі&lt;br /&gt;</w:t>
        <w:br/>
        <w:t>Загойдались раптом віти&lt;br /&gt;</w:t>
        <w:br/>
        <w:t>І, зустрівшись, зайнялися;&lt;br /&gt;</w:t>
        <w:br/>
        <w:t>І на горах на високих&lt;br /&gt;</w:t>
        <w:br/>
        <w:t>Запалив їм Люльку Згоди&lt;br /&gt;</w:t>
        <w:br/>
        <w:t>Гітчі-Маніто могучий&lt;br /&gt;</w:t>
        <w:br/>
        <w:t>На ознаку, що на раду&lt;br /&gt;</w:t>
        <w:br/>
        <w:t>Всі народи він скликає.</w:t>
      </w:r>
    </w:p>
    <w:p>
      <w:r>
        <w:br/>
        <w:t>Вився дим поволі, тихо&lt;br /&gt;</w:t>
        <w:br/>
        <w:t>В сяйві сонячного ранку:&lt;br /&gt;</w:t>
        <w:br/>
        <w:t>Спочатку — мов темна смужка,&lt;br /&gt;</w:t>
        <w:br/>
        <w:t>Потім — наче синя пара,&lt;br /&gt;</w:t>
        <w:br/>
        <w:t>Закруглявся у повітрі,&lt;br /&gt;</w:t>
        <w:br/>
        <w:t>Як зимою ліс верхів'ям,&lt;br /&gt;</w:t>
        <w:br/>
        <w:t>Сніжно-білими клубками&lt;br /&gt;</w:t>
        <w:br/>
        <w:t>Плив все вгору, вище й вище,&lt;br /&gt;</w:t>
        <w:br/>
        <w:t>І торкнувся врешті неба,&lt;br /&gt;</w:t>
        <w:br/>
        <w:t>І розлився, розкотився&lt;br /&gt;</w:t>
        <w:br/>
        <w:t>В сизих хвилях над землею.</w:t>
      </w:r>
    </w:p>
    <w:p>
      <w:r>
        <w:br/>
        <w:t>Із долини Тавазента,&lt;br /&gt;</w:t>
        <w:br/>
        <w:t>Із долини Вайомінга,&lt;br /&gt;</w:t>
        <w:br/>
        <w:t>Із лісної Тоскалузи,&lt;br /&gt;</w:t>
        <w:br/>
        <w:t>Від Скелястих Гір далеких,&lt;br /&gt;</w:t>
        <w:br/>
        <w:t>Від озер Країни Снігу, —&lt;br /&gt;</w:t>
        <w:br/>
        <w:t>Звідусіль усі народи&lt;br /&gt;</w:t>
        <w:br/>
        <w:t>Дим угледіли на небі,&lt;br /&gt;</w:t>
        <w:br/>
        <w:t>Дим, що йшов із Люльки Згоди.</w:t>
      </w:r>
    </w:p>
    <w:p>
      <w:r>
        <w:br/>
        <w:t>І пророки всіх народів&lt;br /&gt;</w:t>
        <w:br/>
        <w:t>Їм сказали: "То Поквана!&lt;br /&gt;</w:t>
        <w:br/>
        <w:t>Сим далеким синім димом,&lt;br /&gt;</w:t>
        <w:br/>
        <w:t>Що лозою в небі в'ється,&lt;br /&gt;</w:t>
        <w:br/>
        <w:t>Що рукою наче кличе,&lt;br /&gt;</w:t>
        <w:br/>
        <w:t>Гітчі-Маніто могучий&lt;br /&gt;</w:t>
        <w:br/>
        <w:t>Зве до себе на пораду&lt;br /&gt;</w:t>
        <w:br/>
        <w:t>Всіх людей, усі народи".</w:t>
      </w:r>
    </w:p>
    <w:p>
      <w:r>
        <w:br/>
        <w:t>По річках, лугах збігались&lt;br /&gt;</w:t>
        <w:br/>
        <w:t>І збиралися народи:&lt;br /&gt;</w:t>
        <w:br/>
        <w:t>Йшли Чоктоси і Команчі,&lt;br /&gt;</w:t>
        <w:br/>
        <w:t>Йшли Гурони і Мендени,&lt;br /&gt;</w:t>
        <w:br/>
        <w:t>Делавери і Могоки,&lt;br /&gt;</w:t>
        <w:br/>
        <w:t>Йшли Шошони і Омоги,&lt;br /&gt;</w:t>
        <w:br/>
        <w:t>Пони йшли і Чорноногі,&lt;br /&gt;</w:t>
        <w:br/>
        <w:t>Оджибуеї і Дакоти&lt;br /&gt;</w:t>
        <w:br/>
        <w:t>До Великої Площини&lt;br /&gt;</w:t>
        <w:br/>
        <w:t>Перед світлі Божі очі.</w:t>
      </w:r>
    </w:p>
    <w:p>
      <w:r>
        <w:br/>
        <w:t>В зброях всі, в яскравих фарбах,&lt;br /&gt;</w:t>
        <w:br/>
        <w:t>Як дерева в час осінній,&lt;br /&gt;</w:t>
        <w:br/>
        <w:t>Наче ранок на світанні,&lt;br /&gt;</w:t>
        <w:br/>
        <w:t>Всі зійшлись вони в долині&lt;br /&gt;</w:t>
        <w:br/>
        <w:t>З ворожнечею у душах.&lt;br /&gt;</w:t>
        <w:br/>
        <w:t>В їх очах — смертельний виклик,&lt;br /&gt;</w:t>
        <w:br/>
        <w:t>В їх серцях — звіряча лютість,&lt;br /&gt;</w:t>
        <w:br/>
        <w:t>Вікове бажання помсти —&lt;br /&gt;</w:t>
        <w:br/>
        <w:t>Заповіт страшний від предків.&lt;br /&gt;</w:t>
        <w:br/>
        <w:t>Але тихо і ласкаво&lt;br /&gt;</w:t>
        <w:br/>
        <w:t>Подивився Милосердний,&lt;br /&gt;</w:t>
        <w:br/>
        <w:t>Гітчі-Маніто могучий.&lt;br /&gt;</w:t>
        <w:br/>
        <w:t>Наче батько, подивився&lt;br /&gt;</w:t>
        <w:br/>
        <w:t>На дитячу ворожнечу&lt;br /&gt;</w:t>
        <w:br/>
        <w:t>І простяг над ними руку,&lt;br /&gt;</w:t>
        <w:br/>
        <w:t>Тінь руки простяг над ними,&lt;br /&gt;</w:t>
        <w:br/>
        <w:t>Щоб серця їх заспокоїть,&lt;br /&gt;</w:t>
        <w:br/>
        <w:t>Втихомирити їх душі.</w:t>
      </w:r>
    </w:p>
    <w:p>
      <w:r>
        <w:br/>
        <w:t>І ясний величний голос,&lt;br /&gt;</w:t>
        <w:br/>
        <w:t>Як поток, що з гір несеться,&lt;br /&gt;</w:t>
        <w:br/>
        <w:t>Як поток, що пада в прірву,&lt;br /&gt;</w:t>
        <w:br/>
        <w:t>Пролунав до всіх народів:&lt;br /&gt;</w:t>
        <w:br/>
        <w:t>"Діти! Слухайте уважно&lt;br /&gt;</w:t>
        <w:br/>
        <w:t>Мудре слово і пораду,&lt;br /&gt;</w:t>
        <w:br/>
        <w:t>Що вам скаже, нерозумним,&lt;br /&gt;</w:t>
        <w:br/>
        <w:t>Той, хто дав життя всім людям.</w:t>
      </w:r>
    </w:p>
    <w:p>
      <w:r>
        <w:br/>
        <w:t>Дав я землю вам для ловів,&lt;br /&gt;</w:t>
        <w:br/>
        <w:t>Дав вам води для рибальства,&lt;br /&gt;</w:t>
        <w:br/>
        <w:t>Дав ведмедя і бізона,&lt;br /&gt;</w:t>
        <w:br/>
        <w:t>Дав вам сарну і оленя.&lt;br /&gt;</w:t>
        <w:br/>
        <w:t>Дав бобра вам і козарку,&lt;br /&gt;</w:t>
        <w:br/>
        <w:t>Напустив я риби в ріки,&lt;br /&gt;</w:t>
        <w:br/>
        <w:t>На болота — диких птахів, —&lt;br /&gt;</w:t>
        <w:br/>
        <w:t>Що ж примушує вас нищить,&lt;br /&gt;</w:t>
        <w:br/>
        <w:t>Убивать один другого?&lt;br /&gt;</w:t>
        <w:br/>
        <w:t>Я стомивсь від ваших сварок,&lt;br /&gt;</w:t>
        <w:br/>
        <w:t>Від незгод і суперечок,&lt;br /&gt;</w:t>
        <w:br/>
        <w:t>Від кривавих війн народних,&lt;br /&gt;</w:t>
        <w:br/>
        <w:t>Молитов про помсту люту...&lt;br /&gt;</w:t>
        <w:br/>
        <w:t>Ваша сила тільки в згоді,&lt;br /&gt;</w:t>
        <w:br/>
        <w:t>А безсилля — в ворожнечі!&lt;br /&gt;</w:t>
        <w:br/>
        <w:t>Помиріться ж, мої діти,&lt;br /&gt;</w:t>
        <w:br/>
        <w:t>Будьте друзями, братами!&lt;br /&gt;</w:t>
        <w:br/>
        <w:t>І Пророк на землю прийде,&lt;br /&gt;</w:t>
        <w:br/>
        <w:t>І покаже вам дорогу&lt;br /&gt;</w:t>
        <w:br/>
        <w:t>До покути, до спасіння.&lt;br /&gt;</w:t>
        <w:br/>
        <w:t>І ви мусите коритись&lt;br /&gt;</w:t>
        <w:br/>
        <w:t>Всім його порадам мудрим.&lt;br /&gt;</w:t>
        <w:br/>
        <w:t>І на зораному полі&lt;br /&gt;</w:t>
        <w:br/>
        <w:t>Ралом праці і любові&lt;br /&gt;</w:t>
        <w:br/>
        <w:t>Зійдуть квіти долі-щастя.&lt;br /&gt;</w:t>
        <w:br/>
        <w:t>Діти! Слухайте Пророка,&lt;br /&gt;</w:t>
        <w:br/>
        <w:t>Бо потонете у крові,&lt;br /&gt;</w:t>
        <w:br/>
        <w:t>Бо пов'янете, як листя.</w:t>
      </w:r>
    </w:p>
    <w:p>
      <w:r>
        <w:br/>
        <w:t>Окуніться ж ви в джерело,&lt;br /&gt;</w:t>
        <w:br/>
        <w:t>Що сріблиться перед вами,&lt;br /&gt;</w:t>
        <w:br/>
        <w:t>Змийте фарби, фарби бою,&lt;br /&gt;</w:t>
        <w:br/>
        <w:t>Змийте з тіла плями крові,&lt;br /&gt;</w:t>
        <w:br/>
        <w:t>Закопайте свою зброю,&lt;br /&gt;</w:t>
        <w:br/>
        <w:t>Люльки висічіть з каміння,&lt;br /&gt;</w:t>
        <w:br/>
        <w:t>Очерету наламайте&lt;br /&gt;</w:t>
        <w:br/>
        <w:t>І, оздобивши їх пір'ям,&lt;br /&gt;</w:t>
        <w:br/>
        <w:t>Запаліть собі на згоду&lt;br /&gt;</w:t>
        <w:br/>
        <w:t>І живіть віки братами!"</w:t>
      </w:r>
    </w:p>
    <w:p>
      <w:r>
        <w:br/>
        <w:t>Так сказав Життя Владика.&lt;br /&gt;</w:t>
        <w:br/>
        <w:t>І покидали на землю&lt;br /&gt;</w:t>
        <w:br/>
        <w:t>Вояки ганебну зброю,&lt;br /&gt;</w:t>
        <w:br/>
        <w:t>Поскидали всі убрання&lt;br /&gt;</w:t>
        <w:br/>
        <w:t>Із оленячої шкури&lt;br /&gt;</w:t>
        <w:br/>
        <w:t>І до берега побігли&lt;br /&gt;</w:t>
        <w:br/>
        <w:t>Змити фарби — плями бою.&lt;br /&gt;</w:t>
        <w:br/>
        <w:t>Від слідів Творця лилася&lt;br /&gt;</w:t>
        <w:br/>
        <w:t>Річка хвилею ясною,&lt;br /&gt;</w:t>
        <w:br/>
        <w:t>Обмивала кров на тілі&lt;br /&gt;</w:t>
        <w:br/>
        <w:t>І, обмивши, червоніла,&lt;br /&gt;</w:t>
        <w:br/>
        <w:t>І, спускаючись все нижче,&lt;br /&gt;</w:t>
        <w:br/>
        <w:t>З кров'ю змішана, зникала.</w:t>
      </w:r>
    </w:p>
    <w:p>
      <w:r>
        <w:br/>
        <w:t>Змивши фарби, плями бою,&lt;br /&gt;</w:t>
        <w:br/>
        <w:t>Вояки на берег вийшли&lt;br /&gt;</w:t>
        <w:br/>
        <w:t>І у землю закопали&lt;br /&gt;</w:t>
        <w:br/>
        <w:t>Свої палиці і зброю.&lt;br /&gt;</w:t>
        <w:br/>
        <w:t>І дітей своїх Владика,&lt;br /&gt;</w:t>
        <w:br/>
        <w:t>Гітчі-Маніто могучий,&lt;br /&gt;</w:t>
        <w:br/>
        <w:t>Стрів усмішкою ясною.&lt;br /&gt;</w:t>
        <w:br/>
        <w:t>Із червоного каміння&lt;br /&gt;</w:t>
        <w:br/>
        <w:t>Всі зробили мовчки люльки,&lt;br /&gt;</w:t>
        <w:br/>
        <w:t>Очерету наламали&lt;br /&gt;</w:t>
        <w:br/>
        <w:t>І оздобили їх пір'ям,&lt;br /&gt;</w:t>
        <w:br/>
        <w:t>І іти додому стали&lt;br /&gt;</w:t>
        <w:br/>
        <w:t>В ту хвилину, як завіса&lt;br /&gt;</w:t>
        <w:br/>
        <w:t>Темних хмар заколихалась&lt;br /&gt;</w:t>
        <w:br/>
        <w:t>І у дверях світлих неба&lt;br /&gt;</w:t>
        <w:br/>
        <w:t>Гітчі-Маніто сховався,&lt;br /&gt;</w:t>
        <w:br/>
        <w:t>Оповитий білим димом,&lt;br /&gt;</w:t>
        <w:br/>
        <w:t>Білим димом Люльки Згоди.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Люлька згоди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